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C701F" w14:textId="77777777" w:rsidR="004E4851" w:rsidRPr="001E3F98" w:rsidRDefault="004E4851" w:rsidP="004E4851">
      <w:pPr>
        <w:jc w:val="center"/>
        <w:rPr>
          <w:rFonts w:asciiTheme="majorHAnsi" w:eastAsiaTheme="majorEastAsia" w:hAnsiTheme="majorHAnsi" w:cstheme="majorBidi"/>
        </w:rPr>
      </w:pPr>
      <w:r>
        <w:rPr>
          <w:noProof/>
        </w:rPr>
        <w:drawing>
          <wp:inline distT="0" distB="0" distL="0" distR="0" wp14:anchorId="5B1DF361" wp14:editId="270EB0D3">
            <wp:extent cx="2286000" cy="2286000"/>
            <wp:effectExtent l="0" t="0" r="0" b="0"/>
            <wp:docPr id="1968911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p>
    <w:p w14:paraId="68D64F8B" w14:textId="481B7ECE" w:rsidR="004E4851" w:rsidRDefault="004E4851" w:rsidP="004E4851">
      <w:pPr>
        <w:jc w:val="center"/>
        <w:rPr>
          <w:rFonts w:asciiTheme="majorHAnsi" w:eastAsiaTheme="majorEastAsia" w:hAnsiTheme="majorHAnsi" w:cstheme="majorBidi"/>
        </w:rPr>
      </w:pPr>
      <w:r>
        <w:rPr>
          <w:rFonts w:asciiTheme="majorHAnsi" w:eastAsiaTheme="majorEastAsia" w:hAnsiTheme="majorHAnsi" w:cstheme="majorBidi"/>
        </w:rPr>
        <w:t>AAOT Work Health &amp; Safety Template Library</w:t>
      </w:r>
    </w:p>
    <w:p w14:paraId="00B67220" w14:textId="77777777" w:rsidR="004E4851" w:rsidRPr="001E3F98" w:rsidRDefault="004E4851" w:rsidP="004E4851">
      <w:pPr>
        <w:jc w:val="center"/>
        <w:rPr>
          <w:rFonts w:asciiTheme="majorHAnsi" w:eastAsiaTheme="majorEastAsia" w:hAnsiTheme="majorHAnsi" w:cstheme="majorBidi"/>
        </w:rPr>
      </w:pPr>
      <w:r w:rsidRPr="001E3F98">
        <w:rPr>
          <w:rFonts w:asciiTheme="majorHAnsi" w:eastAsiaTheme="majorEastAsia" w:hAnsiTheme="majorHAnsi" w:cstheme="majorBidi"/>
        </w:rPr>
        <w:t>Version: 1.0</w:t>
      </w:r>
    </w:p>
    <w:p w14:paraId="7244D4F1" w14:textId="77777777" w:rsidR="004E4851" w:rsidRPr="001E3F98" w:rsidRDefault="004E4851" w:rsidP="004E4851">
      <w:pPr>
        <w:jc w:val="center"/>
        <w:rPr>
          <w:rFonts w:asciiTheme="majorHAnsi" w:eastAsiaTheme="majorEastAsia" w:hAnsiTheme="majorHAnsi" w:cstheme="majorBidi"/>
        </w:rPr>
      </w:pPr>
    </w:p>
    <w:p w14:paraId="55AA1EE8" w14:textId="24B8AECE" w:rsidR="004E4851" w:rsidRPr="001E3F98" w:rsidRDefault="004E4851" w:rsidP="004E4851">
      <w:pPr>
        <w:jc w:val="center"/>
        <w:rPr>
          <w:rFonts w:asciiTheme="majorHAnsi" w:eastAsiaTheme="majorEastAsia" w:hAnsiTheme="majorHAnsi" w:cstheme="majorBidi"/>
        </w:rPr>
      </w:pPr>
      <w:r w:rsidRPr="001E3F98">
        <w:rPr>
          <w:rFonts w:asciiTheme="majorHAnsi" w:eastAsiaTheme="majorEastAsia" w:hAnsiTheme="majorHAnsi" w:cstheme="majorBidi"/>
        </w:rPr>
        <w:t xml:space="preserve">Commencement Date: </w:t>
      </w:r>
      <w:r>
        <w:rPr>
          <w:rFonts w:asciiTheme="majorHAnsi" w:eastAsiaTheme="majorEastAsia" w:hAnsiTheme="majorHAnsi" w:cstheme="majorBidi"/>
        </w:rPr>
        <w:t>12 January 202</w:t>
      </w:r>
      <w:r>
        <w:rPr>
          <w:rFonts w:asciiTheme="majorHAnsi" w:eastAsiaTheme="majorEastAsia" w:hAnsiTheme="majorHAnsi" w:cstheme="majorBidi"/>
        </w:rPr>
        <w:t>6</w:t>
      </w:r>
    </w:p>
    <w:p w14:paraId="7A708B4F" w14:textId="630E635B" w:rsidR="004E4851" w:rsidRPr="001E3F98" w:rsidRDefault="004E4851" w:rsidP="004E4851">
      <w:pPr>
        <w:jc w:val="center"/>
        <w:rPr>
          <w:rFonts w:asciiTheme="majorHAnsi" w:eastAsiaTheme="majorEastAsia" w:hAnsiTheme="majorHAnsi" w:cstheme="majorBidi"/>
        </w:rPr>
      </w:pPr>
      <w:r w:rsidRPr="001E3F98">
        <w:rPr>
          <w:rFonts w:asciiTheme="majorHAnsi" w:eastAsiaTheme="majorEastAsia" w:hAnsiTheme="majorHAnsi" w:cstheme="majorBidi"/>
        </w:rPr>
        <w:t xml:space="preserve">Review Date: </w:t>
      </w:r>
      <w:r>
        <w:rPr>
          <w:rFonts w:asciiTheme="majorHAnsi" w:eastAsiaTheme="majorEastAsia" w:hAnsiTheme="majorHAnsi" w:cstheme="majorBidi"/>
        </w:rPr>
        <w:t>12 January 202</w:t>
      </w:r>
      <w:r>
        <w:rPr>
          <w:rFonts w:asciiTheme="majorHAnsi" w:eastAsiaTheme="majorEastAsia" w:hAnsiTheme="majorHAnsi" w:cstheme="majorBidi"/>
        </w:rPr>
        <w:t>7</w:t>
      </w:r>
    </w:p>
    <w:p w14:paraId="4A9D5E85" w14:textId="77777777" w:rsidR="004E4851" w:rsidRPr="001E3F98" w:rsidRDefault="004E4851" w:rsidP="004E4851">
      <w:pPr>
        <w:jc w:val="center"/>
        <w:rPr>
          <w:rFonts w:asciiTheme="majorHAnsi" w:eastAsiaTheme="majorEastAsia" w:hAnsiTheme="majorHAnsi" w:cstheme="majorBidi"/>
        </w:rPr>
      </w:pPr>
    </w:p>
    <w:p w14:paraId="123FE1DF" w14:textId="77777777" w:rsidR="004E4851" w:rsidRPr="001E3F98" w:rsidRDefault="004E4851" w:rsidP="004E4851">
      <w:pPr>
        <w:jc w:val="center"/>
        <w:rPr>
          <w:rFonts w:asciiTheme="majorHAnsi" w:eastAsiaTheme="majorEastAsia" w:hAnsiTheme="majorHAnsi" w:cstheme="majorBidi"/>
        </w:rPr>
      </w:pPr>
      <w:r w:rsidRPr="001E3F98">
        <w:rPr>
          <w:rFonts w:asciiTheme="majorHAnsi" w:eastAsiaTheme="majorEastAsia" w:hAnsiTheme="majorHAnsi" w:cstheme="majorBidi"/>
        </w:rPr>
        <w:t>--------------------</w:t>
      </w:r>
    </w:p>
    <w:p w14:paraId="37C8DB6A" w14:textId="77777777" w:rsidR="004E4851" w:rsidRPr="001E3F98" w:rsidRDefault="004E4851" w:rsidP="004E4851">
      <w:pPr>
        <w:jc w:val="center"/>
        <w:rPr>
          <w:rFonts w:asciiTheme="majorHAnsi" w:eastAsiaTheme="majorEastAsia" w:hAnsiTheme="majorHAnsi" w:cstheme="majorBidi"/>
        </w:rPr>
      </w:pPr>
      <w:r w:rsidRPr="001E3F98">
        <w:rPr>
          <w:rFonts w:asciiTheme="majorHAnsi" w:eastAsiaTheme="majorEastAsia" w:hAnsiTheme="majorHAnsi" w:cstheme="majorBidi"/>
        </w:rPr>
        <w:t>Please note that printed and saved copies of this document are considered uncontrolled. For the most up-to-date version, please visit www.workinganimals.com.au</w:t>
      </w:r>
    </w:p>
    <w:p w14:paraId="2F963C36" w14:textId="77777777" w:rsidR="004E4851" w:rsidRPr="001E3F98" w:rsidRDefault="004E4851" w:rsidP="004E4851">
      <w:pPr>
        <w:jc w:val="center"/>
        <w:rPr>
          <w:rFonts w:asciiTheme="majorHAnsi" w:eastAsiaTheme="majorEastAsia" w:hAnsiTheme="majorHAnsi" w:cstheme="majorBidi"/>
        </w:rPr>
      </w:pPr>
    </w:p>
    <w:p w14:paraId="3190C121" w14:textId="3393FFEC" w:rsidR="004E4851" w:rsidRPr="001E3F98" w:rsidRDefault="004E4851" w:rsidP="004E4851">
      <w:pPr>
        <w:jc w:val="center"/>
        <w:rPr>
          <w:rFonts w:asciiTheme="majorHAnsi" w:eastAsiaTheme="majorEastAsia" w:hAnsiTheme="majorHAnsi" w:cstheme="majorBidi"/>
        </w:rPr>
      </w:pPr>
      <w:r w:rsidRPr="001E3F98">
        <w:rPr>
          <w:rFonts w:asciiTheme="majorHAnsi" w:eastAsiaTheme="majorEastAsia" w:hAnsiTheme="majorHAnsi" w:cstheme="majorBidi"/>
        </w:rPr>
        <w:t>Citation:</w:t>
      </w:r>
      <w:r>
        <w:br/>
      </w:r>
      <w:r w:rsidRPr="001E3F98">
        <w:rPr>
          <w:rFonts w:asciiTheme="majorHAnsi" w:eastAsiaTheme="majorEastAsia" w:hAnsiTheme="majorHAnsi" w:cstheme="majorBidi"/>
        </w:rPr>
        <w:t>Working Animals Federation of Australia (WAFA), “</w:t>
      </w:r>
      <w:r>
        <w:rPr>
          <w:rFonts w:asciiTheme="majorHAnsi" w:eastAsiaTheme="majorEastAsia" w:hAnsiTheme="majorHAnsi" w:cstheme="majorBidi"/>
        </w:rPr>
        <w:t xml:space="preserve">AAOT Work Health &amp; Safety Template Library” </w:t>
      </w:r>
      <w:r w:rsidRPr="001E3F98">
        <w:rPr>
          <w:rFonts w:asciiTheme="majorHAnsi" w:eastAsiaTheme="majorEastAsia" w:hAnsiTheme="majorHAnsi" w:cstheme="majorBidi"/>
        </w:rPr>
        <w:t>Version 1.</w:t>
      </w:r>
      <w:r>
        <w:rPr>
          <w:rFonts w:asciiTheme="majorHAnsi" w:eastAsiaTheme="majorEastAsia" w:hAnsiTheme="majorHAnsi" w:cstheme="majorBidi"/>
        </w:rPr>
        <w:t>0, January 12, 202</w:t>
      </w:r>
      <w:r>
        <w:rPr>
          <w:rFonts w:asciiTheme="majorHAnsi" w:eastAsiaTheme="majorEastAsia" w:hAnsiTheme="majorHAnsi" w:cstheme="majorBidi"/>
        </w:rPr>
        <w:t>6.</w:t>
      </w:r>
    </w:p>
    <w:p w14:paraId="194DDCD7" w14:textId="77777777" w:rsidR="004E4851" w:rsidRDefault="004E4851" w:rsidP="004E4851">
      <w:pPr>
        <w:rPr>
          <w:rFonts w:asciiTheme="majorHAnsi" w:eastAsiaTheme="majorEastAsia" w:hAnsiTheme="majorHAnsi" w:cstheme="majorBidi"/>
        </w:rPr>
      </w:pPr>
      <w:r w:rsidRPr="001E3F98">
        <w:rPr>
          <w:rFonts w:asciiTheme="majorHAnsi" w:eastAsiaTheme="majorEastAsia" w:hAnsiTheme="majorHAnsi" w:cstheme="majorBidi"/>
        </w:rPr>
        <w:br w:type="page"/>
      </w:r>
    </w:p>
    <w:sdt>
      <w:sdtPr>
        <w:id w:val="780613085"/>
        <w:docPartObj>
          <w:docPartGallery w:val="Table of Contents"/>
          <w:docPartUnique/>
        </w:docPartObj>
      </w:sdtPr>
      <w:sdtEndPr>
        <w:rPr>
          <w:rFonts w:ascii="Aptos" w:eastAsiaTheme="minorEastAsia" w:hAnsi="Aptos" w:cstheme="minorBidi"/>
          <w:noProof/>
          <w:color w:val="auto"/>
          <w:sz w:val="19"/>
          <w:szCs w:val="22"/>
        </w:rPr>
      </w:sdtEndPr>
      <w:sdtContent>
        <w:p w14:paraId="59C92215" w14:textId="3FD631DD" w:rsidR="004E4851" w:rsidRDefault="004E4851">
          <w:pPr>
            <w:pStyle w:val="TOCHeading"/>
          </w:pPr>
          <w:r>
            <w:t>Contents</w:t>
          </w:r>
        </w:p>
        <w:p w14:paraId="3EC9A8A0" w14:textId="7133C5A3"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r>
            <w:fldChar w:fldCharType="begin"/>
          </w:r>
          <w:r>
            <w:instrText xml:space="preserve"> TOC \o "1-3" \h \z \u </w:instrText>
          </w:r>
          <w:r>
            <w:fldChar w:fldCharType="separate"/>
          </w:r>
          <w:hyperlink w:anchor="_Toc240137271" w:history="1">
            <w:r w:rsidRPr="00183255">
              <w:rPr>
                <w:rStyle w:val="Hyperlink"/>
                <w:noProof/>
              </w:rPr>
              <w:t>Using the WAFA AAOT WHS Resource Library</w:t>
            </w:r>
            <w:r>
              <w:rPr>
                <w:noProof/>
                <w:webHidden/>
              </w:rPr>
              <w:tab/>
            </w:r>
            <w:r>
              <w:rPr>
                <w:noProof/>
                <w:webHidden/>
              </w:rPr>
              <w:fldChar w:fldCharType="begin"/>
            </w:r>
            <w:r>
              <w:rPr>
                <w:noProof/>
                <w:webHidden/>
              </w:rPr>
              <w:instrText xml:space="preserve"> PAGEREF _Toc240137271 \h </w:instrText>
            </w:r>
            <w:r>
              <w:rPr>
                <w:noProof/>
                <w:webHidden/>
              </w:rPr>
            </w:r>
            <w:r>
              <w:rPr>
                <w:noProof/>
                <w:webHidden/>
              </w:rPr>
              <w:fldChar w:fldCharType="separate"/>
            </w:r>
            <w:r>
              <w:rPr>
                <w:noProof/>
                <w:webHidden/>
              </w:rPr>
              <w:t>5</w:t>
            </w:r>
            <w:r>
              <w:rPr>
                <w:noProof/>
                <w:webHidden/>
              </w:rPr>
              <w:fldChar w:fldCharType="end"/>
            </w:r>
          </w:hyperlink>
        </w:p>
        <w:p w14:paraId="5956E1F5" w14:textId="1670D4DE"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72" w:history="1">
            <w:r w:rsidRPr="00183255">
              <w:rPr>
                <w:rStyle w:val="Hyperlink"/>
                <w:noProof/>
              </w:rPr>
              <w:t>A living manual across the AAOT course</w:t>
            </w:r>
            <w:r>
              <w:rPr>
                <w:noProof/>
                <w:webHidden/>
              </w:rPr>
              <w:tab/>
            </w:r>
            <w:r>
              <w:rPr>
                <w:noProof/>
                <w:webHidden/>
              </w:rPr>
              <w:fldChar w:fldCharType="begin"/>
            </w:r>
            <w:r>
              <w:rPr>
                <w:noProof/>
                <w:webHidden/>
              </w:rPr>
              <w:instrText xml:space="preserve"> PAGEREF _Toc240137272 \h </w:instrText>
            </w:r>
            <w:r>
              <w:rPr>
                <w:noProof/>
                <w:webHidden/>
              </w:rPr>
            </w:r>
            <w:r>
              <w:rPr>
                <w:noProof/>
                <w:webHidden/>
              </w:rPr>
              <w:fldChar w:fldCharType="separate"/>
            </w:r>
            <w:r>
              <w:rPr>
                <w:noProof/>
                <w:webHidden/>
              </w:rPr>
              <w:t>5</w:t>
            </w:r>
            <w:r>
              <w:rPr>
                <w:noProof/>
                <w:webHidden/>
              </w:rPr>
              <w:fldChar w:fldCharType="end"/>
            </w:r>
          </w:hyperlink>
        </w:p>
        <w:p w14:paraId="75275A0E" w14:textId="67F3A3A9"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73" w:history="1">
            <w:r w:rsidRPr="00183255">
              <w:rPr>
                <w:rStyle w:val="Hyperlink"/>
                <w:noProof/>
              </w:rPr>
              <w:t>Template categories</w:t>
            </w:r>
            <w:r>
              <w:rPr>
                <w:noProof/>
                <w:webHidden/>
              </w:rPr>
              <w:tab/>
            </w:r>
            <w:r>
              <w:rPr>
                <w:noProof/>
                <w:webHidden/>
              </w:rPr>
              <w:fldChar w:fldCharType="begin"/>
            </w:r>
            <w:r>
              <w:rPr>
                <w:noProof/>
                <w:webHidden/>
              </w:rPr>
              <w:instrText xml:space="preserve"> PAGEREF _Toc240137273 \h </w:instrText>
            </w:r>
            <w:r>
              <w:rPr>
                <w:noProof/>
                <w:webHidden/>
              </w:rPr>
            </w:r>
            <w:r>
              <w:rPr>
                <w:noProof/>
                <w:webHidden/>
              </w:rPr>
              <w:fldChar w:fldCharType="separate"/>
            </w:r>
            <w:r>
              <w:rPr>
                <w:noProof/>
                <w:webHidden/>
              </w:rPr>
              <w:t>5</w:t>
            </w:r>
            <w:r>
              <w:rPr>
                <w:noProof/>
                <w:webHidden/>
              </w:rPr>
              <w:fldChar w:fldCharType="end"/>
            </w:r>
          </w:hyperlink>
        </w:p>
        <w:p w14:paraId="01B6B411" w14:textId="41745EB2"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274" w:history="1">
            <w:r w:rsidRPr="00183255">
              <w:rPr>
                <w:rStyle w:val="Hyperlink"/>
                <w:noProof/>
              </w:rPr>
              <w:t>Template 1: WHS Roles, Responsibilities and Duty-Holder Matrix</w:t>
            </w:r>
            <w:r>
              <w:rPr>
                <w:noProof/>
                <w:webHidden/>
              </w:rPr>
              <w:tab/>
            </w:r>
            <w:r>
              <w:rPr>
                <w:noProof/>
                <w:webHidden/>
              </w:rPr>
              <w:fldChar w:fldCharType="begin"/>
            </w:r>
            <w:r>
              <w:rPr>
                <w:noProof/>
                <w:webHidden/>
              </w:rPr>
              <w:instrText xml:space="preserve"> PAGEREF _Toc240137274 \h </w:instrText>
            </w:r>
            <w:r>
              <w:rPr>
                <w:noProof/>
                <w:webHidden/>
              </w:rPr>
            </w:r>
            <w:r>
              <w:rPr>
                <w:noProof/>
                <w:webHidden/>
              </w:rPr>
              <w:fldChar w:fldCharType="separate"/>
            </w:r>
            <w:r>
              <w:rPr>
                <w:noProof/>
                <w:webHidden/>
              </w:rPr>
              <w:t>6</w:t>
            </w:r>
            <w:r>
              <w:rPr>
                <w:noProof/>
                <w:webHidden/>
              </w:rPr>
              <w:fldChar w:fldCharType="end"/>
            </w:r>
          </w:hyperlink>
        </w:p>
        <w:p w14:paraId="59268FB8" w14:textId="447A35AD"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75" w:history="1">
            <w:r w:rsidRPr="00183255">
              <w:rPr>
                <w:rStyle w:val="Hyperlink"/>
                <w:noProof/>
              </w:rPr>
              <w:t>Professional reasoning prompts</w:t>
            </w:r>
            <w:r>
              <w:rPr>
                <w:noProof/>
                <w:webHidden/>
              </w:rPr>
              <w:tab/>
            </w:r>
            <w:r>
              <w:rPr>
                <w:noProof/>
                <w:webHidden/>
              </w:rPr>
              <w:fldChar w:fldCharType="begin"/>
            </w:r>
            <w:r>
              <w:rPr>
                <w:noProof/>
                <w:webHidden/>
              </w:rPr>
              <w:instrText xml:space="preserve"> PAGEREF _Toc240137275 \h </w:instrText>
            </w:r>
            <w:r>
              <w:rPr>
                <w:noProof/>
                <w:webHidden/>
              </w:rPr>
            </w:r>
            <w:r>
              <w:rPr>
                <w:noProof/>
                <w:webHidden/>
              </w:rPr>
              <w:fldChar w:fldCharType="separate"/>
            </w:r>
            <w:r>
              <w:rPr>
                <w:noProof/>
                <w:webHidden/>
              </w:rPr>
              <w:t>6</w:t>
            </w:r>
            <w:r>
              <w:rPr>
                <w:noProof/>
                <w:webHidden/>
              </w:rPr>
              <w:fldChar w:fldCharType="end"/>
            </w:r>
          </w:hyperlink>
        </w:p>
        <w:p w14:paraId="376471BE" w14:textId="410F041C"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276" w:history="1">
            <w:r w:rsidRPr="00183255">
              <w:rPr>
                <w:rStyle w:val="Hyperlink"/>
                <w:noProof/>
              </w:rPr>
              <w:t>Template 2: Legal, Regulatory and Professional Compliance Register</w:t>
            </w:r>
            <w:r>
              <w:rPr>
                <w:noProof/>
                <w:webHidden/>
              </w:rPr>
              <w:tab/>
            </w:r>
            <w:r>
              <w:rPr>
                <w:noProof/>
                <w:webHidden/>
              </w:rPr>
              <w:fldChar w:fldCharType="begin"/>
            </w:r>
            <w:r>
              <w:rPr>
                <w:noProof/>
                <w:webHidden/>
              </w:rPr>
              <w:instrText xml:space="preserve"> PAGEREF _Toc240137276 \h </w:instrText>
            </w:r>
            <w:r>
              <w:rPr>
                <w:noProof/>
                <w:webHidden/>
              </w:rPr>
            </w:r>
            <w:r>
              <w:rPr>
                <w:noProof/>
                <w:webHidden/>
              </w:rPr>
              <w:fldChar w:fldCharType="separate"/>
            </w:r>
            <w:r>
              <w:rPr>
                <w:noProof/>
                <w:webHidden/>
              </w:rPr>
              <w:t>7</w:t>
            </w:r>
            <w:r>
              <w:rPr>
                <w:noProof/>
                <w:webHidden/>
              </w:rPr>
              <w:fldChar w:fldCharType="end"/>
            </w:r>
          </w:hyperlink>
        </w:p>
        <w:p w14:paraId="236C6615" w14:textId="2006B648"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277" w:history="1">
            <w:r w:rsidRPr="00183255">
              <w:rPr>
                <w:rStyle w:val="Hyperlink"/>
                <w:noProof/>
              </w:rPr>
              <w:t>Template 3: WHS Documentation Framework and Document Register</w:t>
            </w:r>
            <w:r>
              <w:rPr>
                <w:noProof/>
                <w:webHidden/>
              </w:rPr>
              <w:tab/>
            </w:r>
            <w:r>
              <w:rPr>
                <w:noProof/>
                <w:webHidden/>
              </w:rPr>
              <w:fldChar w:fldCharType="begin"/>
            </w:r>
            <w:r>
              <w:rPr>
                <w:noProof/>
                <w:webHidden/>
              </w:rPr>
              <w:instrText xml:space="preserve"> PAGEREF _Toc240137277 \h </w:instrText>
            </w:r>
            <w:r>
              <w:rPr>
                <w:noProof/>
                <w:webHidden/>
              </w:rPr>
            </w:r>
            <w:r>
              <w:rPr>
                <w:noProof/>
                <w:webHidden/>
              </w:rPr>
              <w:fldChar w:fldCharType="separate"/>
            </w:r>
            <w:r>
              <w:rPr>
                <w:noProof/>
                <w:webHidden/>
              </w:rPr>
              <w:t>8</w:t>
            </w:r>
            <w:r>
              <w:rPr>
                <w:noProof/>
                <w:webHidden/>
              </w:rPr>
              <w:fldChar w:fldCharType="end"/>
            </w:r>
          </w:hyperlink>
        </w:p>
        <w:p w14:paraId="1095083A" w14:textId="52A4EA1C"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278" w:history="1">
            <w:r w:rsidRPr="00183255">
              <w:rPr>
                <w:rStyle w:val="Hyperlink"/>
                <w:noProof/>
              </w:rPr>
              <w:t>Template 4: WHS Training, Induction and Competency Plan or Matrix</w:t>
            </w:r>
            <w:r>
              <w:rPr>
                <w:noProof/>
                <w:webHidden/>
              </w:rPr>
              <w:tab/>
            </w:r>
            <w:r>
              <w:rPr>
                <w:noProof/>
                <w:webHidden/>
              </w:rPr>
              <w:fldChar w:fldCharType="begin"/>
            </w:r>
            <w:r>
              <w:rPr>
                <w:noProof/>
                <w:webHidden/>
              </w:rPr>
              <w:instrText xml:space="preserve"> PAGEREF _Toc240137278 \h </w:instrText>
            </w:r>
            <w:r>
              <w:rPr>
                <w:noProof/>
                <w:webHidden/>
              </w:rPr>
            </w:r>
            <w:r>
              <w:rPr>
                <w:noProof/>
                <w:webHidden/>
              </w:rPr>
              <w:fldChar w:fldCharType="separate"/>
            </w:r>
            <w:r>
              <w:rPr>
                <w:noProof/>
                <w:webHidden/>
              </w:rPr>
              <w:t>9</w:t>
            </w:r>
            <w:r>
              <w:rPr>
                <w:noProof/>
                <w:webHidden/>
              </w:rPr>
              <w:fldChar w:fldCharType="end"/>
            </w:r>
          </w:hyperlink>
        </w:p>
        <w:p w14:paraId="40694F52" w14:textId="330D91B6"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79" w:history="1">
            <w:r w:rsidRPr="00183255">
              <w:rPr>
                <w:rStyle w:val="Hyperlink"/>
                <w:noProof/>
              </w:rPr>
              <w:t>Training-needs identification</w:t>
            </w:r>
            <w:r>
              <w:rPr>
                <w:noProof/>
                <w:webHidden/>
              </w:rPr>
              <w:tab/>
            </w:r>
            <w:r>
              <w:rPr>
                <w:noProof/>
                <w:webHidden/>
              </w:rPr>
              <w:fldChar w:fldCharType="begin"/>
            </w:r>
            <w:r>
              <w:rPr>
                <w:noProof/>
                <w:webHidden/>
              </w:rPr>
              <w:instrText xml:space="preserve"> PAGEREF _Toc240137279 \h </w:instrText>
            </w:r>
            <w:r>
              <w:rPr>
                <w:noProof/>
                <w:webHidden/>
              </w:rPr>
            </w:r>
            <w:r>
              <w:rPr>
                <w:noProof/>
                <w:webHidden/>
              </w:rPr>
              <w:fldChar w:fldCharType="separate"/>
            </w:r>
            <w:r>
              <w:rPr>
                <w:noProof/>
                <w:webHidden/>
              </w:rPr>
              <w:t>9</w:t>
            </w:r>
            <w:r>
              <w:rPr>
                <w:noProof/>
                <w:webHidden/>
              </w:rPr>
              <w:fldChar w:fldCharType="end"/>
            </w:r>
          </w:hyperlink>
        </w:p>
        <w:p w14:paraId="2314C3C0" w14:textId="3304C7DA"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80" w:history="1">
            <w:r w:rsidRPr="00183255">
              <w:rPr>
                <w:rStyle w:val="Hyperlink"/>
                <w:noProof/>
              </w:rPr>
              <w:t>Professional reasoning prompts</w:t>
            </w:r>
            <w:r>
              <w:rPr>
                <w:noProof/>
                <w:webHidden/>
              </w:rPr>
              <w:tab/>
            </w:r>
            <w:r>
              <w:rPr>
                <w:noProof/>
                <w:webHidden/>
              </w:rPr>
              <w:fldChar w:fldCharType="begin"/>
            </w:r>
            <w:r>
              <w:rPr>
                <w:noProof/>
                <w:webHidden/>
              </w:rPr>
              <w:instrText xml:space="preserve"> PAGEREF _Toc240137280 \h </w:instrText>
            </w:r>
            <w:r>
              <w:rPr>
                <w:noProof/>
                <w:webHidden/>
              </w:rPr>
            </w:r>
            <w:r>
              <w:rPr>
                <w:noProof/>
                <w:webHidden/>
              </w:rPr>
              <w:fldChar w:fldCharType="separate"/>
            </w:r>
            <w:r>
              <w:rPr>
                <w:noProof/>
                <w:webHidden/>
              </w:rPr>
              <w:t>9</w:t>
            </w:r>
            <w:r>
              <w:rPr>
                <w:noProof/>
                <w:webHidden/>
              </w:rPr>
              <w:fldChar w:fldCharType="end"/>
            </w:r>
          </w:hyperlink>
        </w:p>
        <w:p w14:paraId="6EA650BF" w14:textId="4C316D3B"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281" w:history="1">
            <w:r w:rsidRPr="00183255">
              <w:rPr>
                <w:rStyle w:val="Hyperlink"/>
                <w:noProof/>
              </w:rPr>
              <w:t>Template 5: AAOT Hazard Identification Checklist</w:t>
            </w:r>
            <w:r>
              <w:rPr>
                <w:noProof/>
                <w:webHidden/>
              </w:rPr>
              <w:tab/>
            </w:r>
            <w:r>
              <w:rPr>
                <w:noProof/>
                <w:webHidden/>
              </w:rPr>
              <w:fldChar w:fldCharType="begin"/>
            </w:r>
            <w:r>
              <w:rPr>
                <w:noProof/>
                <w:webHidden/>
              </w:rPr>
              <w:instrText xml:space="preserve"> PAGEREF _Toc240137281 \h </w:instrText>
            </w:r>
            <w:r>
              <w:rPr>
                <w:noProof/>
                <w:webHidden/>
              </w:rPr>
            </w:r>
            <w:r>
              <w:rPr>
                <w:noProof/>
                <w:webHidden/>
              </w:rPr>
              <w:fldChar w:fldCharType="separate"/>
            </w:r>
            <w:r>
              <w:rPr>
                <w:noProof/>
                <w:webHidden/>
              </w:rPr>
              <w:t>10</w:t>
            </w:r>
            <w:r>
              <w:rPr>
                <w:noProof/>
                <w:webHidden/>
              </w:rPr>
              <w:fldChar w:fldCharType="end"/>
            </w:r>
          </w:hyperlink>
        </w:p>
        <w:p w14:paraId="7D74B1D5" w14:textId="50FB8945"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82" w:history="1">
            <w:r w:rsidRPr="00183255">
              <w:rPr>
                <w:rStyle w:val="Hyperlink"/>
                <w:noProof/>
              </w:rPr>
              <w:t>Assistance animal health, behaviour and welfare</w:t>
            </w:r>
            <w:r>
              <w:rPr>
                <w:noProof/>
                <w:webHidden/>
              </w:rPr>
              <w:tab/>
            </w:r>
            <w:r>
              <w:rPr>
                <w:noProof/>
                <w:webHidden/>
              </w:rPr>
              <w:fldChar w:fldCharType="begin"/>
            </w:r>
            <w:r>
              <w:rPr>
                <w:noProof/>
                <w:webHidden/>
              </w:rPr>
              <w:instrText xml:space="preserve"> PAGEREF _Toc240137282 \h </w:instrText>
            </w:r>
            <w:r>
              <w:rPr>
                <w:noProof/>
                <w:webHidden/>
              </w:rPr>
            </w:r>
            <w:r>
              <w:rPr>
                <w:noProof/>
                <w:webHidden/>
              </w:rPr>
              <w:fldChar w:fldCharType="separate"/>
            </w:r>
            <w:r>
              <w:rPr>
                <w:noProof/>
                <w:webHidden/>
              </w:rPr>
              <w:t>10</w:t>
            </w:r>
            <w:r>
              <w:rPr>
                <w:noProof/>
                <w:webHidden/>
              </w:rPr>
              <w:fldChar w:fldCharType="end"/>
            </w:r>
          </w:hyperlink>
        </w:p>
        <w:p w14:paraId="00D741BA" w14:textId="63CFDD6B"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83" w:history="1">
            <w:r w:rsidRPr="00183255">
              <w:rPr>
                <w:rStyle w:val="Hyperlink"/>
                <w:noProof/>
              </w:rPr>
              <w:t>Person, occupation and task</w:t>
            </w:r>
            <w:r>
              <w:rPr>
                <w:noProof/>
                <w:webHidden/>
              </w:rPr>
              <w:tab/>
            </w:r>
            <w:r>
              <w:rPr>
                <w:noProof/>
                <w:webHidden/>
              </w:rPr>
              <w:fldChar w:fldCharType="begin"/>
            </w:r>
            <w:r>
              <w:rPr>
                <w:noProof/>
                <w:webHidden/>
              </w:rPr>
              <w:instrText xml:space="preserve"> PAGEREF _Toc240137283 \h </w:instrText>
            </w:r>
            <w:r>
              <w:rPr>
                <w:noProof/>
                <w:webHidden/>
              </w:rPr>
            </w:r>
            <w:r>
              <w:rPr>
                <w:noProof/>
                <w:webHidden/>
              </w:rPr>
              <w:fldChar w:fldCharType="separate"/>
            </w:r>
            <w:r>
              <w:rPr>
                <w:noProof/>
                <w:webHidden/>
              </w:rPr>
              <w:t>10</w:t>
            </w:r>
            <w:r>
              <w:rPr>
                <w:noProof/>
                <w:webHidden/>
              </w:rPr>
              <w:fldChar w:fldCharType="end"/>
            </w:r>
          </w:hyperlink>
        </w:p>
        <w:p w14:paraId="5D012E19" w14:textId="77A09EFD"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84" w:history="1">
            <w:r w:rsidRPr="00183255">
              <w:rPr>
                <w:rStyle w:val="Hyperlink"/>
                <w:noProof/>
              </w:rPr>
              <w:t>Biological and infection-related</w:t>
            </w:r>
            <w:r>
              <w:rPr>
                <w:noProof/>
                <w:webHidden/>
              </w:rPr>
              <w:tab/>
            </w:r>
            <w:r>
              <w:rPr>
                <w:noProof/>
                <w:webHidden/>
              </w:rPr>
              <w:fldChar w:fldCharType="begin"/>
            </w:r>
            <w:r>
              <w:rPr>
                <w:noProof/>
                <w:webHidden/>
              </w:rPr>
              <w:instrText xml:space="preserve"> PAGEREF _Toc240137284 \h </w:instrText>
            </w:r>
            <w:r>
              <w:rPr>
                <w:noProof/>
                <w:webHidden/>
              </w:rPr>
            </w:r>
            <w:r>
              <w:rPr>
                <w:noProof/>
                <w:webHidden/>
              </w:rPr>
              <w:fldChar w:fldCharType="separate"/>
            </w:r>
            <w:r>
              <w:rPr>
                <w:noProof/>
                <w:webHidden/>
              </w:rPr>
              <w:t>10</w:t>
            </w:r>
            <w:r>
              <w:rPr>
                <w:noProof/>
                <w:webHidden/>
              </w:rPr>
              <w:fldChar w:fldCharType="end"/>
            </w:r>
          </w:hyperlink>
        </w:p>
        <w:p w14:paraId="11525166" w14:textId="7055EB89"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85" w:history="1">
            <w:r w:rsidRPr="00183255">
              <w:rPr>
                <w:rStyle w:val="Hyperlink"/>
                <w:noProof/>
              </w:rPr>
              <w:t>Physical/environmental</w:t>
            </w:r>
            <w:r>
              <w:rPr>
                <w:noProof/>
                <w:webHidden/>
              </w:rPr>
              <w:tab/>
            </w:r>
            <w:r>
              <w:rPr>
                <w:noProof/>
                <w:webHidden/>
              </w:rPr>
              <w:fldChar w:fldCharType="begin"/>
            </w:r>
            <w:r>
              <w:rPr>
                <w:noProof/>
                <w:webHidden/>
              </w:rPr>
              <w:instrText xml:space="preserve"> PAGEREF _Toc240137285 \h </w:instrText>
            </w:r>
            <w:r>
              <w:rPr>
                <w:noProof/>
                <w:webHidden/>
              </w:rPr>
            </w:r>
            <w:r>
              <w:rPr>
                <w:noProof/>
                <w:webHidden/>
              </w:rPr>
              <w:fldChar w:fldCharType="separate"/>
            </w:r>
            <w:r>
              <w:rPr>
                <w:noProof/>
                <w:webHidden/>
              </w:rPr>
              <w:t>10</w:t>
            </w:r>
            <w:r>
              <w:rPr>
                <w:noProof/>
                <w:webHidden/>
              </w:rPr>
              <w:fldChar w:fldCharType="end"/>
            </w:r>
          </w:hyperlink>
        </w:p>
        <w:p w14:paraId="1E096C9B" w14:textId="66EE952C"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86" w:history="1">
            <w:r w:rsidRPr="00183255">
              <w:rPr>
                <w:rStyle w:val="Hyperlink"/>
                <w:noProof/>
              </w:rPr>
              <w:t>Transport and travel</w:t>
            </w:r>
            <w:r>
              <w:rPr>
                <w:noProof/>
                <w:webHidden/>
              </w:rPr>
              <w:tab/>
            </w:r>
            <w:r>
              <w:rPr>
                <w:noProof/>
                <w:webHidden/>
              </w:rPr>
              <w:fldChar w:fldCharType="begin"/>
            </w:r>
            <w:r>
              <w:rPr>
                <w:noProof/>
                <w:webHidden/>
              </w:rPr>
              <w:instrText xml:space="preserve"> PAGEREF _Toc240137286 \h </w:instrText>
            </w:r>
            <w:r>
              <w:rPr>
                <w:noProof/>
                <w:webHidden/>
              </w:rPr>
            </w:r>
            <w:r>
              <w:rPr>
                <w:noProof/>
                <w:webHidden/>
              </w:rPr>
              <w:fldChar w:fldCharType="separate"/>
            </w:r>
            <w:r>
              <w:rPr>
                <w:noProof/>
                <w:webHidden/>
              </w:rPr>
              <w:t>11</w:t>
            </w:r>
            <w:r>
              <w:rPr>
                <w:noProof/>
                <w:webHidden/>
              </w:rPr>
              <w:fldChar w:fldCharType="end"/>
            </w:r>
          </w:hyperlink>
        </w:p>
        <w:p w14:paraId="6A9832C6" w14:textId="755C0E8D"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87" w:history="1">
            <w:r w:rsidRPr="00183255">
              <w:rPr>
                <w:rStyle w:val="Hyperlink"/>
                <w:noProof/>
              </w:rPr>
              <w:t>Psychosocial</w:t>
            </w:r>
            <w:r>
              <w:rPr>
                <w:noProof/>
                <w:webHidden/>
              </w:rPr>
              <w:tab/>
            </w:r>
            <w:r>
              <w:rPr>
                <w:noProof/>
                <w:webHidden/>
              </w:rPr>
              <w:fldChar w:fldCharType="begin"/>
            </w:r>
            <w:r>
              <w:rPr>
                <w:noProof/>
                <w:webHidden/>
              </w:rPr>
              <w:instrText xml:space="preserve"> PAGEREF _Toc240137287 \h </w:instrText>
            </w:r>
            <w:r>
              <w:rPr>
                <w:noProof/>
                <w:webHidden/>
              </w:rPr>
            </w:r>
            <w:r>
              <w:rPr>
                <w:noProof/>
                <w:webHidden/>
              </w:rPr>
              <w:fldChar w:fldCharType="separate"/>
            </w:r>
            <w:r>
              <w:rPr>
                <w:noProof/>
                <w:webHidden/>
              </w:rPr>
              <w:t>11</w:t>
            </w:r>
            <w:r>
              <w:rPr>
                <w:noProof/>
                <w:webHidden/>
              </w:rPr>
              <w:fldChar w:fldCharType="end"/>
            </w:r>
          </w:hyperlink>
        </w:p>
        <w:p w14:paraId="6BE0C62B" w14:textId="163F742D"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88" w:history="1">
            <w:r w:rsidRPr="00183255">
              <w:rPr>
                <w:rStyle w:val="Hyperlink"/>
                <w:noProof/>
              </w:rPr>
              <w:t>Third-party and organisational</w:t>
            </w:r>
            <w:r>
              <w:rPr>
                <w:noProof/>
                <w:webHidden/>
              </w:rPr>
              <w:tab/>
            </w:r>
            <w:r>
              <w:rPr>
                <w:noProof/>
                <w:webHidden/>
              </w:rPr>
              <w:fldChar w:fldCharType="begin"/>
            </w:r>
            <w:r>
              <w:rPr>
                <w:noProof/>
                <w:webHidden/>
              </w:rPr>
              <w:instrText xml:space="preserve"> PAGEREF _Toc240137288 \h </w:instrText>
            </w:r>
            <w:r>
              <w:rPr>
                <w:noProof/>
                <w:webHidden/>
              </w:rPr>
            </w:r>
            <w:r>
              <w:rPr>
                <w:noProof/>
                <w:webHidden/>
              </w:rPr>
              <w:fldChar w:fldCharType="separate"/>
            </w:r>
            <w:r>
              <w:rPr>
                <w:noProof/>
                <w:webHidden/>
              </w:rPr>
              <w:t>11</w:t>
            </w:r>
            <w:r>
              <w:rPr>
                <w:noProof/>
                <w:webHidden/>
              </w:rPr>
              <w:fldChar w:fldCharType="end"/>
            </w:r>
          </w:hyperlink>
        </w:p>
        <w:p w14:paraId="291F6392" w14:textId="32139ED5"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89" w:history="1">
            <w:r w:rsidRPr="00183255">
              <w:rPr>
                <w:rStyle w:val="Hyperlink"/>
                <w:noProof/>
              </w:rPr>
              <w:t>Hazards identified / further action</w:t>
            </w:r>
            <w:r>
              <w:rPr>
                <w:noProof/>
                <w:webHidden/>
              </w:rPr>
              <w:tab/>
            </w:r>
            <w:r>
              <w:rPr>
                <w:noProof/>
                <w:webHidden/>
              </w:rPr>
              <w:fldChar w:fldCharType="begin"/>
            </w:r>
            <w:r>
              <w:rPr>
                <w:noProof/>
                <w:webHidden/>
              </w:rPr>
              <w:instrText xml:space="preserve"> PAGEREF _Toc240137289 \h </w:instrText>
            </w:r>
            <w:r>
              <w:rPr>
                <w:noProof/>
                <w:webHidden/>
              </w:rPr>
            </w:r>
            <w:r>
              <w:rPr>
                <w:noProof/>
                <w:webHidden/>
              </w:rPr>
              <w:fldChar w:fldCharType="separate"/>
            </w:r>
            <w:r>
              <w:rPr>
                <w:noProof/>
                <w:webHidden/>
              </w:rPr>
              <w:t>12</w:t>
            </w:r>
            <w:r>
              <w:rPr>
                <w:noProof/>
                <w:webHidden/>
              </w:rPr>
              <w:fldChar w:fldCharType="end"/>
            </w:r>
          </w:hyperlink>
        </w:p>
        <w:p w14:paraId="343BACEF" w14:textId="4C7ECDB7"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290" w:history="1">
            <w:r w:rsidRPr="00183255">
              <w:rPr>
                <w:rStyle w:val="Hyperlink"/>
                <w:noProof/>
              </w:rPr>
              <w:t>Template 6: WHS Risk Assessment Template</w:t>
            </w:r>
            <w:r>
              <w:rPr>
                <w:noProof/>
                <w:webHidden/>
              </w:rPr>
              <w:tab/>
            </w:r>
            <w:r>
              <w:rPr>
                <w:noProof/>
                <w:webHidden/>
              </w:rPr>
              <w:fldChar w:fldCharType="begin"/>
            </w:r>
            <w:r>
              <w:rPr>
                <w:noProof/>
                <w:webHidden/>
              </w:rPr>
              <w:instrText xml:space="preserve"> PAGEREF _Toc240137290 \h </w:instrText>
            </w:r>
            <w:r>
              <w:rPr>
                <w:noProof/>
                <w:webHidden/>
              </w:rPr>
            </w:r>
            <w:r>
              <w:rPr>
                <w:noProof/>
                <w:webHidden/>
              </w:rPr>
              <w:fldChar w:fldCharType="separate"/>
            </w:r>
            <w:r>
              <w:rPr>
                <w:noProof/>
                <w:webHidden/>
              </w:rPr>
              <w:t>13</w:t>
            </w:r>
            <w:r>
              <w:rPr>
                <w:noProof/>
                <w:webHidden/>
              </w:rPr>
              <w:fldChar w:fldCharType="end"/>
            </w:r>
          </w:hyperlink>
        </w:p>
        <w:p w14:paraId="70661EF1" w14:textId="15EEFCF8"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91" w:history="1">
            <w:r w:rsidRPr="00183255">
              <w:rPr>
                <w:rStyle w:val="Hyperlink"/>
                <w:noProof/>
              </w:rPr>
              <w:t>Participation, adjustment and animal welfare considerations</w:t>
            </w:r>
            <w:r>
              <w:rPr>
                <w:noProof/>
                <w:webHidden/>
              </w:rPr>
              <w:tab/>
            </w:r>
            <w:r>
              <w:rPr>
                <w:noProof/>
                <w:webHidden/>
              </w:rPr>
              <w:fldChar w:fldCharType="begin"/>
            </w:r>
            <w:r>
              <w:rPr>
                <w:noProof/>
                <w:webHidden/>
              </w:rPr>
              <w:instrText xml:space="preserve"> PAGEREF _Toc240137291 \h </w:instrText>
            </w:r>
            <w:r>
              <w:rPr>
                <w:noProof/>
                <w:webHidden/>
              </w:rPr>
            </w:r>
            <w:r>
              <w:rPr>
                <w:noProof/>
                <w:webHidden/>
              </w:rPr>
              <w:fldChar w:fldCharType="separate"/>
            </w:r>
            <w:r>
              <w:rPr>
                <w:noProof/>
                <w:webHidden/>
              </w:rPr>
              <w:t>13</w:t>
            </w:r>
            <w:r>
              <w:rPr>
                <w:noProof/>
                <w:webHidden/>
              </w:rPr>
              <w:fldChar w:fldCharType="end"/>
            </w:r>
          </w:hyperlink>
        </w:p>
        <w:p w14:paraId="18BE06C1" w14:textId="10B22CB9"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92" w:history="1">
            <w:r w:rsidRPr="00183255">
              <w:rPr>
                <w:rStyle w:val="Hyperlink"/>
                <w:noProof/>
              </w:rPr>
              <w:t>Additional controls and residual risk</w:t>
            </w:r>
            <w:r>
              <w:rPr>
                <w:noProof/>
                <w:webHidden/>
              </w:rPr>
              <w:tab/>
            </w:r>
            <w:r>
              <w:rPr>
                <w:noProof/>
                <w:webHidden/>
              </w:rPr>
              <w:fldChar w:fldCharType="begin"/>
            </w:r>
            <w:r>
              <w:rPr>
                <w:noProof/>
                <w:webHidden/>
              </w:rPr>
              <w:instrText xml:space="preserve"> PAGEREF _Toc240137292 \h </w:instrText>
            </w:r>
            <w:r>
              <w:rPr>
                <w:noProof/>
                <w:webHidden/>
              </w:rPr>
            </w:r>
            <w:r>
              <w:rPr>
                <w:noProof/>
                <w:webHidden/>
              </w:rPr>
              <w:fldChar w:fldCharType="separate"/>
            </w:r>
            <w:r>
              <w:rPr>
                <w:noProof/>
                <w:webHidden/>
              </w:rPr>
              <w:t>13</w:t>
            </w:r>
            <w:r>
              <w:rPr>
                <w:noProof/>
                <w:webHidden/>
              </w:rPr>
              <w:fldChar w:fldCharType="end"/>
            </w:r>
          </w:hyperlink>
        </w:p>
        <w:p w14:paraId="4D15CFB0" w14:textId="726CFCAF"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293" w:history="1">
            <w:r w:rsidRPr="00183255">
              <w:rPr>
                <w:rStyle w:val="Hyperlink"/>
                <w:noProof/>
              </w:rPr>
              <w:t>Template 7: Complex AAOT Risk-Control Analysis</w:t>
            </w:r>
            <w:r>
              <w:rPr>
                <w:noProof/>
                <w:webHidden/>
              </w:rPr>
              <w:tab/>
            </w:r>
            <w:r>
              <w:rPr>
                <w:noProof/>
                <w:webHidden/>
              </w:rPr>
              <w:fldChar w:fldCharType="begin"/>
            </w:r>
            <w:r>
              <w:rPr>
                <w:noProof/>
                <w:webHidden/>
              </w:rPr>
              <w:instrText xml:space="preserve"> PAGEREF _Toc240137293 \h </w:instrText>
            </w:r>
            <w:r>
              <w:rPr>
                <w:noProof/>
                <w:webHidden/>
              </w:rPr>
            </w:r>
            <w:r>
              <w:rPr>
                <w:noProof/>
                <w:webHidden/>
              </w:rPr>
              <w:fldChar w:fldCharType="separate"/>
            </w:r>
            <w:r>
              <w:rPr>
                <w:noProof/>
                <w:webHidden/>
              </w:rPr>
              <w:t>14</w:t>
            </w:r>
            <w:r>
              <w:rPr>
                <w:noProof/>
                <w:webHidden/>
              </w:rPr>
              <w:fldChar w:fldCharType="end"/>
            </w:r>
          </w:hyperlink>
        </w:p>
        <w:p w14:paraId="58CD67E8" w14:textId="1B842038"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294" w:history="1">
            <w:r w:rsidRPr="00183255">
              <w:rPr>
                <w:rStyle w:val="Hyperlink"/>
                <w:noProof/>
              </w:rPr>
              <w:t>Template 8: Hierarchy of Controls Analysis</w:t>
            </w:r>
            <w:r>
              <w:rPr>
                <w:noProof/>
                <w:webHidden/>
              </w:rPr>
              <w:tab/>
            </w:r>
            <w:r>
              <w:rPr>
                <w:noProof/>
                <w:webHidden/>
              </w:rPr>
              <w:fldChar w:fldCharType="begin"/>
            </w:r>
            <w:r>
              <w:rPr>
                <w:noProof/>
                <w:webHidden/>
              </w:rPr>
              <w:instrText xml:space="preserve"> PAGEREF _Toc240137294 \h </w:instrText>
            </w:r>
            <w:r>
              <w:rPr>
                <w:noProof/>
                <w:webHidden/>
              </w:rPr>
            </w:r>
            <w:r>
              <w:rPr>
                <w:noProof/>
                <w:webHidden/>
              </w:rPr>
              <w:fldChar w:fldCharType="separate"/>
            </w:r>
            <w:r>
              <w:rPr>
                <w:noProof/>
                <w:webHidden/>
              </w:rPr>
              <w:t>15</w:t>
            </w:r>
            <w:r>
              <w:rPr>
                <w:noProof/>
                <w:webHidden/>
              </w:rPr>
              <w:fldChar w:fldCharType="end"/>
            </w:r>
          </w:hyperlink>
        </w:p>
        <w:p w14:paraId="5B18085F" w14:textId="1B884ED9"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95" w:history="1">
            <w:r w:rsidRPr="00183255">
              <w:rPr>
                <w:rStyle w:val="Hyperlink"/>
                <w:noProof/>
              </w:rPr>
              <w:t>Control selection</w:t>
            </w:r>
            <w:r>
              <w:rPr>
                <w:noProof/>
                <w:webHidden/>
              </w:rPr>
              <w:tab/>
            </w:r>
            <w:r>
              <w:rPr>
                <w:noProof/>
                <w:webHidden/>
              </w:rPr>
              <w:fldChar w:fldCharType="begin"/>
            </w:r>
            <w:r>
              <w:rPr>
                <w:noProof/>
                <w:webHidden/>
              </w:rPr>
              <w:instrText xml:space="preserve"> PAGEREF _Toc240137295 \h </w:instrText>
            </w:r>
            <w:r>
              <w:rPr>
                <w:noProof/>
                <w:webHidden/>
              </w:rPr>
            </w:r>
            <w:r>
              <w:rPr>
                <w:noProof/>
                <w:webHidden/>
              </w:rPr>
              <w:fldChar w:fldCharType="separate"/>
            </w:r>
            <w:r>
              <w:rPr>
                <w:noProof/>
                <w:webHidden/>
              </w:rPr>
              <w:t>15</w:t>
            </w:r>
            <w:r>
              <w:rPr>
                <w:noProof/>
                <w:webHidden/>
              </w:rPr>
              <w:fldChar w:fldCharType="end"/>
            </w:r>
          </w:hyperlink>
        </w:p>
        <w:p w14:paraId="4405FD3A" w14:textId="26007560"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296" w:history="1">
            <w:r w:rsidRPr="00183255">
              <w:rPr>
                <w:rStyle w:val="Hyperlink"/>
                <w:noProof/>
              </w:rPr>
              <w:t>Template 9: WHS Risk Control Plan</w:t>
            </w:r>
            <w:r>
              <w:rPr>
                <w:noProof/>
                <w:webHidden/>
              </w:rPr>
              <w:tab/>
            </w:r>
            <w:r>
              <w:rPr>
                <w:noProof/>
                <w:webHidden/>
              </w:rPr>
              <w:fldChar w:fldCharType="begin"/>
            </w:r>
            <w:r>
              <w:rPr>
                <w:noProof/>
                <w:webHidden/>
              </w:rPr>
              <w:instrText xml:space="preserve"> PAGEREF _Toc240137296 \h </w:instrText>
            </w:r>
            <w:r>
              <w:rPr>
                <w:noProof/>
                <w:webHidden/>
              </w:rPr>
            </w:r>
            <w:r>
              <w:rPr>
                <w:noProof/>
                <w:webHidden/>
              </w:rPr>
              <w:fldChar w:fldCharType="separate"/>
            </w:r>
            <w:r>
              <w:rPr>
                <w:noProof/>
                <w:webHidden/>
              </w:rPr>
              <w:t>16</w:t>
            </w:r>
            <w:r>
              <w:rPr>
                <w:noProof/>
                <w:webHidden/>
              </w:rPr>
              <w:fldChar w:fldCharType="end"/>
            </w:r>
          </w:hyperlink>
        </w:p>
        <w:p w14:paraId="34D0764F" w14:textId="76530B6B"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97" w:history="1">
            <w:r w:rsidRPr="00183255">
              <w:rPr>
                <w:rStyle w:val="Hyperlink"/>
                <w:noProof/>
              </w:rPr>
              <w:t>Participation and welfare check</w:t>
            </w:r>
            <w:r>
              <w:rPr>
                <w:noProof/>
                <w:webHidden/>
              </w:rPr>
              <w:tab/>
            </w:r>
            <w:r>
              <w:rPr>
                <w:noProof/>
                <w:webHidden/>
              </w:rPr>
              <w:fldChar w:fldCharType="begin"/>
            </w:r>
            <w:r>
              <w:rPr>
                <w:noProof/>
                <w:webHidden/>
              </w:rPr>
              <w:instrText xml:space="preserve"> PAGEREF _Toc240137297 \h </w:instrText>
            </w:r>
            <w:r>
              <w:rPr>
                <w:noProof/>
                <w:webHidden/>
              </w:rPr>
            </w:r>
            <w:r>
              <w:rPr>
                <w:noProof/>
                <w:webHidden/>
              </w:rPr>
              <w:fldChar w:fldCharType="separate"/>
            </w:r>
            <w:r>
              <w:rPr>
                <w:noProof/>
                <w:webHidden/>
              </w:rPr>
              <w:t>16</w:t>
            </w:r>
            <w:r>
              <w:rPr>
                <w:noProof/>
                <w:webHidden/>
              </w:rPr>
              <w:fldChar w:fldCharType="end"/>
            </w:r>
          </w:hyperlink>
        </w:p>
        <w:p w14:paraId="3C577F2E" w14:textId="2C98716E"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298" w:history="1">
            <w:r w:rsidRPr="00183255">
              <w:rPr>
                <w:rStyle w:val="Hyperlink"/>
                <w:noProof/>
              </w:rPr>
              <w:t>Template 10: WHS Consultation and Communication Record</w:t>
            </w:r>
            <w:r>
              <w:rPr>
                <w:noProof/>
                <w:webHidden/>
              </w:rPr>
              <w:tab/>
            </w:r>
            <w:r>
              <w:rPr>
                <w:noProof/>
                <w:webHidden/>
              </w:rPr>
              <w:fldChar w:fldCharType="begin"/>
            </w:r>
            <w:r>
              <w:rPr>
                <w:noProof/>
                <w:webHidden/>
              </w:rPr>
              <w:instrText xml:space="preserve"> PAGEREF _Toc240137298 \h </w:instrText>
            </w:r>
            <w:r>
              <w:rPr>
                <w:noProof/>
                <w:webHidden/>
              </w:rPr>
            </w:r>
            <w:r>
              <w:rPr>
                <w:noProof/>
                <w:webHidden/>
              </w:rPr>
              <w:fldChar w:fldCharType="separate"/>
            </w:r>
            <w:r>
              <w:rPr>
                <w:noProof/>
                <w:webHidden/>
              </w:rPr>
              <w:t>17</w:t>
            </w:r>
            <w:r>
              <w:rPr>
                <w:noProof/>
                <w:webHidden/>
              </w:rPr>
              <w:fldChar w:fldCharType="end"/>
            </w:r>
          </w:hyperlink>
        </w:p>
        <w:p w14:paraId="03B6D052" w14:textId="2C0DF57A"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299" w:history="1">
            <w:r w:rsidRPr="00183255">
              <w:rPr>
                <w:rStyle w:val="Hyperlink"/>
                <w:noProof/>
              </w:rPr>
              <w:t>Outcome</w:t>
            </w:r>
            <w:r>
              <w:rPr>
                <w:noProof/>
                <w:webHidden/>
              </w:rPr>
              <w:tab/>
            </w:r>
            <w:r>
              <w:rPr>
                <w:noProof/>
                <w:webHidden/>
              </w:rPr>
              <w:fldChar w:fldCharType="begin"/>
            </w:r>
            <w:r>
              <w:rPr>
                <w:noProof/>
                <w:webHidden/>
              </w:rPr>
              <w:instrText xml:space="preserve"> PAGEREF _Toc240137299 \h </w:instrText>
            </w:r>
            <w:r>
              <w:rPr>
                <w:noProof/>
                <w:webHidden/>
              </w:rPr>
            </w:r>
            <w:r>
              <w:rPr>
                <w:noProof/>
                <w:webHidden/>
              </w:rPr>
              <w:fldChar w:fldCharType="separate"/>
            </w:r>
            <w:r>
              <w:rPr>
                <w:noProof/>
                <w:webHidden/>
              </w:rPr>
              <w:t>17</w:t>
            </w:r>
            <w:r>
              <w:rPr>
                <w:noProof/>
                <w:webHidden/>
              </w:rPr>
              <w:fldChar w:fldCharType="end"/>
            </w:r>
          </w:hyperlink>
        </w:p>
        <w:p w14:paraId="17628DA4" w14:textId="40B8566F"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00" w:history="1">
            <w:r w:rsidRPr="00183255">
              <w:rPr>
                <w:rStyle w:val="Hyperlink"/>
                <w:noProof/>
              </w:rPr>
              <w:t>Template 11: Assistance Animal Emergency and Continuity Plan</w:t>
            </w:r>
            <w:r>
              <w:rPr>
                <w:noProof/>
                <w:webHidden/>
              </w:rPr>
              <w:tab/>
            </w:r>
            <w:r>
              <w:rPr>
                <w:noProof/>
                <w:webHidden/>
              </w:rPr>
              <w:fldChar w:fldCharType="begin"/>
            </w:r>
            <w:r>
              <w:rPr>
                <w:noProof/>
                <w:webHidden/>
              </w:rPr>
              <w:instrText xml:space="preserve"> PAGEREF _Toc240137300 \h </w:instrText>
            </w:r>
            <w:r>
              <w:rPr>
                <w:noProof/>
                <w:webHidden/>
              </w:rPr>
            </w:r>
            <w:r>
              <w:rPr>
                <w:noProof/>
                <w:webHidden/>
              </w:rPr>
              <w:fldChar w:fldCharType="separate"/>
            </w:r>
            <w:r>
              <w:rPr>
                <w:noProof/>
                <w:webHidden/>
              </w:rPr>
              <w:t>18</w:t>
            </w:r>
            <w:r>
              <w:rPr>
                <w:noProof/>
                <w:webHidden/>
              </w:rPr>
              <w:fldChar w:fldCharType="end"/>
            </w:r>
          </w:hyperlink>
        </w:p>
        <w:p w14:paraId="3AE09ABB" w14:textId="6708F353"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01" w:history="1">
            <w:r w:rsidRPr="00183255">
              <w:rPr>
                <w:rStyle w:val="Hyperlink"/>
                <w:noProof/>
              </w:rPr>
              <w:t>Person-related emergency</w:t>
            </w:r>
            <w:r>
              <w:rPr>
                <w:noProof/>
                <w:webHidden/>
              </w:rPr>
              <w:tab/>
            </w:r>
            <w:r>
              <w:rPr>
                <w:noProof/>
                <w:webHidden/>
              </w:rPr>
              <w:fldChar w:fldCharType="begin"/>
            </w:r>
            <w:r>
              <w:rPr>
                <w:noProof/>
                <w:webHidden/>
              </w:rPr>
              <w:instrText xml:space="preserve"> PAGEREF _Toc240137301 \h </w:instrText>
            </w:r>
            <w:r>
              <w:rPr>
                <w:noProof/>
                <w:webHidden/>
              </w:rPr>
            </w:r>
            <w:r>
              <w:rPr>
                <w:noProof/>
                <w:webHidden/>
              </w:rPr>
              <w:fldChar w:fldCharType="separate"/>
            </w:r>
            <w:r>
              <w:rPr>
                <w:noProof/>
                <w:webHidden/>
              </w:rPr>
              <w:t>18</w:t>
            </w:r>
            <w:r>
              <w:rPr>
                <w:noProof/>
                <w:webHidden/>
              </w:rPr>
              <w:fldChar w:fldCharType="end"/>
            </w:r>
          </w:hyperlink>
        </w:p>
        <w:p w14:paraId="559CBCB7" w14:textId="06550788"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02" w:history="1">
            <w:r w:rsidRPr="00183255">
              <w:rPr>
                <w:rStyle w:val="Hyperlink"/>
                <w:noProof/>
              </w:rPr>
              <w:t>Assistance animal emergency</w:t>
            </w:r>
            <w:r>
              <w:rPr>
                <w:noProof/>
                <w:webHidden/>
              </w:rPr>
              <w:tab/>
            </w:r>
            <w:r>
              <w:rPr>
                <w:noProof/>
                <w:webHidden/>
              </w:rPr>
              <w:fldChar w:fldCharType="begin"/>
            </w:r>
            <w:r>
              <w:rPr>
                <w:noProof/>
                <w:webHidden/>
              </w:rPr>
              <w:instrText xml:space="preserve"> PAGEREF _Toc240137302 \h </w:instrText>
            </w:r>
            <w:r>
              <w:rPr>
                <w:noProof/>
                <w:webHidden/>
              </w:rPr>
            </w:r>
            <w:r>
              <w:rPr>
                <w:noProof/>
                <w:webHidden/>
              </w:rPr>
              <w:fldChar w:fldCharType="separate"/>
            </w:r>
            <w:r>
              <w:rPr>
                <w:noProof/>
                <w:webHidden/>
              </w:rPr>
              <w:t>18</w:t>
            </w:r>
            <w:r>
              <w:rPr>
                <w:noProof/>
                <w:webHidden/>
              </w:rPr>
              <w:fldChar w:fldCharType="end"/>
            </w:r>
          </w:hyperlink>
        </w:p>
        <w:p w14:paraId="7900AEF0" w14:textId="55AE4311"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03" w:history="1">
            <w:r w:rsidRPr="00183255">
              <w:rPr>
                <w:rStyle w:val="Hyperlink"/>
                <w:noProof/>
              </w:rPr>
              <w:t>Temporary separation / transfer of care</w:t>
            </w:r>
            <w:r>
              <w:rPr>
                <w:noProof/>
                <w:webHidden/>
              </w:rPr>
              <w:tab/>
            </w:r>
            <w:r>
              <w:rPr>
                <w:noProof/>
                <w:webHidden/>
              </w:rPr>
              <w:fldChar w:fldCharType="begin"/>
            </w:r>
            <w:r>
              <w:rPr>
                <w:noProof/>
                <w:webHidden/>
              </w:rPr>
              <w:instrText xml:space="preserve"> PAGEREF _Toc240137303 \h </w:instrText>
            </w:r>
            <w:r>
              <w:rPr>
                <w:noProof/>
                <w:webHidden/>
              </w:rPr>
            </w:r>
            <w:r>
              <w:rPr>
                <w:noProof/>
                <w:webHidden/>
              </w:rPr>
              <w:fldChar w:fldCharType="separate"/>
            </w:r>
            <w:r>
              <w:rPr>
                <w:noProof/>
                <w:webHidden/>
              </w:rPr>
              <w:t>18</w:t>
            </w:r>
            <w:r>
              <w:rPr>
                <w:noProof/>
                <w:webHidden/>
              </w:rPr>
              <w:fldChar w:fldCharType="end"/>
            </w:r>
          </w:hyperlink>
        </w:p>
        <w:p w14:paraId="2A44340F" w14:textId="26157178"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04" w:history="1">
            <w:r w:rsidRPr="00183255">
              <w:rPr>
                <w:rStyle w:val="Hyperlink"/>
                <w:noProof/>
              </w:rPr>
              <w:t>Environmental / transport emergency</w:t>
            </w:r>
            <w:r>
              <w:rPr>
                <w:noProof/>
                <w:webHidden/>
              </w:rPr>
              <w:tab/>
            </w:r>
            <w:r>
              <w:rPr>
                <w:noProof/>
                <w:webHidden/>
              </w:rPr>
              <w:fldChar w:fldCharType="begin"/>
            </w:r>
            <w:r>
              <w:rPr>
                <w:noProof/>
                <w:webHidden/>
              </w:rPr>
              <w:instrText xml:space="preserve"> PAGEREF _Toc240137304 \h </w:instrText>
            </w:r>
            <w:r>
              <w:rPr>
                <w:noProof/>
                <w:webHidden/>
              </w:rPr>
            </w:r>
            <w:r>
              <w:rPr>
                <w:noProof/>
                <w:webHidden/>
              </w:rPr>
              <w:fldChar w:fldCharType="separate"/>
            </w:r>
            <w:r>
              <w:rPr>
                <w:noProof/>
                <w:webHidden/>
              </w:rPr>
              <w:t>18</w:t>
            </w:r>
            <w:r>
              <w:rPr>
                <w:noProof/>
                <w:webHidden/>
              </w:rPr>
              <w:fldChar w:fldCharType="end"/>
            </w:r>
          </w:hyperlink>
        </w:p>
        <w:p w14:paraId="158DFB7E" w14:textId="0E970306"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05" w:history="1">
            <w:r w:rsidRPr="00183255">
              <w:rPr>
                <w:rStyle w:val="Hyperlink"/>
                <w:noProof/>
              </w:rPr>
              <w:t>Continuity of disability-related supports</w:t>
            </w:r>
            <w:r>
              <w:rPr>
                <w:noProof/>
                <w:webHidden/>
              </w:rPr>
              <w:tab/>
            </w:r>
            <w:r>
              <w:rPr>
                <w:noProof/>
                <w:webHidden/>
              </w:rPr>
              <w:fldChar w:fldCharType="begin"/>
            </w:r>
            <w:r>
              <w:rPr>
                <w:noProof/>
                <w:webHidden/>
              </w:rPr>
              <w:instrText xml:space="preserve"> PAGEREF _Toc240137305 \h </w:instrText>
            </w:r>
            <w:r>
              <w:rPr>
                <w:noProof/>
                <w:webHidden/>
              </w:rPr>
            </w:r>
            <w:r>
              <w:rPr>
                <w:noProof/>
                <w:webHidden/>
              </w:rPr>
              <w:fldChar w:fldCharType="separate"/>
            </w:r>
            <w:r>
              <w:rPr>
                <w:noProof/>
                <w:webHidden/>
              </w:rPr>
              <w:t>18</w:t>
            </w:r>
            <w:r>
              <w:rPr>
                <w:noProof/>
                <w:webHidden/>
              </w:rPr>
              <w:fldChar w:fldCharType="end"/>
            </w:r>
          </w:hyperlink>
        </w:p>
        <w:p w14:paraId="02F5D4AA" w14:textId="22C2ECA3"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06" w:history="1">
            <w:r w:rsidRPr="00183255">
              <w:rPr>
                <w:rStyle w:val="Hyperlink"/>
                <w:noProof/>
              </w:rPr>
              <w:t>Emergency readiness</w:t>
            </w:r>
            <w:r>
              <w:rPr>
                <w:noProof/>
                <w:webHidden/>
              </w:rPr>
              <w:tab/>
            </w:r>
            <w:r>
              <w:rPr>
                <w:noProof/>
                <w:webHidden/>
              </w:rPr>
              <w:fldChar w:fldCharType="begin"/>
            </w:r>
            <w:r>
              <w:rPr>
                <w:noProof/>
                <w:webHidden/>
              </w:rPr>
              <w:instrText xml:space="preserve"> PAGEREF _Toc240137306 \h </w:instrText>
            </w:r>
            <w:r>
              <w:rPr>
                <w:noProof/>
                <w:webHidden/>
              </w:rPr>
            </w:r>
            <w:r>
              <w:rPr>
                <w:noProof/>
                <w:webHidden/>
              </w:rPr>
              <w:fldChar w:fldCharType="separate"/>
            </w:r>
            <w:r>
              <w:rPr>
                <w:noProof/>
                <w:webHidden/>
              </w:rPr>
              <w:t>18</w:t>
            </w:r>
            <w:r>
              <w:rPr>
                <w:noProof/>
                <w:webHidden/>
              </w:rPr>
              <w:fldChar w:fldCharType="end"/>
            </w:r>
          </w:hyperlink>
        </w:p>
        <w:p w14:paraId="2BEC209A" w14:textId="4337F220"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07" w:history="1">
            <w:r w:rsidRPr="00183255">
              <w:rPr>
                <w:rStyle w:val="Hyperlink"/>
                <w:noProof/>
              </w:rPr>
              <w:t>Template 12: Emergency Contact and Temporary Animal Care Information Sheet</w:t>
            </w:r>
            <w:r>
              <w:rPr>
                <w:noProof/>
                <w:webHidden/>
              </w:rPr>
              <w:tab/>
            </w:r>
            <w:r>
              <w:rPr>
                <w:noProof/>
                <w:webHidden/>
              </w:rPr>
              <w:fldChar w:fldCharType="begin"/>
            </w:r>
            <w:r>
              <w:rPr>
                <w:noProof/>
                <w:webHidden/>
              </w:rPr>
              <w:instrText xml:space="preserve"> PAGEREF _Toc240137307 \h </w:instrText>
            </w:r>
            <w:r>
              <w:rPr>
                <w:noProof/>
                <w:webHidden/>
              </w:rPr>
            </w:r>
            <w:r>
              <w:rPr>
                <w:noProof/>
                <w:webHidden/>
              </w:rPr>
              <w:fldChar w:fldCharType="separate"/>
            </w:r>
            <w:r>
              <w:rPr>
                <w:noProof/>
                <w:webHidden/>
              </w:rPr>
              <w:t>20</w:t>
            </w:r>
            <w:r>
              <w:rPr>
                <w:noProof/>
                <w:webHidden/>
              </w:rPr>
              <w:fldChar w:fldCharType="end"/>
            </w:r>
          </w:hyperlink>
        </w:p>
        <w:p w14:paraId="1CAB792F" w14:textId="328E0F0A"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08" w:history="1">
            <w:r w:rsidRPr="00183255">
              <w:rPr>
                <w:rStyle w:val="Hyperlink"/>
                <w:noProof/>
              </w:rPr>
              <w:t>Template 13: WHS Incident Report Form</w:t>
            </w:r>
            <w:r>
              <w:rPr>
                <w:noProof/>
                <w:webHidden/>
              </w:rPr>
              <w:tab/>
            </w:r>
            <w:r>
              <w:rPr>
                <w:noProof/>
                <w:webHidden/>
              </w:rPr>
              <w:fldChar w:fldCharType="begin"/>
            </w:r>
            <w:r>
              <w:rPr>
                <w:noProof/>
                <w:webHidden/>
              </w:rPr>
              <w:instrText xml:space="preserve"> PAGEREF _Toc240137308 \h </w:instrText>
            </w:r>
            <w:r>
              <w:rPr>
                <w:noProof/>
                <w:webHidden/>
              </w:rPr>
            </w:r>
            <w:r>
              <w:rPr>
                <w:noProof/>
                <w:webHidden/>
              </w:rPr>
              <w:fldChar w:fldCharType="separate"/>
            </w:r>
            <w:r>
              <w:rPr>
                <w:noProof/>
                <w:webHidden/>
              </w:rPr>
              <w:t>21</w:t>
            </w:r>
            <w:r>
              <w:rPr>
                <w:noProof/>
                <w:webHidden/>
              </w:rPr>
              <w:fldChar w:fldCharType="end"/>
            </w:r>
          </w:hyperlink>
        </w:p>
        <w:p w14:paraId="7954C441" w14:textId="53F451F5"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09" w:history="1">
            <w:r w:rsidRPr="00183255">
              <w:rPr>
                <w:rStyle w:val="Hyperlink"/>
                <w:noProof/>
              </w:rPr>
              <w:t>What happened?</w:t>
            </w:r>
            <w:r>
              <w:rPr>
                <w:noProof/>
                <w:webHidden/>
              </w:rPr>
              <w:tab/>
            </w:r>
            <w:r>
              <w:rPr>
                <w:noProof/>
                <w:webHidden/>
              </w:rPr>
              <w:fldChar w:fldCharType="begin"/>
            </w:r>
            <w:r>
              <w:rPr>
                <w:noProof/>
                <w:webHidden/>
              </w:rPr>
              <w:instrText xml:space="preserve"> PAGEREF _Toc240137309 \h </w:instrText>
            </w:r>
            <w:r>
              <w:rPr>
                <w:noProof/>
                <w:webHidden/>
              </w:rPr>
            </w:r>
            <w:r>
              <w:rPr>
                <w:noProof/>
                <w:webHidden/>
              </w:rPr>
              <w:fldChar w:fldCharType="separate"/>
            </w:r>
            <w:r>
              <w:rPr>
                <w:noProof/>
                <w:webHidden/>
              </w:rPr>
              <w:t>21</w:t>
            </w:r>
            <w:r>
              <w:rPr>
                <w:noProof/>
                <w:webHidden/>
              </w:rPr>
              <w:fldChar w:fldCharType="end"/>
            </w:r>
          </w:hyperlink>
        </w:p>
        <w:p w14:paraId="43F9FD0E" w14:textId="10BC1E51"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10" w:history="1">
            <w:r w:rsidRPr="00183255">
              <w:rPr>
                <w:rStyle w:val="Hyperlink"/>
                <w:noProof/>
              </w:rPr>
              <w:t>Immediate actions</w:t>
            </w:r>
            <w:r>
              <w:rPr>
                <w:noProof/>
                <w:webHidden/>
              </w:rPr>
              <w:tab/>
            </w:r>
            <w:r>
              <w:rPr>
                <w:noProof/>
                <w:webHidden/>
              </w:rPr>
              <w:fldChar w:fldCharType="begin"/>
            </w:r>
            <w:r>
              <w:rPr>
                <w:noProof/>
                <w:webHidden/>
              </w:rPr>
              <w:instrText xml:space="preserve"> PAGEREF _Toc240137310 \h </w:instrText>
            </w:r>
            <w:r>
              <w:rPr>
                <w:noProof/>
                <w:webHidden/>
              </w:rPr>
            </w:r>
            <w:r>
              <w:rPr>
                <w:noProof/>
                <w:webHidden/>
              </w:rPr>
              <w:fldChar w:fldCharType="separate"/>
            </w:r>
            <w:r>
              <w:rPr>
                <w:noProof/>
                <w:webHidden/>
              </w:rPr>
              <w:t>21</w:t>
            </w:r>
            <w:r>
              <w:rPr>
                <w:noProof/>
                <w:webHidden/>
              </w:rPr>
              <w:fldChar w:fldCharType="end"/>
            </w:r>
          </w:hyperlink>
        </w:p>
        <w:p w14:paraId="686DDD46" w14:textId="0C7668B6"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11" w:history="1">
            <w:r w:rsidRPr="00183255">
              <w:rPr>
                <w:rStyle w:val="Hyperlink"/>
                <w:noProof/>
              </w:rPr>
              <w:t>External / statutory notification review</w:t>
            </w:r>
            <w:r>
              <w:rPr>
                <w:noProof/>
                <w:webHidden/>
              </w:rPr>
              <w:tab/>
            </w:r>
            <w:r>
              <w:rPr>
                <w:noProof/>
                <w:webHidden/>
              </w:rPr>
              <w:fldChar w:fldCharType="begin"/>
            </w:r>
            <w:r>
              <w:rPr>
                <w:noProof/>
                <w:webHidden/>
              </w:rPr>
              <w:instrText xml:space="preserve"> PAGEREF _Toc240137311 \h </w:instrText>
            </w:r>
            <w:r>
              <w:rPr>
                <w:noProof/>
                <w:webHidden/>
              </w:rPr>
            </w:r>
            <w:r>
              <w:rPr>
                <w:noProof/>
                <w:webHidden/>
              </w:rPr>
              <w:fldChar w:fldCharType="separate"/>
            </w:r>
            <w:r>
              <w:rPr>
                <w:noProof/>
                <w:webHidden/>
              </w:rPr>
              <w:t>21</w:t>
            </w:r>
            <w:r>
              <w:rPr>
                <w:noProof/>
                <w:webHidden/>
              </w:rPr>
              <w:fldChar w:fldCharType="end"/>
            </w:r>
          </w:hyperlink>
        </w:p>
        <w:p w14:paraId="59CEA271" w14:textId="351F21B7"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12" w:history="1">
            <w:r w:rsidRPr="00183255">
              <w:rPr>
                <w:rStyle w:val="Hyperlink"/>
                <w:noProof/>
              </w:rPr>
              <w:t>Template 14: WHS Near Miss Report</w:t>
            </w:r>
            <w:r>
              <w:rPr>
                <w:noProof/>
                <w:webHidden/>
              </w:rPr>
              <w:tab/>
            </w:r>
            <w:r>
              <w:rPr>
                <w:noProof/>
                <w:webHidden/>
              </w:rPr>
              <w:fldChar w:fldCharType="begin"/>
            </w:r>
            <w:r>
              <w:rPr>
                <w:noProof/>
                <w:webHidden/>
              </w:rPr>
              <w:instrText xml:space="preserve"> PAGEREF _Toc240137312 \h </w:instrText>
            </w:r>
            <w:r>
              <w:rPr>
                <w:noProof/>
                <w:webHidden/>
              </w:rPr>
            </w:r>
            <w:r>
              <w:rPr>
                <w:noProof/>
                <w:webHidden/>
              </w:rPr>
              <w:fldChar w:fldCharType="separate"/>
            </w:r>
            <w:r>
              <w:rPr>
                <w:noProof/>
                <w:webHidden/>
              </w:rPr>
              <w:t>22</w:t>
            </w:r>
            <w:r>
              <w:rPr>
                <w:noProof/>
                <w:webHidden/>
              </w:rPr>
              <w:fldChar w:fldCharType="end"/>
            </w:r>
          </w:hyperlink>
        </w:p>
        <w:p w14:paraId="673AA4FC" w14:textId="443FA333"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13" w:history="1">
            <w:r w:rsidRPr="00183255">
              <w:rPr>
                <w:rStyle w:val="Hyperlink"/>
                <w:noProof/>
              </w:rPr>
              <w:t>What nearly happened?</w:t>
            </w:r>
            <w:r>
              <w:rPr>
                <w:noProof/>
                <w:webHidden/>
              </w:rPr>
              <w:tab/>
            </w:r>
            <w:r>
              <w:rPr>
                <w:noProof/>
                <w:webHidden/>
              </w:rPr>
              <w:fldChar w:fldCharType="begin"/>
            </w:r>
            <w:r>
              <w:rPr>
                <w:noProof/>
                <w:webHidden/>
              </w:rPr>
              <w:instrText xml:space="preserve"> PAGEREF _Toc240137313 \h </w:instrText>
            </w:r>
            <w:r>
              <w:rPr>
                <w:noProof/>
                <w:webHidden/>
              </w:rPr>
            </w:r>
            <w:r>
              <w:rPr>
                <w:noProof/>
                <w:webHidden/>
              </w:rPr>
              <w:fldChar w:fldCharType="separate"/>
            </w:r>
            <w:r>
              <w:rPr>
                <w:noProof/>
                <w:webHidden/>
              </w:rPr>
              <w:t>22</w:t>
            </w:r>
            <w:r>
              <w:rPr>
                <w:noProof/>
                <w:webHidden/>
              </w:rPr>
              <w:fldChar w:fldCharType="end"/>
            </w:r>
          </w:hyperlink>
        </w:p>
        <w:p w14:paraId="4FD852E1" w14:textId="2C5A9421"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14" w:history="1">
            <w:r w:rsidRPr="00183255">
              <w:rPr>
                <w:rStyle w:val="Hyperlink"/>
                <w:noProof/>
              </w:rPr>
              <w:t>Contributing factors</w:t>
            </w:r>
            <w:r>
              <w:rPr>
                <w:noProof/>
                <w:webHidden/>
              </w:rPr>
              <w:tab/>
            </w:r>
            <w:r>
              <w:rPr>
                <w:noProof/>
                <w:webHidden/>
              </w:rPr>
              <w:fldChar w:fldCharType="begin"/>
            </w:r>
            <w:r>
              <w:rPr>
                <w:noProof/>
                <w:webHidden/>
              </w:rPr>
              <w:instrText xml:space="preserve"> PAGEREF _Toc240137314 \h </w:instrText>
            </w:r>
            <w:r>
              <w:rPr>
                <w:noProof/>
                <w:webHidden/>
              </w:rPr>
            </w:r>
            <w:r>
              <w:rPr>
                <w:noProof/>
                <w:webHidden/>
              </w:rPr>
              <w:fldChar w:fldCharType="separate"/>
            </w:r>
            <w:r>
              <w:rPr>
                <w:noProof/>
                <w:webHidden/>
              </w:rPr>
              <w:t>22</w:t>
            </w:r>
            <w:r>
              <w:rPr>
                <w:noProof/>
                <w:webHidden/>
              </w:rPr>
              <w:fldChar w:fldCharType="end"/>
            </w:r>
          </w:hyperlink>
        </w:p>
        <w:p w14:paraId="38F05AD4" w14:textId="320256E1"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15" w:history="1">
            <w:r w:rsidRPr="00183255">
              <w:rPr>
                <w:rStyle w:val="Hyperlink"/>
                <w:noProof/>
              </w:rPr>
              <w:t>Template 15: Incident Investigation and Root Cause Analysis</w:t>
            </w:r>
            <w:r>
              <w:rPr>
                <w:noProof/>
                <w:webHidden/>
              </w:rPr>
              <w:tab/>
            </w:r>
            <w:r>
              <w:rPr>
                <w:noProof/>
                <w:webHidden/>
              </w:rPr>
              <w:fldChar w:fldCharType="begin"/>
            </w:r>
            <w:r>
              <w:rPr>
                <w:noProof/>
                <w:webHidden/>
              </w:rPr>
              <w:instrText xml:space="preserve"> PAGEREF _Toc240137315 \h </w:instrText>
            </w:r>
            <w:r>
              <w:rPr>
                <w:noProof/>
                <w:webHidden/>
              </w:rPr>
            </w:r>
            <w:r>
              <w:rPr>
                <w:noProof/>
                <w:webHidden/>
              </w:rPr>
              <w:fldChar w:fldCharType="separate"/>
            </w:r>
            <w:r>
              <w:rPr>
                <w:noProof/>
                <w:webHidden/>
              </w:rPr>
              <w:t>23</w:t>
            </w:r>
            <w:r>
              <w:rPr>
                <w:noProof/>
                <w:webHidden/>
              </w:rPr>
              <w:fldChar w:fldCharType="end"/>
            </w:r>
          </w:hyperlink>
        </w:p>
        <w:p w14:paraId="77D94FBA" w14:textId="0B96B610"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16" w:history="1">
            <w:r w:rsidRPr="00183255">
              <w:rPr>
                <w:rStyle w:val="Hyperlink"/>
                <w:noProof/>
              </w:rPr>
              <w:t>Event summary and evidence</w:t>
            </w:r>
            <w:r>
              <w:rPr>
                <w:noProof/>
                <w:webHidden/>
              </w:rPr>
              <w:tab/>
            </w:r>
            <w:r>
              <w:rPr>
                <w:noProof/>
                <w:webHidden/>
              </w:rPr>
              <w:fldChar w:fldCharType="begin"/>
            </w:r>
            <w:r>
              <w:rPr>
                <w:noProof/>
                <w:webHidden/>
              </w:rPr>
              <w:instrText xml:space="preserve"> PAGEREF _Toc240137316 \h </w:instrText>
            </w:r>
            <w:r>
              <w:rPr>
                <w:noProof/>
                <w:webHidden/>
              </w:rPr>
            </w:r>
            <w:r>
              <w:rPr>
                <w:noProof/>
                <w:webHidden/>
              </w:rPr>
              <w:fldChar w:fldCharType="separate"/>
            </w:r>
            <w:r>
              <w:rPr>
                <w:noProof/>
                <w:webHidden/>
              </w:rPr>
              <w:t>23</w:t>
            </w:r>
            <w:r>
              <w:rPr>
                <w:noProof/>
                <w:webHidden/>
              </w:rPr>
              <w:fldChar w:fldCharType="end"/>
            </w:r>
          </w:hyperlink>
        </w:p>
        <w:p w14:paraId="66D4952B" w14:textId="54F723D0"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17" w:history="1">
            <w:r w:rsidRPr="00183255">
              <w:rPr>
                <w:rStyle w:val="Hyperlink"/>
                <w:noProof/>
              </w:rPr>
              <w:t>Analysis</w:t>
            </w:r>
            <w:r>
              <w:rPr>
                <w:noProof/>
                <w:webHidden/>
              </w:rPr>
              <w:tab/>
            </w:r>
            <w:r>
              <w:rPr>
                <w:noProof/>
                <w:webHidden/>
              </w:rPr>
              <w:fldChar w:fldCharType="begin"/>
            </w:r>
            <w:r>
              <w:rPr>
                <w:noProof/>
                <w:webHidden/>
              </w:rPr>
              <w:instrText xml:space="preserve"> PAGEREF _Toc240137317 \h </w:instrText>
            </w:r>
            <w:r>
              <w:rPr>
                <w:noProof/>
                <w:webHidden/>
              </w:rPr>
            </w:r>
            <w:r>
              <w:rPr>
                <w:noProof/>
                <w:webHidden/>
              </w:rPr>
              <w:fldChar w:fldCharType="separate"/>
            </w:r>
            <w:r>
              <w:rPr>
                <w:noProof/>
                <w:webHidden/>
              </w:rPr>
              <w:t>23</w:t>
            </w:r>
            <w:r>
              <w:rPr>
                <w:noProof/>
                <w:webHidden/>
              </w:rPr>
              <w:fldChar w:fldCharType="end"/>
            </w:r>
          </w:hyperlink>
        </w:p>
        <w:p w14:paraId="046B838B" w14:textId="4BE47FA4"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18" w:history="1">
            <w:r w:rsidRPr="00183255">
              <w:rPr>
                <w:rStyle w:val="Hyperlink"/>
                <w:noProof/>
              </w:rPr>
              <w:t>Actions</w:t>
            </w:r>
            <w:r>
              <w:rPr>
                <w:noProof/>
                <w:webHidden/>
              </w:rPr>
              <w:tab/>
            </w:r>
            <w:r>
              <w:rPr>
                <w:noProof/>
                <w:webHidden/>
              </w:rPr>
              <w:fldChar w:fldCharType="begin"/>
            </w:r>
            <w:r>
              <w:rPr>
                <w:noProof/>
                <w:webHidden/>
              </w:rPr>
              <w:instrText xml:space="preserve"> PAGEREF _Toc240137318 \h </w:instrText>
            </w:r>
            <w:r>
              <w:rPr>
                <w:noProof/>
                <w:webHidden/>
              </w:rPr>
            </w:r>
            <w:r>
              <w:rPr>
                <w:noProof/>
                <w:webHidden/>
              </w:rPr>
              <w:fldChar w:fldCharType="separate"/>
            </w:r>
            <w:r>
              <w:rPr>
                <w:noProof/>
                <w:webHidden/>
              </w:rPr>
              <w:t>23</w:t>
            </w:r>
            <w:r>
              <w:rPr>
                <w:noProof/>
                <w:webHidden/>
              </w:rPr>
              <w:fldChar w:fldCharType="end"/>
            </w:r>
          </w:hyperlink>
        </w:p>
        <w:p w14:paraId="2BA214B5" w14:textId="0DFFF6B4"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19" w:history="1">
            <w:r w:rsidRPr="00183255">
              <w:rPr>
                <w:rStyle w:val="Hyperlink"/>
                <w:noProof/>
              </w:rPr>
              <w:t>Template 16: WHS Corrective Action Register</w:t>
            </w:r>
            <w:r>
              <w:rPr>
                <w:noProof/>
                <w:webHidden/>
              </w:rPr>
              <w:tab/>
            </w:r>
            <w:r>
              <w:rPr>
                <w:noProof/>
                <w:webHidden/>
              </w:rPr>
              <w:fldChar w:fldCharType="begin"/>
            </w:r>
            <w:r>
              <w:rPr>
                <w:noProof/>
                <w:webHidden/>
              </w:rPr>
              <w:instrText xml:space="preserve"> PAGEREF _Toc240137319 \h </w:instrText>
            </w:r>
            <w:r>
              <w:rPr>
                <w:noProof/>
                <w:webHidden/>
              </w:rPr>
            </w:r>
            <w:r>
              <w:rPr>
                <w:noProof/>
                <w:webHidden/>
              </w:rPr>
              <w:fldChar w:fldCharType="separate"/>
            </w:r>
            <w:r>
              <w:rPr>
                <w:noProof/>
                <w:webHidden/>
              </w:rPr>
              <w:t>24</w:t>
            </w:r>
            <w:r>
              <w:rPr>
                <w:noProof/>
                <w:webHidden/>
              </w:rPr>
              <w:fldChar w:fldCharType="end"/>
            </w:r>
          </w:hyperlink>
        </w:p>
        <w:p w14:paraId="040139DA" w14:textId="5D3432A1"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20" w:history="1">
            <w:r w:rsidRPr="00183255">
              <w:rPr>
                <w:rStyle w:val="Hyperlink"/>
                <w:noProof/>
              </w:rPr>
              <w:t>Template 17: WHS Continuous Improvement Plan</w:t>
            </w:r>
            <w:r>
              <w:rPr>
                <w:noProof/>
                <w:webHidden/>
              </w:rPr>
              <w:tab/>
            </w:r>
            <w:r>
              <w:rPr>
                <w:noProof/>
                <w:webHidden/>
              </w:rPr>
              <w:fldChar w:fldCharType="begin"/>
            </w:r>
            <w:r>
              <w:rPr>
                <w:noProof/>
                <w:webHidden/>
              </w:rPr>
              <w:instrText xml:space="preserve"> PAGEREF _Toc240137320 \h </w:instrText>
            </w:r>
            <w:r>
              <w:rPr>
                <w:noProof/>
                <w:webHidden/>
              </w:rPr>
            </w:r>
            <w:r>
              <w:rPr>
                <w:noProof/>
                <w:webHidden/>
              </w:rPr>
              <w:fldChar w:fldCharType="separate"/>
            </w:r>
            <w:r>
              <w:rPr>
                <w:noProof/>
                <w:webHidden/>
              </w:rPr>
              <w:t>25</w:t>
            </w:r>
            <w:r>
              <w:rPr>
                <w:noProof/>
                <w:webHidden/>
              </w:rPr>
              <w:fldChar w:fldCharType="end"/>
            </w:r>
          </w:hyperlink>
        </w:p>
        <w:p w14:paraId="3E15085B" w14:textId="7B0AAADB"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21" w:history="1">
            <w:r w:rsidRPr="00183255">
              <w:rPr>
                <w:rStyle w:val="Hyperlink"/>
                <w:noProof/>
              </w:rPr>
              <w:t>Template 18: WHS Monitoring and Evaluation Plan</w:t>
            </w:r>
            <w:r>
              <w:rPr>
                <w:noProof/>
                <w:webHidden/>
              </w:rPr>
              <w:tab/>
            </w:r>
            <w:r>
              <w:rPr>
                <w:noProof/>
                <w:webHidden/>
              </w:rPr>
              <w:fldChar w:fldCharType="begin"/>
            </w:r>
            <w:r>
              <w:rPr>
                <w:noProof/>
                <w:webHidden/>
              </w:rPr>
              <w:instrText xml:space="preserve"> PAGEREF _Toc240137321 \h </w:instrText>
            </w:r>
            <w:r>
              <w:rPr>
                <w:noProof/>
                <w:webHidden/>
              </w:rPr>
            </w:r>
            <w:r>
              <w:rPr>
                <w:noProof/>
                <w:webHidden/>
              </w:rPr>
              <w:fldChar w:fldCharType="separate"/>
            </w:r>
            <w:r>
              <w:rPr>
                <w:noProof/>
                <w:webHidden/>
              </w:rPr>
              <w:t>26</w:t>
            </w:r>
            <w:r>
              <w:rPr>
                <w:noProof/>
                <w:webHidden/>
              </w:rPr>
              <w:fldChar w:fldCharType="end"/>
            </w:r>
          </w:hyperlink>
        </w:p>
        <w:p w14:paraId="47EE72AF" w14:textId="16608C7D"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22" w:history="1">
            <w:r w:rsidRPr="00183255">
              <w:rPr>
                <w:rStyle w:val="Hyperlink"/>
                <w:noProof/>
              </w:rPr>
              <w:t>Review prompts</w:t>
            </w:r>
            <w:r>
              <w:rPr>
                <w:noProof/>
                <w:webHidden/>
              </w:rPr>
              <w:tab/>
            </w:r>
            <w:r>
              <w:rPr>
                <w:noProof/>
                <w:webHidden/>
              </w:rPr>
              <w:fldChar w:fldCharType="begin"/>
            </w:r>
            <w:r>
              <w:rPr>
                <w:noProof/>
                <w:webHidden/>
              </w:rPr>
              <w:instrText xml:space="preserve"> PAGEREF _Toc240137322 \h </w:instrText>
            </w:r>
            <w:r>
              <w:rPr>
                <w:noProof/>
                <w:webHidden/>
              </w:rPr>
            </w:r>
            <w:r>
              <w:rPr>
                <w:noProof/>
                <w:webHidden/>
              </w:rPr>
              <w:fldChar w:fldCharType="separate"/>
            </w:r>
            <w:r>
              <w:rPr>
                <w:noProof/>
                <w:webHidden/>
              </w:rPr>
              <w:t>26</w:t>
            </w:r>
            <w:r>
              <w:rPr>
                <w:noProof/>
                <w:webHidden/>
              </w:rPr>
              <w:fldChar w:fldCharType="end"/>
            </w:r>
          </w:hyperlink>
        </w:p>
        <w:p w14:paraId="21B2856F" w14:textId="700BB61F"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23" w:history="1">
            <w:r w:rsidRPr="00183255">
              <w:rPr>
                <w:rStyle w:val="Hyperlink"/>
                <w:noProof/>
              </w:rPr>
              <w:t>Template 19: Professional Feedback and Revision Record</w:t>
            </w:r>
            <w:r>
              <w:rPr>
                <w:noProof/>
                <w:webHidden/>
              </w:rPr>
              <w:tab/>
            </w:r>
            <w:r>
              <w:rPr>
                <w:noProof/>
                <w:webHidden/>
              </w:rPr>
              <w:fldChar w:fldCharType="begin"/>
            </w:r>
            <w:r>
              <w:rPr>
                <w:noProof/>
                <w:webHidden/>
              </w:rPr>
              <w:instrText xml:space="preserve"> PAGEREF _Toc240137323 \h </w:instrText>
            </w:r>
            <w:r>
              <w:rPr>
                <w:noProof/>
                <w:webHidden/>
              </w:rPr>
            </w:r>
            <w:r>
              <w:rPr>
                <w:noProof/>
                <w:webHidden/>
              </w:rPr>
              <w:fldChar w:fldCharType="separate"/>
            </w:r>
            <w:r>
              <w:rPr>
                <w:noProof/>
                <w:webHidden/>
              </w:rPr>
              <w:t>27</w:t>
            </w:r>
            <w:r>
              <w:rPr>
                <w:noProof/>
                <w:webHidden/>
              </w:rPr>
              <w:fldChar w:fldCharType="end"/>
            </w:r>
          </w:hyperlink>
        </w:p>
        <w:p w14:paraId="58B5AF57" w14:textId="76116F5C"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24" w:history="1">
            <w:r w:rsidRPr="00183255">
              <w:rPr>
                <w:rStyle w:val="Hyperlink"/>
                <w:noProof/>
              </w:rPr>
              <w:t>Template 20: Policy Development Template</w:t>
            </w:r>
            <w:r>
              <w:rPr>
                <w:noProof/>
                <w:webHidden/>
              </w:rPr>
              <w:tab/>
            </w:r>
            <w:r>
              <w:rPr>
                <w:noProof/>
                <w:webHidden/>
              </w:rPr>
              <w:fldChar w:fldCharType="begin"/>
            </w:r>
            <w:r>
              <w:rPr>
                <w:noProof/>
                <w:webHidden/>
              </w:rPr>
              <w:instrText xml:space="preserve"> PAGEREF _Toc240137324 \h </w:instrText>
            </w:r>
            <w:r>
              <w:rPr>
                <w:noProof/>
                <w:webHidden/>
              </w:rPr>
            </w:r>
            <w:r>
              <w:rPr>
                <w:noProof/>
                <w:webHidden/>
              </w:rPr>
              <w:fldChar w:fldCharType="separate"/>
            </w:r>
            <w:r>
              <w:rPr>
                <w:noProof/>
                <w:webHidden/>
              </w:rPr>
              <w:t>28</w:t>
            </w:r>
            <w:r>
              <w:rPr>
                <w:noProof/>
                <w:webHidden/>
              </w:rPr>
              <w:fldChar w:fldCharType="end"/>
            </w:r>
          </w:hyperlink>
        </w:p>
        <w:p w14:paraId="4D148967" w14:textId="4E6AB9B3"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25" w:history="1">
            <w:r w:rsidRPr="00183255">
              <w:rPr>
                <w:rStyle w:val="Hyperlink"/>
                <w:noProof/>
              </w:rPr>
              <w:t>1. Purpose</w:t>
            </w:r>
            <w:r>
              <w:rPr>
                <w:noProof/>
                <w:webHidden/>
              </w:rPr>
              <w:tab/>
            </w:r>
            <w:r>
              <w:rPr>
                <w:noProof/>
                <w:webHidden/>
              </w:rPr>
              <w:fldChar w:fldCharType="begin"/>
            </w:r>
            <w:r>
              <w:rPr>
                <w:noProof/>
                <w:webHidden/>
              </w:rPr>
              <w:instrText xml:space="preserve"> PAGEREF _Toc240137325 \h </w:instrText>
            </w:r>
            <w:r>
              <w:rPr>
                <w:noProof/>
                <w:webHidden/>
              </w:rPr>
            </w:r>
            <w:r>
              <w:rPr>
                <w:noProof/>
                <w:webHidden/>
              </w:rPr>
              <w:fldChar w:fldCharType="separate"/>
            </w:r>
            <w:r>
              <w:rPr>
                <w:noProof/>
                <w:webHidden/>
              </w:rPr>
              <w:t>28</w:t>
            </w:r>
            <w:r>
              <w:rPr>
                <w:noProof/>
                <w:webHidden/>
              </w:rPr>
              <w:fldChar w:fldCharType="end"/>
            </w:r>
          </w:hyperlink>
        </w:p>
        <w:p w14:paraId="27E8045E" w14:textId="41BBD996"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26" w:history="1">
            <w:r w:rsidRPr="00183255">
              <w:rPr>
                <w:rStyle w:val="Hyperlink"/>
                <w:noProof/>
              </w:rPr>
              <w:t>2. Scope</w:t>
            </w:r>
            <w:r>
              <w:rPr>
                <w:noProof/>
                <w:webHidden/>
              </w:rPr>
              <w:tab/>
            </w:r>
            <w:r>
              <w:rPr>
                <w:noProof/>
                <w:webHidden/>
              </w:rPr>
              <w:fldChar w:fldCharType="begin"/>
            </w:r>
            <w:r>
              <w:rPr>
                <w:noProof/>
                <w:webHidden/>
              </w:rPr>
              <w:instrText xml:space="preserve"> PAGEREF _Toc240137326 \h </w:instrText>
            </w:r>
            <w:r>
              <w:rPr>
                <w:noProof/>
                <w:webHidden/>
              </w:rPr>
            </w:r>
            <w:r>
              <w:rPr>
                <w:noProof/>
                <w:webHidden/>
              </w:rPr>
              <w:fldChar w:fldCharType="separate"/>
            </w:r>
            <w:r>
              <w:rPr>
                <w:noProof/>
                <w:webHidden/>
              </w:rPr>
              <w:t>28</w:t>
            </w:r>
            <w:r>
              <w:rPr>
                <w:noProof/>
                <w:webHidden/>
              </w:rPr>
              <w:fldChar w:fldCharType="end"/>
            </w:r>
          </w:hyperlink>
        </w:p>
        <w:p w14:paraId="0AFC5CB9" w14:textId="65E04D28"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27" w:history="1">
            <w:r w:rsidRPr="00183255">
              <w:rPr>
                <w:rStyle w:val="Hyperlink"/>
                <w:noProof/>
              </w:rPr>
              <w:t>3. Policy Statement</w:t>
            </w:r>
            <w:r>
              <w:rPr>
                <w:noProof/>
                <w:webHidden/>
              </w:rPr>
              <w:tab/>
            </w:r>
            <w:r>
              <w:rPr>
                <w:noProof/>
                <w:webHidden/>
              </w:rPr>
              <w:fldChar w:fldCharType="begin"/>
            </w:r>
            <w:r>
              <w:rPr>
                <w:noProof/>
                <w:webHidden/>
              </w:rPr>
              <w:instrText xml:space="preserve"> PAGEREF _Toc240137327 \h </w:instrText>
            </w:r>
            <w:r>
              <w:rPr>
                <w:noProof/>
                <w:webHidden/>
              </w:rPr>
            </w:r>
            <w:r>
              <w:rPr>
                <w:noProof/>
                <w:webHidden/>
              </w:rPr>
              <w:fldChar w:fldCharType="separate"/>
            </w:r>
            <w:r>
              <w:rPr>
                <w:noProof/>
                <w:webHidden/>
              </w:rPr>
              <w:t>28</w:t>
            </w:r>
            <w:r>
              <w:rPr>
                <w:noProof/>
                <w:webHidden/>
              </w:rPr>
              <w:fldChar w:fldCharType="end"/>
            </w:r>
          </w:hyperlink>
        </w:p>
        <w:p w14:paraId="0E7DDF21" w14:textId="47746A1D"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28" w:history="1">
            <w:r w:rsidRPr="00183255">
              <w:rPr>
                <w:rStyle w:val="Hyperlink"/>
                <w:noProof/>
              </w:rPr>
              <w:t>4. Principles</w:t>
            </w:r>
            <w:r>
              <w:rPr>
                <w:noProof/>
                <w:webHidden/>
              </w:rPr>
              <w:tab/>
            </w:r>
            <w:r>
              <w:rPr>
                <w:noProof/>
                <w:webHidden/>
              </w:rPr>
              <w:fldChar w:fldCharType="begin"/>
            </w:r>
            <w:r>
              <w:rPr>
                <w:noProof/>
                <w:webHidden/>
              </w:rPr>
              <w:instrText xml:space="preserve"> PAGEREF _Toc240137328 \h </w:instrText>
            </w:r>
            <w:r>
              <w:rPr>
                <w:noProof/>
                <w:webHidden/>
              </w:rPr>
            </w:r>
            <w:r>
              <w:rPr>
                <w:noProof/>
                <w:webHidden/>
              </w:rPr>
              <w:fldChar w:fldCharType="separate"/>
            </w:r>
            <w:r>
              <w:rPr>
                <w:noProof/>
                <w:webHidden/>
              </w:rPr>
              <w:t>28</w:t>
            </w:r>
            <w:r>
              <w:rPr>
                <w:noProof/>
                <w:webHidden/>
              </w:rPr>
              <w:fldChar w:fldCharType="end"/>
            </w:r>
          </w:hyperlink>
        </w:p>
        <w:p w14:paraId="0DE5B821" w14:textId="1F55E539"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29" w:history="1">
            <w:r w:rsidRPr="00183255">
              <w:rPr>
                <w:rStyle w:val="Hyperlink"/>
                <w:noProof/>
              </w:rPr>
              <w:t>5. Responsibilities</w:t>
            </w:r>
            <w:r>
              <w:rPr>
                <w:noProof/>
                <w:webHidden/>
              </w:rPr>
              <w:tab/>
            </w:r>
            <w:r>
              <w:rPr>
                <w:noProof/>
                <w:webHidden/>
              </w:rPr>
              <w:fldChar w:fldCharType="begin"/>
            </w:r>
            <w:r>
              <w:rPr>
                <w:noProof/>
                <w:webHidden/>
              </w:rPr>
              <w:instrText xml:space="preserve"> PAGEREF _Toc240137329 \h </w:instrText>
            </w:r>
            <w:r>
              <w:rPr>
                <w:noProof/>
                <w:webHidden/>
              </w:rPr>
            </w:r>
            <w:r>
              <w:rPr>
                <w:noProof/>
                <w:webHidden/>
              </w:rPr>
              <w:fldChar w:fldCharType="separate"/>
            </w:r>
            <w:r>
              <w:rPr>
                <w:noProof/>
                <w:webHidden/>
              </w:rPr>
              <w:t>28</w:t>
            </w:r>
            <w:r>
              <w:rPr>
                <w:noProof/>
                <w:webHidden/>
              </w:rPr>
              <w:fldChar w:fldCharType="end"/>
            </w:r>
          </w:hyperlink>
        </w:p>
        <w:p w14:paraId="40D573E0" w14:textId="7B780D9A"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30" w:history="1">
            <w:r w:rsidRPr="00183255">
              <w:rPr>
                <w:rStyle w:val="Hyperlink"/>
                <w:noProof/>
              </w:rPr>
              <w:t>6. Requirements</w:t>
            </w:r>
            <w:r>
              <w:rPr>
                <w:noProof/>
                <w:webHidden/>
              </w:rPr>
              <w:tab/>
            </w:r>
            <w:r>
              <w:rPr>
                <w:noProof/>
                <w:webHidden/>
              </w:rPr>
              <w:fldChar w:fldCharType="begin"/>
            </w:r>
            <w:r>
              <w:rPr>
                <w:noProof/>
                <w:webHidden/>
              </w:rPr>
              <w:instrText xml:space="preserve"> PAGEREF _Toc240137330 \h </w:instrText>
            </w:r>
            <w:r>
              <w:rPr>
                <w:noProof/>
                <w:webHidden/>
              </w:rPr>
            </w:r>
            <w:r>
              <w:rPr>
                <w:noProof/>
                <w:webHidden/>
              </w:rPr>
              <w:fldChar w:fldCharType="separate"/>
            </w:r>
            <w:r>
              <w:rPr>
                <w:noProof/>
                <w:webHidden/>
              </w:rPr>
              <w:t>29</w:t>
            </w:r>
            <w:r>
              <w:rPr>
                <w:noProof/>
                <w:webHidden/>
              </w:rPr>
              <w:fldChar w:fldCharType="end"/>
            </w:r>
          </w:hyperlink>
        </w:p>
        <w:p w14:paraId="57CB2074" w14:textId="15DED520"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31" w:history="1">
            <w:r w:rsidRPr="00183255">
              <w:rPr>
                <w:rStyle w:val="Hyperlink"/>
                <w:noProof/>
              </w:rPr>
              <w:t>7. Consultation and Accessibility</w:t>
            </w:r>
            <w:r>
              <w:rPr>
                <w:noProof/>
                <w:webHidden/>
              </w:rPr>
              <w:tab/>
            </w:r>
            <w:r>
              <w:rPr>
                <w:noProof/>
                <w:webHidden/>
              </w:rPr>
              <w:fldChar w:fldCharType="begin"/>
            </w:r>
            <w:r>
              <w:rPr>
                <w:noProof/>
                <w:webHidden/>
              </w:rPr>
              <w:instrText xml:space="preserve"> PAGEREF _Toc240137331 \h </w:instrText>
            </w:r>
            <w:r>
              <w:rPr>
                <w:noProof/>
                <w:webHidden/>
              </w:rPr>
            </w:r>
            <w:r>
              <w:rPr>
                <w:noProof/>
                <w:webHidden/>
              </w:rPr>
              <w:fldChar w:fldCharType="separate"/>
            </w:r>
            <w:r>
              <w:rPr>
                <w:noProof/>
                <w:webHidden/>
              </w:rPr>
              <w:t>29</w:t>
            </w:r>
            <w:r>
              <w:rPr>
                <w:noProof/>
                <w:webHidden/>
              </w:rPr>
              <w:fldChar w:fldCharType="end"/>
            </w:r>
          </w:hyperlink>
        </w:p>
        <w:p w14:paraId="26A8F84E" w14:textId="26D1D0B6"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32" w:history="1">
            <w:r w:rsidRPr="00183255">
              <w:rPr>
                <w:rStyle w:val="Hyperlink"/>
                <w:noProof/>
              </w:rPr>
              <w:t>8. Related Procedures and Documents</w:t>
            </w:r>
            <w:r>
              <w:rPr>
                <w:noProof/>
                <w:webHidden/>
              </w:rPr>
              <w:tab/>
            </w:r>
            <w:r>
              <w:rPr>
                <w:noProof/>
                <w:webHidden/>
              </w:rPr>
              <w:fldChar w:fldCharType="begin"/>
            </w:r>
            <w:r>
              <w:rPr>
                <w:noProof/>
                <w:webHidden/>
              </w:rPr>
              <w:instrText xml:space="preserve"> PAGEREF _Toc240137332 \h </w:instrText>
            </w:r>
            <w:r>
              <w:rPr>
                <w:noProof/>
                <w:webHidden/>
              </w:rPr>
            </w:r>
            <w:r>
              <w:rPr>
                <w:noProof/>
                <w:webHidden/>
              </w:rPr>
              <w:fldChar w:fldCharType="separate"/>
            </w:r>
            <w:r>
              <w:rPr>
                <w:noProof/>
                <w:webHidden/>
              </w:rPr>
              <w:t>29</w:t>
            </w:r>
            <w:r>
              <w:rPr>
                <w:noProof/>
                <w:webHidden/>
              </w:rPr>
              <w:fldChar w:fldCharType="end"/>
            </w:r>
          </w:hyperlink>
        </w:p>
        <w:p w14:paraId="3B4A8CF9" w14:textId="7966F854"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33" w:history="1">
            <w:r w:rsidRPr="00183255">
              <w:rPr>
                <w:rStyle w:val="Hyperlink"/>
                <w:noProof/>
              </w:rPr>
              <w:t>9. Monitoring and Review</w:t>
            </w:r>
            <w:r>
              <w:rPr>
                <w:noProof/>
                <w:webHidden/>
              </w:rPr>
              <w:tab/>
            </w:r>
            <w:r>
              <w:rPr>
                <w:noProof/>
                <w:webHidden/>
              </w:rPr>
              <w:fldChar w:fldCharType="begin"/>
            </w:r>
            <w:r>
              <w:rPr>
                <w:noProof/>
                <w:webHidden/>
              </w:rPr>
              <w:instrText xml:space="preserve"> PAGEREF _Toc240137333 \h </w:instrText>
            </w:r>
            <w:r>
              <w:rPr>
                <w:noProof/>
                <w:webHidden/>
              </w:rPr>
            </w:r>
            <w:r>
              <w:rPr>
                <w:noProof/>
                <w:webHidden/>
              </w:rPr>
              <w:fldChar w:fldCharType="separate"/>
            </w:r>
            <w:r>
              <w:rPr>
                <w:noProof/>
                <w:webHidden/>
              </w:rPr>
              <w:t>29</w:t>
            </w:r>
            <w:r>
              <w:rPr>
                <w:noProof/>
                <w:webHidden/>
              </w:rPr>
              <w:fldChar w:fldCharType="end"/>
            </w:r>
          </w:hyperlink>
        </w:p>
        <w:p w14:paraId="360EEE9F" w14:textId="1B08244A"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34" w:history="1">
            <w:r w:rsidRPr="00183255">
              <w:rPr>
                <w:rStyle w:val="Hyperlink"/>
                <w:noProof/>
              </w:rPr>
              <w:t>10. References / Authority</w:t>
            </w:r>
            <w:r>
              <w:rPr>
                <w:noProof/>
                <w:webHidden/>
              </w:rPr>
              <w:tab/>
            </w:r>
            <w:r>
              <w:rPr>
                <w:noProof/>
                <w:webHidden/>
              </w:rPr>
              <w:fldChar w:fldCharType="begin"/>
            </w:r>
            <w:r>
              <w:rPr>
                <w:noProof/>
                <w:webHidden/>
              </w:rPr>
              <w:instrText xml:space="preserve"> PAGEREF _Toc240137334 \h </w:instrText>
            </w:r>
            <w:r>
              <w:rPr>
                <w:noProof/>
                <w:webHidden/>
              </w:rPr>
            </w:r>
            <w:r>
              <w:rPr>
                <w:noProof/>
                <w:webHidden/>
              </w:rPr>
              <w:fldChar w:fldCharType="separate"/>
            </w:r>
            <w:r>
              <w:rPr>
                <w:noProof/>
                <w:webHidden/>
              </w:rPr>
              <w:t>29</w:t>
            </w:r>
            <w:r>
              <w:rPr>
                <w:noProof/>
                <w:webHidden/>
              </w:rPr>
              <w:fldChar w:fldCharType="end"/>
            </w:r>
          </w:hyperlink>
        </w:p>
        <w:p w14:paraId="75E50C25" w14:textId="16A71393"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35" w:history="1">
            <w:r w:rsidRPr="00183255">
              <w:rPr>
                <w:rStyle w:val="Hyperlink"/>
                <w:noProof/>
              </w:rPr>
              <w:t>Template 21: Procedure Development Template</w:t>
            </w:r>
            <w:r>
              <w:rPr>
                <w:noProof/>
                <w:webHidden/>
              </w:rPr>
              <w:tab/>
            </w:r>
            <w:r>
              <w:rPr>
                <w:noProof/>
                <w:webHidden/>
              </w:rPr>
              <w:fldChar w:fldCharType="begin"/>
            </w:r>
            <w:r>
              <w:rPr>
                <w:noProof/>
                <w:webHidden/>
              </w:rPr>
              <w:instrText xml:space="preserve"> PAGEREF _Toc240137335 \h </w:instrText>
            </w:r>
            <w:r>
              <w:rPr>
                <w:noProof/>
                <w:webHidden/>
              </w:rPr>
            </w:r>
            <w:r>
              <w:rPr>
                <w:noProof/>
                <w:webHidden/>
              </w:rPr>
              <w:fldChar w:fldCharType="separate"/>
            </w:r>
            <w:r>
              <w:rPr>
                <w:noProof/>
                <w:webHidden/>
              </w:rPr>
              <w:t>30</w:t>
            </w:r>
            <w:r>
              <w:rPr>
                <w:noProof/>
                <w:webHidden/>
              </w:rPr>
              <w:fldChar w:fldCharType="end"/>
            </w:r>
          </w:hyperlink>
        </w:p>
        <w:p w14:paraId="6F0FE518" w14:textId="6E9FBAC5"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36" w:history="1">
            <w:r w:rsidRPr="00183255">
              <w:rPr>
                <w:rStyle w:val="Hyperlink"/>
                <w:noProof/>
              </w:rPr>
              <w:t>Purpose</w:t>
            </w:r>
            <w:r>
              <w:rPr>
                <w:noProof/>
                <w:webHidden/>
              </w:rPr>
              <w:tab/>
            </w:r>
            <w:r>
              <w:rPr>
                <w:noProof/>
                <w:webHidden/>
              </w:rPr>
              <w:fldChar w:fldCharType="begin"/>
            </w:r>
            <w:r>
              <w:rPr>
                <w:noProof/>
                <w:webHidden/>
              </w:rPr>
              <w:instrText xml:space="preserve"> PAGEREF _Toc240137336 \h </w:instrText>
            </w:r>
            <w:r>
              <w:rPr>
                <w:noProof/>
                <w:webHidden/>
              </w:rPr>
            </w:r>
            <w:r>
              <w:rPr>
                <w:noProof/>
                <w:webHidden/>
              </w:rPr>
              <w:fldChar w:fldCharType="separate"/>
            </w:r>
            <w:r>
              <w:rPr>
                <w:noProof/>
                <w:webHidden/>
              </w:rPr>
              <w:t>30</w:t>
            </w:r>
            <w:r>
              <w:rPr>
                <w:noProof/>
                <w:webHidden/>
              </w:rPr>
              <w:fldChar w:fldCharType="end"/>
            </w:r>
          </w:hyperlink>
        </w:p>
        <w:p w14:paraId="4FD4BB16" w14:textId="532D5F51"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37" w:history="1">
            <w:r w:rsidRPr="00183255">
              <w:rPr>
                <w:rStyle w:val="Hyperlink"/>
                <w:noProof/>
              </w:rPr>
              <w:t>Scope</w:t>
            </w:r>
            <w:r>
              <w:rPr>
                <w:noProof/>
                <w:webHidden/>
              </w:rPr>
              <w:tab/>
            </w:r>
            <w:r>
              <w:rPr>
                <w:noProof/>
                <w:webHidden/>
              </w:rPr>
              <w:fldChar w:fldCharType="begin"/>
            </w:r>
            <w:r>
              <w:rPr>
                <w:noProof/>
                <w:webHidden/>
              </w:rPr>
              <w:instrText xml:space="preserve"> PAGEREF _Toc240137337 \h </w:instrText>
            </w:r>
            <w:r>
              <w:rPr>
                <w:noProof/>
                <w:webHidden/>
              </w:rPr>
            </w:r>
            <w:r>
              <w:rPr>
                <w:noProof/>
                <w:webHidden/>
              </w:rPr>
              <w:fldChar w:fldCharType="separate"/>
            </w:r>
            <w:r>
              <w:rPr>
                <w:noProof/>
                <w:webHidden/>
              </w:rPr>
              <w:t>30</w:t>
            </w:r>
            <w:r>
              <w:rPr>
                <w:noProof/>
                <w:webHidden/>
              </w:rPr>
              <w:fldChar w:fldCharType="end"/>
            </w:r>
          </w:hyperlink>
        </w:p>
        <w:p w14:paraId="2F1A0E17" w14:textId="5AA9093D"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38" w:history="1">
            <w:r w:rsidRPr="00183255">
              <w:rPr>
                <w:rStyle w:val="Hyperlink"/>
                <w:noProof/>
              </w:rPr>
              <w:t>Responsibilities</w:t>
            </w:r>
            <w:r>
              <w:rPr>
                <w:noProof/>
                <w:webHidden/>
              </w:rPr>
              <w:tab/>
            </w:r>
            <w:r>
              <w:rPr>
                <w:noProof/>
                <w:webHidden/>
              </w:rPr>
              <w:fldChar w:fldCharType="begin"/>
            </w:r>
            <w:r>
              <w:rPr>
                <w:noProof/>
                <w:webHidden/>
              </w:rPr>
              <w:instrText xml:space="preserve"> PAGEREF _Toc240137338 \h </w:instrText>
            </w:r>
            <w:r>
              <w:rPr>
                <w:noProof/>
                <w:webHidden/>
              </w:rPr>
            </w:r>
            <w:r>
              <w:rPr>
                <w:noProof/>
                <w:webHidden/>
              </w:rPr>
              <w:fldChar w:fldCharType="separate"/>
            </w:r>
            <w:r>
              <w:rPr>
                <w:noProof/>
                <w:webHidden/>
              </w:rPr>
              <w:t>30</w:t>
            </w:r>
            <w:r>
              <w:rPr>
                <w:noProof/>
                <w:webHidden/>
              </w:rPr>
              <w:fldChar w:fldCharType="end"/>
            </w:r>
          </w:hyperlink>
        </w:p>
        <w:p w14:paraId="159B4CB1" w14:textId="6948CF95"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39" w:history="1">
            <w:r w:rsidRPr="00183255">
              <w:rPr>
                <w:rStyle w:val="Hyperlink"/>
                <w:noProof/>
              </w:rPr>
              <w:t>Required resources / equipment / PPE</w:t>
            </w:r>
            <w:r>
              <w:rPr>
                <w:noProof/>
                <w:webHidden/>
              </w:rPr>
              <w:tab/>
            </w:r>
            <w:r>
              <w:rPr>
                <w:noProof/>
                <w:webHidden/>
              </w:rPr>
              <w:fldChar w:fldCharType="begin"/>
            </w:r>
            <w:r>
              <w:rPr>
                <w:noProof/>
                <w:webHidden/>
              </w:rPr>
              <w:instrText xml:space="preserve"> PAGEREF _Toc240137339 \h </w:instrText>
            </w:r>
            <w:r>
              <w:rPr>
                <w:noProof/>
                <w:webHidden/>
              </w:rPr>
            </w:r>
            <w:r>
              <w:rPr>
                <w:noProof/>
                <w:webHidden/>
              </w:rPr>
              <w:fldChar w:fldCharType="separate"/>
            </w:r>
            <w:r>
              <w:rPr>
                <w:noProof/>
                <w:webHidden/>
              </w:rPr>
              <w:t>30</w:t>
            </w:r>
            <w:r>
              <w:rPr>
                <w:noProof/>
                <w:webHidden/>
              </w:rPr>
              <w:fldChar w:fldCharType="end"/>
            </w:r>
          </w:hyperlink>
        </w:p>
        <w:p w14:paraId="01D9EEF5" w14:textId="0C7F51F1"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40" w:history="1">
            <w:r w:rsidRPr="00183255">
              <w:rPr>
                <w:rStyle w:val="Hyperlink"/>
                <w:noProof/>
              </w:rPr>
              <w:t>Procedure steps</w:t>
            </w:r>
            <w:r>
              <w:rPr>
                <w:noProof/>
                <w:webHidden/>
              </w:rPr>
              <w:tab/>
            </w:r>
            <w:r>
              <w:rPr>
                <w:noProof/>
                <w:webHidden/>
              </w:rPr>
              <w:fldChar w:fldCharType="begin"/>
            </w:r>
            <w:r>
              <w:rPr>
                <w:noProof/>
                <w:webHidden/>
              </w:rPr>
              <w:instrText xml:space="preserve"> PAGEREF _Toc240137340 \h </w:instrText>
            </w:r>
            <w:r>
              <w:rPr>
                <w:noProof/>
                <w:webHidden/>
              </w:rPr>
            </w:r>
            <w:r>
              <w:rPr>
                <w:noProof/>
                <w:webHidden/>
              </w:rPr>
              <w:fldChar w:fldCharType="separate"/>
            </w:r>
            <w:r>
              <w:rPr>
                <w:noProof/>
                <w:webHidden/>
              </w:rPr>
              <w:t>30</w:t>
            </w:r>
            <w:r>
              <w:rPr>
                <w:noProof/>
                <w:webHidden/>
              </w:rPr>
              <w:fldChar w:fldCharType="end"/>
            </w:r>
          </w:hyperlink>
        </w:p>
        <w:p w14:paraId="20B0D983" w14:textId="7790AFDA"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41" w:history="1">
            <w:r w:rsidRPr="00183255">
              <w:rPr>
                <w:rStyle w:val="Hyperlink"/>
                <w:noProof/>
              </w:rPr>
              <w:t>Risk controls and reasonable adjustments</w:t>
            </w:r>
            <w:r>
              <w:rPr>
                <w:noProof/>
                <w:webHidden/>
              </w:rPr>
              <w:tab/>
            </w:r>
            <w:r>
              <w:rPr>
                <w:noProof/>
                <w:webHidden/>
              </w:rPr>
              <w:fldChar w:fldCharType="begin"/>
            </w:r>
            <w:r>
              <w:rPr>
                <w:noProof/>
                <w:webHidden/>
              </w:rPr>
              <w:instrText xml:space="preserve"> PAGEREF _Toc240137341 \h </w:instrText>
            </w:r>
            <w:r>
              <w:rPr>
                <w:noProof/>
                <w:webHidden/>
              </w:rPr>
            </w:r>
            <w:r>
              <w:rPr>
                <w:noProof/>
                <w:webHidden/>
              </w:rPr>
              <w:fldChar w:fldCharType="separate"/>
            </w:r>
            <w:r>
              <w:rPr>
                <w:noProof/>
                <w:webHidden/>
              </w:rPr>
              <w:t>30</w:t>
            </w:r>
            <w:r>
              <w:rPr>
                <w:noProof/>
                <w:webHidden/>
              </w:rPr>
              <w:fldChar w:fldCharType="end"/>
            </w:r>
          </w:hyperlink>
        </w:p>
        <w:p w14:paraId="3B954C63" w14:textId="02E7B791"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42" w:history="1">
            <w:r w:rsidRPr="00183255">
              <w:rPr>
                <w:rStyle w:val="Hyperlink"/>
                <w:noProof/>
              </w:rPr>
              <w:t>Animal welfare considerations</w:t>
            </w:r>
            <w:r>
              <w:rPr>
                <w:noProof/>
                <w:webHidden/>
              </w:rPr>
              <w:tab/>
            </w:r>
            <w:r>
              <w:rPr>
                <w:noProof/>
                <w:webHidden/>
              </w:rPr>
              <w:fldChar w:fldCharType="begin"/>
            </w:r>
            <w:r>
              <w:rPr>
                <w:noProof/>
                <w:webHidden/>
              </w:rPr>
              <w:instrText xml:space="preserve"> PAGEREF _Toc240137342 \h </w:instrText>
            </w:r>
            <w:r>
              <w:rPr>
                <w:noProof/>
                <w:webHidden/>
              </w:rPr>
            </w:r>
            <w:r>
              <w:rPr>
                <w:noProof/>
                <w:webHidden/>
              </w:rPr>
              <w:fldChar w:fldCharType="separate"/>
            </w:r>
            <w:r>
              <w:rPr>
                <w:noProof/>
                <w:webHidden/>
              </w:rPr>
              <w:t>31</w:t>
            </w:r>
            <w:r>
              <w:rPr>
                <w:noProof/>
                <w:webHidden/>
              </w:rPr>
              <w:fldChar w:fldCharType="end"/>
            </w:r>
          </w:hyperlink>
        </w:p>
        <w:p w14:paraId="69A03B9E" w14:textId="766269CC"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43" w:history="1">
            <w:r w:rsidRPr="00183255">
              <w:rPr>
                <w:rStyle w:val="Hyperlink"/>
                <w:noProof/>
              </w:rPr>
              <w:t>Escalation / stop-work criteria</w:t>
            </w:r>
            <w:r>
              <w:rPr>
                <w:noProof/>
                <w:webHidden/>
              </w:rPr>
              <w:tab/>
            </w:r>
            <w:r>
              <w:rPr>
                <w:noProof/>
                <w:webHidden/>
              </w:rPr>
              <w:fldChar w:fldCharType="begin"/>
            </w:r>
            <w:r>
              <w:rPr>
                <w:noProof/>
                <w:webHidden/>
              </w:rPr>
              <w:instrText xml:space="preserve"> PAGEREF _Toc240137343 \h </w:instrText>
            </w:r>
            <w:r>
              <w:rPr>
                <w:noProof/>
                <w:webHidden/>
              </w:rPr>
            </w:r>
            <w:r>
              <w:rPr>
                <w:noProof/>
                <w:webHidden/>
              </w:rPr>
              <w:fldChar w:fldCharType="separate"/>
            </w:r>
            <w:r>
              <w:rPr>
                <w:noProof/>
                <w:webHidden/>
              </w:rPr>
              <w:t>31</w:t>
            </w:r>
            <w:r>
              <w:rPr>
                <w:noProof/>
                <w:webHidden/>
              </w:rPr>
              <w:fldChar w:fldCharType="end"/>
            </w:r>
          </w:hyperlink>
        </w:p>
        <w:p w14:paraId="431C0B71" w14:textId="5FECF1A4"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44" w:history="1">
            <w:r w:rsidRPr="00183255">
              <w:rPr>
                <w:rStyle w:val="Hyperlink"/>
                <w:noProof/>
              </w:rPr>
              <w:t>Emergency arrangements</w:t>
            </w:r>
            <w:r>
              <w:rPr>
                <w:noProof/>
                <w:webHidden/>
              </w:rPr>
              <w:tab/>
            </w:r>
            <w:r>
              <w:rPr>
                <w:noProof/>
                <w:webHidden/>
              </w:rPr>
              <w:fldChar w:fldCharType="begin"/>
            </w:r>
            <w:r>
              <w:rPr>
                <w:noProof/>
                <w:webHidden/>
              </w:rPr>
              <w:instrText xml:space="preserve"> PAGEREF _Toc240137344 \h </w:instrText>
            </w:r>
            <w:r>
              <w:rPr>
                <w:noProof/>
                <w:webHidden/>
              </w:rPr>
            </w:r>
            <w:r>
              <w:rPr>
                <w:noProof/>
                <w:webHidden/>
              </w:rPr>
              <w:fldChar w:fldCharType="separate"/>
            </w:r>
            <w:r>
              <w:rPr>
                <w:noProof/>
                <w:webHidden/>
              </w:rPr>
              <w:t>31</w:t>
            </w:r>
            <w:r>
              <w:rPr>
                <w:noProof/>
                <w:webHidden/>
              </w:rPr>
              <w:fldChar w:fldCharType="end"/>
            </w:r>
          </w:hyperlink>
        </w:p>
        <w:p w14:paraId="25EFCF3C" w14:textId="15523B9B"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45" w:history="1">
            <w:r w:rsidRPr="00183255">
              <w:rPr>
                <w:rStyle w:val="Hyperlink"/>
                <w:noProof/>
              </w:rPr>
              <w:t>Records generated</w:t>
            </w:r>
            <w:r>
              <w:rPr>
                <w:noProof/>
                <w:webHidden/>
              </w:rPr>
              <w:tab/>
            </w:r>
            <w:r>
              <w:rPr>
                <w:noProof/>
                <w:webHidden/>
              </w:rPr>
              <w:fldChar w:fldCharType="begin"/>
            </w:r>
            <w:r>
              <w:rPr>
                <w:noProof/>
                <w:webHidden/>
              </w:rPr>
              <w:instrText xml:space="preserve"> PAGEREF _Toc240137345 \h </w:instrText>
            </w:r>
            <w:r>
              <w:rPr>
                <w:noProof/>
                <w:webHidden/>
              </w:rPr>
            </w:r>
            <w:r>
              <w:rPr>
                <w:noProof/>
                <w:webHidden/>
              </w:rPr>
              <w:fldChar w:fldCharType="separate"/>
            </w:r>
            <w:r>
              <w:rPr>
                <w:noProof/>
                <w:webHidden/>
              </w:rPr>
              <w:t>31</w:t>
            </w:r>
            <w:r>
              <w:rPr>
                <w:noProof/>
                <w:webHidden/>
              </w:rPr>
              <w:fldChar w:fldCharType="end"/>
            </w:r>
          </w:hyperlink>
        </w:p>
        <w:p w14:paraId="7BEDFAD3" w14:textId="4409C241"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46" w:history="1">
            <w:r w:rsidRPr="00183255">
              <w:rPr>
                <w:rStyle w:val="Hyperlink"/>
                <w:noProof/>
              </w:rPr>
              <w:t>Related documents</w:t>
            </w:r>
            <w:r>
              <w:rPr>
                <w:noProof/>
                <w:webHidden/>
              </w:rPr>
              <w:tab/>
            </w:r>
            <w:r>
              <w:rPr>
                <w:noProof/>
                <w:webHidden/>
              </w:rPr>
              <w:fldChar w:fldCharType="begin"/>
            </w:r>
            <w:r>
              <w:rPr>
                <w:noProof/>
                <w:webHidden/>
              </w:rPr>
              <w:instrText xml:space="preserve"> PAGEREF _Toc240137346 \h </w:instrText>
            </w:r>
            <w:r>
              <w:rPr>
                <w:noProof/>
                <w:webHidden/>
              </w:rPr>
            </w:r>
            <w:r>
              <w:rPr>
                <w:noProof/>
                <w:webHidden/>
              </w:rPr>
              <w:fldChar w:fldCharType="separate"/>
            </w:r>
            <w:r>
              <w:rPr>
                <w:noProof/>
                <w:webHidden/>
              </w:rPr>
              <w:t>31</w:t>
            </w:r>
            <w:r>
              <w:rPr>
                <w:noProof/>
                <w:webHidden/>
              </w:rPr>
              <w:fldChar w:fldCharType="end"/>
            </w:r>
          </w:hyperlink>
        </w:p>
        <w:p w14:paraId="73BC5C2C" w14:textId="285E9ACF"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47" w:history="1">
            <w:r w:rsidRPr="00183255">
              <w:rPr>
                <w:rStyle w:val="Hyperlink"/>
                <w:noProof/>
              </w:rPr>
              <w:t>Review and monitoring</w:t>
            </w:r>
            <w:r>
              <w:rPr>
                <w:noProof/>
                <w:webHidden/>
              </w:rPr>
              <w:tab/>
            </w:r>
            <w:r>
              <w:rPr>
                <w:noProof/>
                <w:webHidden/>
              </w:rPr>
              <w:fldChar w:fldCharType="begin"/>
            </w:r>
            <w:r>
              <w:rPr>
                <w:noProof/>
                <w:webHidden/>
              </w:rPr>
              <w:instrText xml:space="preserve"> PAGEREF _Toc240137347 \h </w:instrText>
            </w:r>
            <w:r>
              <w:rPr>
                <w:noProof/>
                <w:webHidden/>
              </w:rPr>
            </w:r>
            <w:r>
              <w:rPr>
                <w:noProof/>
                <w:webHidden/>
              </w:rPr>
              <w:fldChar w:fldCharType="separate"/>
            </w:r>
            <w:r>
              <w:rPr>
                <w:noProof/>
                <w:webHidden/>
              </w:rPr>
              <w:t>31</w:t>
            </w:r>
            <w:r>
              <w:rPr>
                <w:noProof/>
                <w:webHidden/>
              </w:rPr>
              <w:fldChar w:fldCharType="end"/>
            </w:r>
          </w:hyperlink>
        </w:p>
        <w:p w14:paraId="1C28F700" w14:textId="6AA73A1C"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48" w:history="1">
            <w:r w:rsidRPr="00183255">
              <w:rPr>
                <w:rStyle w:val="Hyperlink"/>
                <w:noProof/>
              </w:rPr>
              <w:t>Template 22: Safe Work Procedure (SWP) Template</w:t>
            </w:r>
            <w:r>
              <w:rPr>
                <w:noProof/>
                <w:webHidden/>
              </w:rPr>
              <w:tab/>
            </w:r>
            <w:r>
              <w:rPr>
                <w:noProof/>
                <w:webHidden/>
              </w:rPr>
              <w:fldChar w:fldCharType="begin"/>
            </w:r>
            <w:r>
              <w:rPr>
                <w:noProof/>
                <w:webHidden/>
              </w:rPr>
              <w:instrText xml:space="preserve"> PAGEREF _Toc240137348 \h </w:instrText>
            </w:r>
            <w:r>
              <w:rPr>
                <w:noProof/>
                <w:webHidden/>
              </w:rPr>
            </w:r>
            <w:r>
              <w:rPr>
                <w:noProof/>
                <w:webHidden/>
              </w:rPr>
              <w:fldChar w:fldCharType="separate"/>
            </w:r>
            <w:r>
              <w:rPr>
                <w:noProof/>
                <w:webHidden/>
              </w:rPr>
              <w:t>32</w:t>
            </w:r>
            <w:r>
              <w:rPr>
                <w:noProof/>
                <w:webHidden/>
              </w:rPr>
              <w:fldChar w:fldCharType="end"/>
            </w:r>
          </w:hyperlink>
        </w:p>
        <w:p w14:paraId="6A988DF1" w14:textId="71A0C533"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49" w:history="1">
            <w:r w:rsidRPr="00183255">
              <w:rPr>
                <w:rStyle w:val="Hyperlink"/>
                <w:noProof/>
              </w:rPr>
              <w:t>People, animals, equipment and prerequisites</w:t>
            </w:r>
            <w:r>
              <w:rPr>
                <w:noProof/>
                <w:webHidden/>
              </w:rPr>
              <w:tab/>
            </w:r>
            <w:r>
              <w:rPr>
                <w:noProof/>
                <w:webHidden/>
              </w:rPr>
              <w:fldChar w:fldCharType="begin"/>
            </w:r>
            <w:r>
              <w:rPr>
                <w:noProof/>
                <w:webHidden/>
              </w:rPr>
              <w:instrText xml:space="preserve"> PAGEREF _Toc240137349 \h </w:instrText>
            </w:r>
            <w:r>
              <w:rPr>
                <w:noProof/>
                <w:webHidden/>
              </w:rPr>
            </w:r>
            <w:r>
              <w:rPr>
                <w:noProof/>
                <w:webHidden/>
              </w:rPr>
              <w:fldChar w:fldCharType="separate"/>
            </w:r>
            <w:r>
              <w:rPr>
                <w:noProof/>
                <w:webHidden/>
              </w:rPr>
              <w:t>32</w:t>
            </w:r>
            <w:r>
              <w:rPr>
                <w:noProof/>
                <w:webHidden/>
              </w:rPr>
              <w:fldChar w:fldCharType="end"/>
            </w:r>
          </w:hyperlink>
        </w:p>
        <w:p w14:paraId="798A59AC" w14:textId="620BA260"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50" w:history="1">
            <w:r w:rsidRPr="00183255">
              <w:rPr>
                <w:rStyle w:val="Hyperlink"/>
                <w:noProof/>
              </w:rPr>
              <w:t>Hazards and controls</w:t>
            </w:r>
            <w:r>
              <w:rPr>
                <w:noProof/>
                <w:webHidden/>
              </w:rPr>
              <w:tab/>
            </w:r>
            <w:r>
              <w:rPr>
                <w:noProof/>
                <w:webHidden/>
              </w:rPr>
              <w:fldChar w:fldCharType="begin"/>
            </w:r>
            <w:r>
              <w:rPr>
                <w:noProof/>
                <w:webHidden/>
              </w:rPr>
              <w:instrText xml:space="preserve"> PAGEREF _Toc240137350 \h </w:instrText>
            </w:r>
            <w:r>
              <w:rPr>
                <w:noProof/>
                <w:webHidden/>
              </w:rPr>
            </w:r>
            <w:r>
              <w:rPr>
                <w:noProof/>
                <w:webHidden/>
              </w:rPr>
              <w:fldChar w:fldCharType="separate"/>
            </w:r>
            <w:r>
              <w:rPr>
                <w:noProof/>
                <w:webHidden/>
              </w:rPr>
              <w:t>32</w:t>
            </w:r>
            <w:r>
              <w:rPr>
                <w:noProof/>
                <w:webHidden/>
              </w:rPr>
              <w:fldChar w:fldCharType="end"/>
            </w:r>
          </w:hyperlink>
        </w:p>
        <w:p w14:paraId="4B9F16BE" w14:textId="72A22EC2"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51" w:history="1">
            <w:r w:rsidRPr="00183255">
              <w:rPr>
                <w:rStyle w:val="Hyperlink"/>
                <w:noProof/>
              </w:rPr>
              <w:t>Safe work steps</w:t>
            </w:r>
            <w:r>
              <w:rPr>
                <w:noProof/>
                <w:webHidden/>
              </w:rPr>
              <w:tab/>
            </w:r>
            <w:r>
              <w:rPr>
                <w:noProof/>
                <w:webHidden/>
              </w:rPr>
              <w:fldChar w:fldCharType="begin"/>
            </w:r>
            <w:r>
              <w:rPr>
                <w:noProof/>
                <w:webHidden/>
              </w:rPr>
              <w:instrText xml:space="preserve"> PAGEREF _Toc240137351 \h </w:instrText>
            </w:r>
            <w:r>
              <w:rPr>
                <w:noProof/>
                <w:webHidden/>
              </w:rPr>
            </w:r>
            <w:r>
              <w:rPr>
                <w:noProof/>
                <w:webHidden/>
              </w:rPr>
              <w:fldChar w:fldCharType="separate"/>
            </w:r>
            <w:r>
              <w:rPr>
                <w:noProof/>
                <w:webHidden/>
              </w:rPr>
              <w:t>32</w:t>
            </w:r>
            <w:r>
              <w:rPr>
                <w:noProof/>
                <w:webHidden/>
              </w:rPr>
              <w:fldChar w:fldCharType="end"/>
            </w:r>
          </w:hyperlink>
        </w:p>
        <w:p w14:paraId="31384939" w14:textId="434B7C4B"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52" w:history="1">
            <w:r w:rsidRPr="00183255">
              <w:rPr>
                <w:rStyle w:val="Hyperlink"/>
                <w:noProof/>
              </w:rPr>
              <w:t>Emergency / incident response</w:t>
            </w:r>
            <w:r>
              <w:rPr>
                <w:noProof/>
                <w:webHidden/>
              </w:rPr>
              <w:tab/>
            </w:r>
            <w:r>
              <w:rPr>
                <w:noProof/>
                <w:webHidden/>
              </w:rPr>
              <w:fldChar w:fldCharType="begin"/>
            </w:r>
            <w:r>
              <w:rPr>
                <w:noProof/>
                <w:webHidden/>
              </w:rPr>
              <w:instrText xml:space="preserve"> PAGEREF _Toc240137352 \h </w:instrText>
            </w:r>
            <w:r>
              <w:rPr>
                <w:noProof/>
                <w:webHidden/>
              </w:rPr>
            </w:r>
            <w:r>
              <w:rPr>
                <w:noProof/>
                <w:webHidden/>
              </w:rPr>
              <w:fldChar w:fldCharType="separate"/>
            </w:r>
            <w:r>
              <w:rPr>
                <w:noProof/>
                <w:webHidden/>
              </w:rPr>
              <w:t>32</w:t>
            </w:r>
            <w:r>
              <w:rPr>
                <w:noProof/>
                <w:webHidden/>
              </w:rPr>
              <w:fldChar w:fldCharType="end"/>
            </w:r>
          </w:hyperlink>
        </w:p>
        <w:p w14:paraId="575DCD26" w14:textId="1816D6AE"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53" w:history="1">
            <w:r w:rsidRPr="00183255">
              <w:rPr>
                <w:rStyle w:val="Hyperlink"/>
                <w:noProof/>
              </w:rPr>
              <w:t>Training / competency</w:t>
            </w:r>
            <w:r>
              <w:rPr>
                <w:noProof/>
                <w:webHidden/>
              </w:rPr>
              <w:tab/>
            </w:r>
            <w:r>
              <w:rPr>
                <w:noProof/>
                <w:webHidden/>
              </w:rPr>
              <w:fldChar w:fldCharType="begin"/>
            </w:r>
            <w:r>
              <w:rPr>
                <w:noProof/>
                <w:webHidden/>
              </w:rPr>
              <w:instrText xml:space="preserve"> PAGEREF _Toc240137353 \h </w:instrText>
            </w:r>
            <w:r>
              <w:rPr>
                <w:noProof/>
                <w:webHidden/>
              </w:rPr>
            </w:r>
            <w:r>
              <w:rPr>
                <w:noProof/>
                <w:webHidden/>
              </w:rPr>
              <w:fldChar w:fldCharType="separate"/>
            </w:r>
            <w:r>
              <w:rPr>
                <w:noProof/>
                <w:webHidden/>
              </w:rPr>
              <w:t>32</w:t>
            </w:r>
            <w:r>
              <w:rPr>
                <w:noProof/>
                <w:webHidden/>
              </w:rPr>
              <w:fldChar w:fldCharType="end"/>
            </w:r>
          </w:hyperlink>
        </w:p>
        <w:p w14:paraId="4494028C" w14:textId="2AEEB5B4"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54" w:history="1">
            <w:r w:rsidRPr="00183255">
              <w:rPr>
                <w:rStyle w:val="Hyperlink"/>
                <w:noProof/>
              </w:rPr>
              <w:t>Template 23: Safe Operating Procedure (SOP) Template</w:t>
            </w:r>
            <w:r>
              <w:rPr>
                <w:noProof/>
                <w:webHidden/>
              </w:rPr>
              <w:tab/>
            </w:r>
            <w:r>
              <w:rPr>
                <w:noProof/>
                <w:webHidden/>
              </w:rPr>
              <w:fldChar w:fldCharType="begin"/>
            </w:r>
            <w:r>
              <w:rPr>
                <w:noProof/>
                <w:webHidden/>
              </w:rPr>
              <w:instrText xml:space="preserve"> PAGEREF _Toc240137354 \h </w:instrText>
            </w:r>
            <w:r>
              <w:rPr>
                <w:noProof/>
                <w:webHidden/>
              </w:rPr>
            </w:r>
            <w:r>
              <w:rPr>
                <w:noProof/>
                <w:webHidden/>
              </w:rPr>
              <w:fldChar w:fldCharType="separate"/>
            </w:r>
            <w:r>
              <w:rPr>
                <w:noProof/>
                <w:webHidden/>
              </w:rPr>
              <w:t>34</w:t>
            </w:r>
            <w:r>
              <w:rPr>
                <w:noProof/>
                <w:webHidden/>
              </w:rPr>
              <w:fldChar w:fldCharType="end"/>
            </w:r>
          </w:hyperlink>
        </w:p>
        <w:p w14:paraId="7D32833B" w14:textId="5CA1DBFA"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55" w:history="1">
            <w:r w:rsidRPr="00183255">
              <w:rPr>
                <w:rStyle w:val="Hyperlink"/>
                <w:noProof/>
              </w:rPr>
              <w:t>Template 24: Work Instruction Template</w:t>
            </w:r>
            <w:r>
              <w:rPr>
                <w:noProof/>
                <w:webHidden/>
              </w:rPr>
              <w:tab/>
            </w:r>
            <w:r>
              <w:rPr>
                <w:noProof/>
                <w:webHidden/>
              </w:rPr>
              <w:fldChar w:fldCharType="begin"/>
            </w:r>
            <w:r>
              <w:rPr>
                <w:noProof/>
                <w:webHidden/>
              </w:rPr>
              <w:instrText xml:space="preserve"> PAGEREF _Toc240137355 \h </w:instrText>
            </w:r>
            <w:r>
              <w:rPr>
                <w:noProof/>
                <w:webHidden/>
              </w:rPr>
            </w:r>
            <w:r>
              <w:rPr>
                <w:noProof/>
                <w:webHidden/>
              </w:rPr>
              <w:fldChar w:fldCharType="separate"/>
            </w:r>
            <w:r>
              <w:rPr>
                <w:noProof/>
                <w:webHidden/>
              </w:rPr>
              <w:t>35</w:t>
            </w:r>
            <w:r>
              <w:rPr>
                <w:noProof/>
                <w:webHidden/>
              </w:rPr>
              <w:fldChar w:fldCharType="end"/>
            </w:r>
          </w:hyperlink>
        </w:p>
        <w:p w14:paraId="15E16E7D" w14:textId="15083170"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56" w:history="1">
            <w:r w:rsidRPr="00183255">
              <w:rPr>
                <w:rStyle w:val="Hyperlink"/>
                <w:noProof/>
              </w:rPr>
              <w:t>Template 25: Home, Community and Lone Worker Safety Plan</w:t>
            </w:r>
            <w:r>
              <w:rPr>
                <w:noProof/>
                <w:webHidden/>
              </w:rPr>
              <w:tab/>
            </w:r>
            <w:r>
              <w:rPr>
                <w:noProof/>
                <w:webHidden/>
              </w:rPr>
              <w:fldChar w:fldCharType="begin"/>
            </w:r>
            <w:r>
              <w:rPr>
                <w:noProof/>
                <w:webHidden/>
              </w:rPr>
              <w:instrText xml:space="preserve"> PAGEREF _Toc240137356 \h </w:instrText>
            </w:r>
            <w:r>
              <w:rPr>
                <w:noProof/>
                <w:webHidden/>
              </w:rPr>
            </w:r>
            <w:r>
              <w:rPr>
                <w:noProof/>
                <w:webHidden/>
              </w:rPr>
              <w:fldChar w:fldCharType="separate"/>
            </w:r>
            <w:r>
              <w:rPr>
                <w:noProof/>
                <w:webHidden/>
              </w:rPr>
              <w:t>36</w:t>
            </w:r>
            <w:r>
              <w:rPr>
                <w:noProof/>
                <w:webHidden/>
              </w:rPr>
              <w:fldChar w:fldCharType="end"/>
            </w:r>
          </w:hyperlink>
        </w:p>
        <w:p w14:paraId="04587539" w14:textId="74E37562" w:rsidR="004E4851" w:rsidRDefault="004E4851">
          <w:pPr>
            <w:pStyle w:val="TOC2"/>
            <w:tabs>
              <w:tab w:val="right" w:leader="dot" w:pos="10214"/>
            </w:tabs>
            <w:rPr>
              <w:rFonts w:asciiTheme="minorHAnsi" w:hAnsiTheme="minorHAnsi"/>
              <w:noProof/>
              <w:kern w:val="2"/>
              <w:sz w:val="24"/>
              <w:szCs w:val="24"/>
              <w:lang w:val="en-AU" w:eastAsia="en-AU"/>
              <w14:ligatures w14:val="standardContextual"/>
            </w:rPr>
          </w:pPr>
          <w:hyperlink w:anchor="_Toc240137357" w:history="1">
            <w:r w:rsidRPr="00183255">
              <w:rPr>
                <w:rStyle w:val="Hyperlink"/>
                <w:noProof/>
              </w:rPr>
              <w:t>Decision pathway</w:t>
            </w:r>
            <w:r>
              <w:rPr>
                <w:noProof/>
                <w:webHidden/>
              </w:rPr>
              <w:tab/>
            </w:r>
            <w:r>
              <w:rPr>
                <w:noProof/>
                <w:webHidden/>
              </w:rPr>
              <w:fldChar w:fldCharType="begin"/>
            </w:r>
            <w:r>
              <w:rPr>
                <w:noProof/>
                <w:webHidden/>
              </w:rPr>
              <w:instrText xml:space="preserve"> PAGEREF _Toc240137357 \h </w:instrText>
            </w:r>
            <w:r>
              <w:rPr>
                <w:noProof/>
                <w:webHidden/>
              </w:rPr>
            </w:r>
            <w:r>
              <w:rPr>
                <w:noProof/>
                <w:webHidden/>
              </w:rPr>
              <w:fldChar w:fldCharType="separate"/>
            </w:r>
            <w:r>
              <w:rPr>
                <w:noProof/>
                <w:webHidden/>
              </w:rPr>
              <w:t>36</w:t>
            </w:r>
            <w:r>
              <w:rPr>
                <w:noProof/>
                <w:webHidden/>
              </w:rPr>
              <w:fldChar w:fldCharType="end"/>
            </w:r>
          </w:hyperlink>
        </w:p>
        <w:p w14:paraId="5095CDF1" w14:textId="0CB3BD0A"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58" w:history="1">
            <w:r w:rsidRPr="00183255">
              <w:rPr>
                <w:rStyle w:val="Hyperlink"/>
                <w:noProof/>
              </w:rPr>
              <w:t>Template 26: Specialist WHS Hazard Management Plan</w:t>
            </w:r>
            <w:r>
              <w:rPr>
                <w:noProof/>
                <w:webHidden/>
              </w:rPr>
              <w:tab/>
            </w:r>
            <w:r>
              <w:rPr>
                <w:noProof/>
                <w:webHidden/>
              </w:rPr>
              <w:fldChar w:fldCharType="begin"/>
            </w:r>
            <w:r>
              <w:rPr>
                <w:noProof/>
                <w:webHidden/>
              </w:rPr>
              <w:instrText xml:space="preserve"> PAGEREF _Toc240137358 \h </w:instrText>
            </w:r>
            <w:r>
              <w:rPr>
                <w:noProof/>
                <w:webHidden/>
              </w:rPr>
            </w:r>
            <w:r>
              <w:rPr>
                <w:noProof/>
                <w:webHidden/>
              </w:rPr>
              <w:fldChar w:fldCharType="separate"/>
            </w:r>
            <w:r>
              <w:rPr>
                <w:noProof/>
                <w:webHidden/>
              </w:rPr>
              <w:t>37</w:t>
            </w:r>
            <w:r>
              <w:rPr>
                <w:noProof/>
                <w:webHidden/>
              </w:rPr>
              <w:fldChar w:fldCharType="end"/>
            </w:r>
          </w:hyperlink>
        </w:p>
        <w:p w14:paraId="1E0A8645" w14:textId="38519CE8"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59" w:history="1">
            <w:r w:rsidRPr="00183255">
              <w:rPr>
                <w:rStyle w:val="Hyperlink"/>
                <w:noProof/>
              </w:rPr>
              <w:t>Template 27: WHS Workplace Inspection Checklist</w:t>
            </w:r>
            <w:r>
              <w:rPr>
                <w:noProof/>
                <w:webHidden/>
              </w:rPr>
              <w:tab/>
            </w:r>
            <w:r>
              <w:rPr>
                <w:noProof/>
                <w:webHidden/>
              </w:rPr>
              <w:fldChar w:fldCharType="begin"/>
            </w:r>
            <w:r>
              <w:rPr>
                <w:noProof/>
                <w:webHidden/>
              </w:rPr>
              <w:instrText xml:space="preserve"> PAGEREF _Toc240137359 \h </w:instrText>
            </w:r>
            <w:r>
              <w:rPr>
                <w:noProof/>
                <w:webHidden/>
              </w:rPr>
            </w:r>
            <w:r>
              <w:rPr>
                <w:noProof/>
                <w:webHidden/>
              </w:rPr>
              <w:fldChar w:fldCharType="separate"/>
            </w:r>
            <w:r>
              <w:rPr>
                <w:noProof/>
                <w:webHidden/>
              </w:rPr>
              <w:t>38</w:t>
            </w:r>
            <w:r>
              <w:rPr>
                <w:noProof/>
                <w:webHidden/>
              </w:rPr>
              <w:fldChar w:fldCharType="end"/>
            </w:r>
          </w:hyperlink>
        </w:p>
        <w:p w14:paraId="14CDD83D" w14:textId="6822C3AA"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60" w:history="1">
            <w:r w:rsidRPr="00183255">
              <w:rPr>
                <w:rStyle w:val="Hyperlink"/>
                <w:noProof/>
              </w:rPr>
              <w:t>Template 28: WHS Self-Audit Tool</w:t>
            </w:r>
            <w:r>
              <w:rPr>
                <w:noProof/>
                <w:webHidden/>
              </w:rPr>
              <w:tab/>
            </w:r>
            <w:r>
              <w:rPr>
                <w:noProof/>
                <w:webHidden/>
              </w:rPr>
              <w:fldChar w:fldCharType="begin"/>
            </w:r>
            <w:r>
              <w:rPr>
                <w:noProof/>
                <w:webHidden/>
              </w:rPr>
              <w:instrText xml:space="preserve"> PAGEREF _Toc240137360 \h </w:instrText>
            </w:r>
            <w:r>
              <w:rPr>
                <w:noProof/>
                <w:webHidden/>
              </w:rPr>
            </w:r>
            <w:r>
              <w:rPr>
                <w:noProof/>
                <w:webHidden/>
              </w:rPr>
              <w:fldChar w:fldCharType="separate"/>
            </w:r>
            <w:r>
              <w:rPr>
                <w:noProof/>
                <w:webHidden/>
              </w:rPr>
              <w:t>39</w:t>
            </w:r>
            <w:r>
              <w:rPr>
                <w:noProof/>
                <w:webHidden/>
              </w:rPr>
              <w:fldChar w:fldCharType="end"/>
            </w:r>
          </w:hyperlink>
        </w:p>
        <w:p w14:paraId="37ED6777" w14:textId="17D6E561"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61" w:history="1">
            <w:r w:rsidRPr="00183255">
              <w:rPr>
                <w:rStyle w:val="Hyperlink"/>
                <w:noProof/>
              </w:rPr>
              <w:t>Template 29: WHS Audit Checklist</w:t>
            </w:r>
            <w:r>
              <w:rPr>
                <w:noProof/>
                <w:webHidden/>
              </w:rPr>
              <w:tab/>
            </w:r>
            <w:r>
              <w:rPr>
                <w:noProof/>
                <w:webHidden/>
              </w:rPr>
              <w:fldChar w:fldCharType="begin"/>
            </w:r>
            <w:r>
              <w:rPr>
                <w:noProof/>
                <w:webHidden/>
              </w:rPr>
              <w:instrText xml:space="preserve"> PAGEREF _Toc240137361 \h </w:instrText>
            </w:r>
            <w:r>
              <w:rPr>
                <w:noProof/>
                <w:webHidden/>
              </w:rPr>
            </w:r>
            <w:r>
              <w:rPr>
                <w:noProof/>
                <w:webHidden/>
              </w:rPr>
              <w:fldChar w:fldCharType="separate"/>
            </w:r>
            <w:r>
              <w:rPr>
                <w:noProof/>
                <w:webHidden/>
              </w:rPr>
              <w:t>40</w:t>
            </w:r>
            <w:r>
              <w:rPr>
                <w:noProof/>
                <w:webHidden/>
              </w:rPr>
              <w:fldChar w:fldCharType="end"/>
            </w:r>
          </w:hyperlink>
        </w:p>
        <w:p w14:paraId="29A708C3" w14:textId="3A32A678"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62" w:history="1">
            <w:r w:rsidRPr="00183255">
              <w:rPr>
                <w:rStyle w:val="Hyperlink"/>
                <w:noProof/>
              </w:rPr>
              <w:t>Template 30: Hazardous Chemical Register</w:t>
            </w:r>
            <w:r>
              <w:rPr>
                <w:noProof/>
                <w:webHidden/>
              </w:rPr>
              <w:tab/>
            </w:r>
            <w:r>
              <w:rPr>
                <w:noProof/>
                <w:webHidden/>
              </w:rPr>
              <w:fldChar w:fldCharType="begin"/>
            </w:r>
            <w:r>
              <w:rPr>
                <w:noProof/>
                <w:webHidden/>
              </w:rPr>
              <w:instrText xml:space="preserve"> PAGEREF _Toc240137362 \h </w:instrText>
            </w:r>
            <w:r>
              <w:rPr>
                <w:noProof/>
                <w:webHidden/>
              </w:rPr>
            </w:r>
            <w:r>
              <w:rPr>
                <w:noProof/>
                <w:webHidden/>
              </w:rPr>
              <w:fldChar w:fldCharType="separate"/>
            </w:r>
            <w:r>
              <w:rPr>
                <w:noProof/>
                <w:webHidden/>
              </w:rPr>
              <w:t>41</w:t>
            </w:r>
            <w:r>
              <w:rPr>
                <w:noProof/>
                <w:webHidden/>
              </w:rPr>
              <w:fldChar w:fldCharType="end"/>
            </w:r>
          </w:hyperlink>
        </w:p>
        <w:p w14:paraId="0807F417" w14:textId="7A01C254" w:rsidR="004E4851" w:rsidRDefault="004E4851">
          <w:pPr>
            <w:pStyle w:val="TOC1"/>
            <w:tabs>
              <w:tab w:val="right" w:leader="dot" w:pos="10214"/>
            </w:tabs>
            <w:rPr>
              <w:rFonts w:asciiTheme="minorHAnsi" w:hAnsiTheme="minorHAnsi"/>
              <w:noProof/>
              <w:kern w:val="2"/>
              <w:sz w:val="24"/>
              <w:szCs w:val="24"/>
              <w:lang w:val="en-AU" w:eastAsia="en-AU"/>
              <w14:ligatures w14:val="standardContextual"/>
            </w:rPr>
          </w:pPr>
          <w:hyperlink w:anchor="_Toc240137363" w:history="1">
            <w:r w:rsidRPr="00183255">
              <w:rPr>
                <w:rStyle w:val="Hyperlink"/>
                <w:noProof/>
              </w:rPr>
              <w:t>Template 31: Safety Data Sheet (SDS) Register</w:t>
            </w:r>
            <w:r>
              <w:rPr>
                <w:noProof/>
                <w:webHidden/>
              </w:rPr>
              <w:tab/>
            </w:r>
            <w:r>
              <w:rPr>
                <w:noProof/>
                <w:webHidden/>
              </w:rPr>
              <w:fldChar w:fldCharType="begin"/>
            </w:r>
            <w:r>
              <w:rPr>
                <w:noProof/>
                <w:webHidden/>
              </w:rPr>
              <w:instrText xml:space="preserve"> PAGEREF _Toc240137363 \h </w:instrText>
            </w:r>
            <w:r>
              <w:rPr>
                <w:noProof/>
                <w:webHidden/>
              </w:rPr>
            </w:r>
            <w:r>
              <w:rPr>
                <w:noProof/>
                <w:webHidden/>
              </w:rPr>
              <w:fldChar w:fldCharType="separate"/>
            </w:r>
            <w:r>
              <w:rPr>
                <w:noProof/>
                <w:webHidden/>
              </w:rPr>
              <w:t>42</w:t>
            </w:r>
            <w:r>
              <w:rPr>
                <w:noProof/>
                <w:webHidden/>
              </w:rPr>
              <w:fldChar w:fldCharType="end"/>
            </w:r>
          </w:hyperlink>
        </w:p>
        <w:p w14:paraId="142D52BA" w14:textId="342BC244" w:rsidR="004E4851" w:rsidRDefault="004E4851">
          <w:r>
            <w:rPr>
              <w:b/>
              <w:bCs/>
              <w:noProof/>
            </w:rPr>
            <w:fldChar w:fldCharType="end"/>
          </w:r>
        </w:p>
      </w:sdtContent>
    </w:sdt>
    <w:p w14:paraId="45D213E4" w14:textId="77777777" w:rsidR="004E4851" w:rsidRDefault="004E4851" w:rsidP="004E4851">
      <w:pPr>
        <w:rPr>
          <w:rFonts w:asciiTheme="majorHAnsi" w:eastAsiaTheme="majorEastAsia" w:hAnsiTheme="majorHAnsi" w:cstheme="majorBidi"/>
        </w:rPr>
      </w:pPr>
    </w:p>
    <w:p w14:paraId="6333B306" w14:textId="77777777" w:rsidR="000E4AB2" w:rsidRDefault="00000000">
      <w:r>
        <w:br w:type="page"/>
      </w:r>
    </w:p>
    <w:p w14:paraId="5167DB66" w14:textId="77777777" w:rsidR="000E4AB2" w:rsidRDefault="00000000" w:rsidP="004E4851">
      <w:pPr>
        <w:pStyle w:val="Heading1"/>
      </w:pPr>
      <w:bookmarkStart w:id="0" w:name="_Toc240137271"/>
      <w:r>
        <w:lastRenderedPageBreak/>
        <w:t xml:space="preserve">Using the WAFA AAOT </w:t>
      </w:r>
      <w:r w:rsidRPr="004E4851">
        <w:t>WHS</w:t>
      </w:r>
      <w:r>
        <w:t xml:space="preserve"> Resource Library</w:t>
      </w:r>
      <w:bookmarkEnd w:id="0"/>
    </w:p>
    <w:p w14:paraId="1858B950" w14:textId="77777777" w:rsidR="000E4AB2" w:rsidRDefault="00000000">
      <w:r>
        <w:t xml:space="preserve">This resource library supports candidates to build, revise and maintain an </w:t>
      </w:r>
      <w:proofErr w:type="gramStart"/>
      <w:r>
        <w:t>AAOT Work</w:t>
      </w:r>
      <w:proofErr w:type="gramEnd"/>
      <w:r>
        <w:t xml:space="preserve"> Health and Safety Practice Manual. The templates are professional resources, not a checklist requiring every candidate to complete every form.</w:t>
      </w:r>
    </w:p>
    <w:p w14:paraId="1ECA0310" w14:textId="77777777" w:rsidR="000E4AB2" w:rsidRDefault="00000000">
      <w:r>
        <w:t>Some templates are specifically required as evidence for Unit 1. Others are optional and should be selected where they are relevant to the candidate's practice, hazards, activities, organisational structure, jurisdiction, clients and assistance animals.</w:t>
      </w:r>
    </w:p>
    <w:p w14:paraId="46E43DDA" w14:textId="77777777" w:rsidR="000E4AB2" w:rsidRDefault="00000000">
      <w:r>
        <w:t>Candidates may adapt WAFA templates, use suitable authorised workplace documentation, combine related documents, or develop their own documentation where this produces a more appropriate professional system. The ability to determine what documentation is required, what is unnecessary, and when an additional system should be developed forms part of the professional judgement expected within the AAOT credential.</w:t>
      </w:r>
    </w:p>
    <w:p w14:paraId="3D25A126" w14:textId="77777777" w:rsidR="000E4AB2" w:rsidRDefault="00000000" w:rsidP="004E4851">
      <w:pPr>
        <w:pStyle w:val="Heading2"/>
      </w:pPr>
      <w:bookmarkStart w:id="1" w:name="_Toc240137272"/>
      <w:r>
        <w:t xml:space="preserve">A living manual across the AAOT </w:t>
      </w:r>
      <w:r w:rsidRPr="004E4851">
        <w:t>course</w:t>
      </w:r>
      <w:bookmarkEnd w:id="1"/>
    </w:p>
    <w:p w14:paraId="67A3F72F" w14:textId="77777777" w:rsidR="000E4AB2" w:rsidRDefault="00000000">
      <w:r>
        <w:t>Unit 1 establishes the WHS foundations. Further specialist documentation will be developed in later units and then incorporated into, or cross-referenced by, the WHS Practice Manual before final Professional Portfolio submission.</w:t>
      </w:r>
    </w:p>
    <w:p w14:paraId="184EB1C0" w14:textId="77777777" w:rsidR="000E4AB2" w:rsidRDefault="00000000">
      <w:pPr>
        <w:pStyle w:val="ListBullet"/>
      </w:pPr>
      <w:r>
        <w:t>Unit 2: Sustainability documentation is developed and receives feedback through the Unit 2 assessment before being integrated into the final WHS Practice Manual.</w:t>
      </w:r>
    </w:p>
    <w:p w14:paraId="1E05C6E7" w14:textId="77777777" w:rsidR="000E4AB2" w:rsidRDefault="00000000">
      <w:pPr>
        <w:pStyle w:val="ListBullet"/>
      </w:pPr>
      <w:r>
        <w:t>Unit 3: Infection Prevention and Control documentation is developed and receives feedback through the Unit 3 assessment before being integrated into the final WHS Practice Manual.</w:t>
      </w:r>
    </w:p>
    <w:p w14:paraId="5EAC4F94" w14:textId="77777777" w:rsidR="000E4AB2" w:rsidRDefault="00000000">
      <w:pPr>
        <w:pStyle w:val="ListBullet"/>
      </w:pPr>
      <w:r>
        <w:t>Later units: any additional policy, procedure, plan, register, risk assessment or professional resource that logically forms part of the WHS system should be incorporated or cross-referenced after relevant learning and feedback.</w:t>
      </w:r>
    </w:p>
    <w:p w14:paraId="1375BB6F" w14:textId="77777777" w:rsidR="000E4AB2" w:rsidRDefault="00000000">
      <w:r>
        <w:t>By final Professional Portfolio submission, the WHS Practice Manual should reflect everything reasonably needed for the candidate's own current or intended AAOT work. No two manuals are expected to be identical.</w:t>
      </w:r>
    </w:p>
    <w:p w14:paraId="26A43C8F" w14:textId="77777777" w:rsidR="000E4AB2" w:rsidRDefault="00000000">
      <w:pPr>
        <w:pStyle w:val="Heading2"/>
      </w:pPr>
      <w:bookmarkStart w:id="2" w:name="_Toc240137273"/>
      <w:r>
        <w:t>Template categories</w:t>
      </w:r>
      <w:bookmarkEnd w:id="2"/>
    </w:p>
    <w:tbl>
      <w:tblPr>
        <w:tblStyle w:val="TableGrid"/>
        <w:tblW w:w="0" w:type="auto"/>
        <w:jc w:val="center"/>
        <w:tblLook w:val="04A0" w:firstRow="1" w:lastRow="0" w:firstColumn="1" w:lastColumn="0" w:noHBand="0" w:noVBand="1"/>
      </w:tblPr>
      <w:tblGrid>
        <w:gridCol w:w="5112"/>
        <w:gridCol w:w="5112"/>
      </w:tblGrid>
      <w:tr w:rsidR="000E4AB2" w14:paraId="534F454D" w14:textId="77777777">
        <w:trPr>
          <w:jc w:val="center"/>
        </w:trPr>
        <w:tc>
          <w:tcPr>
            <w:tcW w:w="5112" w:type="dxa"/>
            <w:shd w:val="clear" w:color="auto" w:fill="D9EAF7"/>
            <w:vAlign w:val="center"/>
          </w:tcPr>
          <w:p w14:paraId="05B40C60" w14:textId="77777777" w:rsidR="000E4AB2" w:rsidRDefault="00000000">
            <w:r>
              <w:rPr>
                <w:b/>
                <w:sz w:val="16"/>
              </w:rPr>
              <w:t>Category</w:t>
            </w:r>
          </w:p>
        </w:tc>
        <w:tc>
          <w:tcPr>
            <w:tcW w:w="5112" w:type="dxa"/>
            <w:shd w:val="clear" w:color="auto" w:fill="D9EAF7"/>
            <w:vAlign w:val="center"/>
          </w:tcPr>
          <w:p w14:paraId="674B6ADB" w14:textId="77777777" w:rsidR="000E4AB2" w:rsidRDefault="00000000">
            <w:r>
              <w:rPr>
                <w:b/>
                <w:sz w:val="16"/>
              </w:rPr>
              <w:t>How to use</w:t>
            </w:r>
          </w:p>
        </w:tc>
      </w:tr>
      <w:tr w:rsidR="000E4AB2" w14:paraId="215ABF47" w14:textId="77777777">
        <w:trPr>
          <w:jc w:val="center"/>
        </w:trPr>
        <w:tc>
          <w:tcPr>
            <w:tcW w:w="5112" w:type="dxa"/>
            <w:vAlign w:val="center"/>
          </w:tcPr>
          <w:p w14:paraId="23226A79" w14:textId="77777777" w:rsidR="000E4AB2" w:rsidRDefault="00000000">
            <w:r>
              <w:rPr>
                <w:b/>
                <w:sz w:val="17"/>
              </w:rPr>
              <w:t>Core Unit 1 assessment resources</w:t>
            </w:r>
          </w:p>
        </w:tc>
        <w:tc>
          <w:tcPr>
            <w:tcW w:w="5112" w:type="dxa"/>
            <w:vAlign w:val="center"/>
          </w:tcPr>
          <w:p w14:paraId="7A5B7314" w14:textId="77777777" w:rsidR="000E4AB2" w:rsidRDefault="00000000">
            <w:r>
              <w:rPr>
                <w:sz w:val="17"/>
              </w:rPr>
              <w:t>Used to demonstrate the foundational WHS systems required by the Unit 1 assessment.</w:t>
            </w:r>
          </w:p>
        </w:tc>
      </w:tr>
      <w:tr w:rsidR="000E4AB2" w14:paraId="4E91325E" w14:textId="77777777">
        <w:trPr>
          <w:jc w:val="center"/>
        </w:trPr>
        <w:tc>
          <w:tcPr>
            <w:tcW w:w="5112" w:type="dxa"/>
            <w:vAlign w:val="center"/>
          </w:tcPr>
          <w:p w14:paraId="3168C7C2" w14:textId="77777777" w:rsidR="000E4AB2" w:rsidRDefault="00000000">
            <w:r>
              <w:rPr>
                <w:b/>
                <w:sz w:val="17"/>
              </w:rPr>
              <w:t>Document-development resources</w:t>
            </w:r>
          </w:p>
        </w:tc>
        <w:tc>
          <w:tcPr>
            <w:tcW w:w="5112" w:type="dxa"/>
            <w:vAlign w:val="center"/>
          </w:tcPr>
          <w:p w14:paraId="1BC42376" w14:textId="77777777" w:rsidR="000E4AB2" w:rsidRDefault="00000000">
            <w:r>
              <w:rPr>
                <w:sz w:val="17"/>
              </w:rPr>
              <w:t>Reusable structures for policies, procedures and task-specific operational documents.</w:t>
            </w:r>
          </w:p>
        </w:tc>
      </w:tr>
      <w:tr w:rsidR="000E4AB2" w14:paraId="0BE81E0C" w14:textId="77777777">
        <w:trPr>
          <w:jc w:val="center"/>
        </w:trPr>
        <w:tc>
          <w:tcPr>
            <w:tcW w:w="5112" w:type="dxa"/>
            <w:vAlign w:val="center"/>
          </w:tcPr>
          <w:p w14:paraId="33462B72" w14:textId="77777777" w:rsidR="000E4AB2" w:rsidRDefault="00000000">
            <w:r>
              <w:rPr>
                <w:b/>
                <w:sz w:val="17"/>
              </w:rPr>
              <w:t>Optional/context-dependent resources</w:t>
            </w:r>
          </w:p>
        </w:tc>
        <w:tc>
          <w:tcPr>
            <w:tcW w:w="5112" w:type="dxa"/>
            <w:vAlign w:val="center"/>
          </w:tcPr>
          <w:p w14:paraId="25FD9273" w14:textId="77777777" w:rsidR="000E4AB2" w:rsidRDefault="00000000">
            <w:r>
              <w:rPr>
                <w:sz w:val="17"/>
              </w:rPr>
              <w:t>Use when materially relevant to the candidate's practice. Do not manufacture irrelevant hazards or paperwork.</w:t>
            </w:r>
          </w:p>
        </w:tc>
      </w:tr>
      <w:tr w:rsidR="000E4AB2" w14:paraId="1C60B56E" w14:textId="77777777">
        <w:trPr>
          <w:jc w:val="center"/>
        </w:trPr>
        <w:tc>
          <w:tcPr>
            <w:tcW w:w="5112" w:type="dxa"/>
            <w:vAlign w:val="center"/>
          </w:tcPr>
          <w:p w14:paraId="62D564C9" w14:textId="77777777" w:rsidR="000E4AB2" w:rsidRDefault="00000000">
            <w:r>
              <w:rPr>
                <w:b/>
                <w:sz w:val="17"/>
              </w:rPr>
              <w:t>Course-spanning resources</w:t>
            </w:r>
          </w:p>
        </w:tc>
        <w:tc>
          <w:tcPr>
            <w:tcW w:w="5112" w:type="dxa"/>
            <w:vAlign w:val="center"/>
          </w:tcPr>
          <w:p w14:paraId="2F88563A" w14:textId="77777777" w:rsidR="000E4AB2" w:rsidRDefault="00000000">
            <w:r>
              <w:rPr>
                <w:sz w:val="17"/>
              </w:rPr>
              <w:t>Used to record feedback, document control and later integration into the final Professional Portfolio.</w:t>
            </w:r>
          </w:p>
        </w:tc>
      </w:tr>
    </w:tbl>
    <w:p w14:paraId="451D05F1" w14:textId="77777777" w:rsidR="000E4AB2" w:rsidRDefault="00000000">
      <w:r>
        <w:br w:type="page"/>
      </w:r>
    </w:p>
    <w:p w14:paraId="0579C53F" w14:textId="77777777" w:rsidR="000E4AB2" w:rsidRDefault="00000000">
      <w:pPr>
        <w:pStyle w:val="Heading1"/>
      </w:pPr>
      <w:bookmarkStart w:id="3" w:name="_Toc240137274"/>
      <w:r>
        <w:lastRenderedPageBreak/>
        <w:t>Template 1: WHS Roles, Responsibilities and Duty-Holder Matrix</w:t>
      </w:r>
      <w:bookmarkEnd w:id="3"/>
    </w:p>
    <w:p w14:paraId="2B90BB6F" w14:textId="77777777" w:rsidR="000E4AB2" w:rsidRDefault="00000000">
      <w:r>
        <w:rPr>
          <w:b/>
        </w:rPr>
        <w:t xml:space="preserve">Purpose: </w:t>
      </w:r>
      <w:r>
        <w:t>Map who holds relevant WHS/OHS responsibilities in the selected AAOT practice context.</w:t>
      </w:r>
    </w:p>
    <w:p w14:paraId="6A7357FB" w14:textId="77777777" w:rsidR="000E4AB2" w:rsidRDefault="00000000">
      <w:r>
        <w:rPr>
          <w:b/>
        </w:rPr>
        <w:t xml:space="preserve">Assessment use: </w:t>
      </w:r>
      <w:r>
        <w:t>Core Unit 1 resource.</w:t>
      </w:r>
    </w:p>
    <w:p w14:paraId="66031D09"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207DCED8" w14:textId="77777777" w:rsidR="000E4AB2" w:rsidRDefault="00000000">
      <w:r>
        <w:rPr>
          <w:b/>
        </w:rPr>
        <w:t xml:space="preserve">Practice/organisation: </w:t>
      </w:r>
      <w:r>
        <w:t>________________________________________________________________________________</w:t>
      </w:r>
    </w:p>
    <w:p w14:paraId="1574EF84" w14:textId="77777777" w:rsidR="000E4AB2" w:rsidRDefault="00000000">
      <w:r>
        <w:rPr>
          <w:b/>
        </w:rPr>
        <w:t xml:space="preserve">Jurisdiction: </w:t>
      </w:r>
      <w:r>
        <w:t>________________________________________________________________________________</w:t>
      </w:r>
    </w:p>
    <w:tbl>
      <w:tblPr>
        <w:tblStyle w:val="TableGrid"/>
        <w:tblW w:w="0" w:type="auto"/>
        <w:jc w:val="center"/>
        <w:tblLook w:val="04A0" w:firstRow="1" w:lastRow="0" w:firstColumn="1" w:lastColumn="0" w:noHBand="0" w:noVBand="1"/>
      </w:tblPr>
      <w:tblGrid>
        <w:gridCol w:w="1704"/>
        <w:gridCol w:w="1704"/>
        <w:gridCol w:w="1704"/>
        <w:gridCol w:w="1704"/>
        <w:gridCol w:w="1704"/>
        <w:gridCol w:w="1704"/>
      </w:tblGrid>
      <w:tr w:rsidR="000E4AB2" w14:paraId="084CFB5D" w14:textId="77777777">
        <w:trPr>
          <w:jc w:val="center"/>
        </w:trPr>
        <w:tc>
          <w:tcPr>
            <w:tcW w:w="1704" w:type="dxa"/>
            <w:shd w:val="clear" w:color="auto" w:fill="D9EAF7"/>
            <w:vAlign w:val="center"/>
          </w:tcPr>
          <w:p w14:paraId="42155386" w14:textId="77777777" w:rsidR="000E4AB2" w:rsidRDefault="00000000">
            <w:r>
              <w:rPr>
                <w:b/>
                <w:sz w:val="16"/>
              </w:rPr>
              <w:t>Role / duty holder</w:t>
            </w:r>
          </w:p>
        </w:tc>
        <w:tc>
          <w:tcPr>
            <w:tcW w:w="1704" w:type="dxa"/>
            <w:shd w:val="clear" w:color="auto" w:fill="D9EAF7"/>
            <w:vAlign w:val="center"/>
          </w:tcPr>
          <w:p w14:paraId="47321AD7" w14:textId="77777777" w:rsidR="000E4AB2" w:rsidRDefault="00000000">
            <w:r>
              <w:rPr>
                <w:b/>
                <w:sz w:val="16"/>
              </w:rPr>
              <w:t>Person / position</w:t>
            </w:r>
          </w:p>
        </w:tc>
        <w:tc>
          <w:tcPr>
            <w:tcW w:w="1704" w:type="dxa"/>
            <w:shd w:val="clear" w:color="auto" w:fill="D9EAF7"/>
            <w:vAlign w:val="center"/>
          </w:tcPr>
          <w:p w14:paraId="683C77CE" w14:textId="77777777" w:rsidR="000E4AB2" w:rsidRDefault="00000000">
            <w:r>
              <w:rPr>
                <w:b/>
                <w:sz w:val="16"/>
              </w:rPr>
              <w:t>Why role applies</w:t>
            </w:r>
          </w:p>
        </w:tc>
        <w:tc>
          <w:tcPr>
            <w:tcW w:w="1704" w:type="dxa"/>
            <w:shd w:val="clear" w:color="auto" w:fill="D9EAF7"/>
            <w:vAlign w:val="center"/>
          </w:tcPr>
          <w:p w14:paraId="72CD0189" w14:textId="77777777" w:rsidR="000E4AB2" w:rsidRDefault="00000000">
            <w:r>
              <w:rPr>
                <w:b/>
                <w:sz w:val="16"/>
              </w:rPr>
              <w:t>Key WHS responsibilities</w:t>
            </w:r>
          </w:p>
        </w:tc>
        <w:tc>
          <w:tcPr>
            <w:tcW w:w="1704" w:type="dxa"/>
            <w:shd w:val="clear" w:color="auto" w:fill="D9EAF7"/>
            <w:vAlign w:val="center"/>
          </w:tcPr>
          <w:p w14:paraId="3DC0CD98" w14:textId="77777777" w:rsidR="000E4AB2" w:rsidRDefault="00000000">
            <w:r>
              <w:rPr>
                <w:b/>
                <w:sz w:val="16"/>
              </w:rPr>
              <w:t>Control / influence</w:t>
            </w:r>
          </w:p>
        </w:tc>
        <w:tc>
          <w:tcPr>
            <w:tcW w:w="1704" w:type="dxa"/>
            <w:shd w:val="clear" w:color="auto" w:fill="D9EAF7"/>
            <w:vAlign w:val="center"/>
          </w:tcPr>
          <w:p w14:paraId="289C1E8E" w14:textId="77777777" w:rsidR="000E4AB2" w:rsidRDefault="00000000">
            <w:r>
              <w:rPr>
                <w:b/>
                <w:sz w:val="16"/>
              </w:rPr>
              <w:t>Consult / coordinate with</w:t>
            </w:r>
          </w:p>
        </w:tc>
      </w:tr>
      <w:tr w:rsidR="000E4AB2" w14:paraId="4430ABBA" w14:textId="77777777">
        <w:trPr>
          <w:jc w:val="center"/>
        </w:trPr>
        <w:tc>
          <w:tcPr>
            <w:tcW w:w="1704" w:type="dxa"/>
            <w:vAlign w:val="center"/>
          </w:tcPr>
          <w:p w14:paraId="0C53E718" w14:textId="77777777" w:rsidR="000E4AB2" w:rsidRDefault="00000000">
            <w:r>
              <w:rPr>
                <w:sz w:val="16"/>
              </w:rPr>
              <w:t xml:space="preserve"> </w:t>
            </w:r>
          </w:p>
        </w:tc>
        <w:tc>
          <w:tcPr>
            <w:tcW w:w="1704" w:type="dxa"/>
            <w:vAlign w:val="center"/>
          </w:tcPr>
          <w:p w14:paraId="09D54210" w14:textId="77777777" w:rsidR="000E4AB2" w:rsidRDefault="00000000">
            <w:r>
              <w:rPr>
                <w:sz w:val="16"/>
              </w:rPr>
              <w:t xml:space="preserve"> </w:t>
            </w:r>
          </w:p>
        </w:tc>
        <w:tc>
          <w:tcPr>
            <w:tcW w:w="1704" w:type="dxa"/>
            <w:vAlign w:val="center"/>
          </w:tcPr>
          <w:p w14:paraId="55541815" w14:textId="77777777" w:rsidR="000E4AB2" w:rsidRDefault="00000000">
            <w:r>
              <w:rPr>
                <w:sz w:val="16"/>
              </w:rPr>
              <w:t xml:space="preserve"> </w:t>
            </w:r>
          </w:p>
        </w:tc>
        <w:tc>
          <w:tcPr>
            <w:tcW w:w="1704" w:type="dxa"/>
            <w:vAlign w:val="center"/>
          </w:tcPr>
          <w:p w14:paraId="162CC748" w14:textId="77777777" w:rsidR="000E4AB2" w:rsidRDefault="00000000">
            <w:r>
              <w:rPr>
                <w:sz w:val="16"/>
              </w:rPr>
              <w:t xml:space="preserve"> </w:t>
            </w:r>
          </w:p>
        </w:tc>
        <w:tc>
          <w:tcPr>
            <w:tcW w:w="1704" w:type="dxa"/>
            <w:vAlign w:val="center"/>
          </w:tcPr>
          <w:p w14:paraId="4EE5CCFA" w14:textId="77777777" w:rsidR="000E4AB2" w:rsidRDefault="00000000">
            <w:r>
              <w:rPr>
                <w:sz w:val="16"/>
              </w:rPr>
              <w:t xml:space="preserve"> </w:t>
            </w:r>
          </w:p>
        </w:tc>
        <w:tc>
          <w:tcPr>
            <w:tcW w:w="1704" w:type="dxa"/>
            <w:vAlign w:val="center"/>
          </w:tcPr>
          <w:p w14:paraId="60F57905" w14:textId="77777777" w:rsidR="000E4AB2" w:rsidRDefault="00000000">
            <w:r>
              <w:rPr>
                <w:sz w:val="16"/>
              </w:rPr>
              <w:t xml:space="preserve"> </w:t>
            </w:r>
          </w:p>
        </w:tc>
      </w:tr>
      <w:tr w:rsidR="000E4AB2" w14:paraId="6DB3CF5A" w14:textId="77777777">
        <w:trPr>
          <w:jc w:val="center"/>
        </w:trPr>
        <w:tc>
          <w:tcPr>
            <w:tcW w:w="1704" w:type="dxa"/>
            <w:vAlign w:val="center"/>
          </w:tcPr>
          <w:p w14:paraId="1A38E287" w14:textId="77777777" w:rsidR="000E4AB2" w:rsidRDefault="00000000">
            <w:r>
              <w:rPr>
                <w:sz w:val="16"/>
              </w:rPr>
              <w:t xml:space="preserve"> </w:t>
            </w:r>
          </w:p>
        </w:tc>
        <w:tc>
          <w:tcPr>
            <w:tcW w:w="1704" w:type="dxa"/>
            <w:vAlign w:val="center"/>
          </w:tcPr>
          <w:p w14:paraId="1357145C" w14:textId="77777777" w:rsidR="000E4AB2" w:rsidRDefault="00000000">
            <w:r>
              <w:rPr>
                <w:sz w:val="16"/>
              </w:rPr>
              <w:t xml:space="preserve"> </w:t>
            </w:r>
          </w:p>
        </w:tc>
        <w:tc>
          <w:tcPr>
            <w:tcW w:w="1704" w:type="dxa"/>
            <w:vAlign w:val="center"/>
          </w:tcPr>
          <w:p w14:paraId="0EB4D38F" w14:textId="77777777" w:rsidR="000E4AB2" w:rsidRDefault="00000000">
            <w:r>
              <w:rPr>
                <w:sz w:val="16"/>
              </w:rPr>
              <w:t xml:space="preserve"> </w:t>
            </w:r>
          </w:p>
        </w:tc>
        <w:tc>
          <w:tcPr>
            <w:tcW w:w="1704" w:type="dxa"/>
            <w:vAlign w:val="center"/>
          </w:tcPr>
          <w:p w14:paraId="4A24C906" w14:textId="77777777" w:rsidR="000E4AB2" w:rsidRDefault="00000000">
            <w:r>
              <w:rPr>
                <w:sz w:val="16"/>
              </w:rPr>
              <w:t xml:space="preserve"> </w:t>
            </w:r>
          </w:p>
        </w:tc>
        <w:tc>
          <w:tcPr>
            <w:tcW w:w="1704" w:type="dxa"/>
            <w:vAlign w:val="center"/>
          </w:tcPr>
          <w:p w14:paraId="0040CE3D" w14:textId="77777777" w:rsidR="000E4AB2" w:rsidRDefault="00000000">
            <w:r>
              <w:rPr>
                <w:sz w:val="16"/>
              </w:rPr>
              <w:t xml:space="preserve"> </w:t>
            </w:r>
          </w:p>
        </w:tc>
        <w:tc>
          <w:tcPr>
            <w:tcW w:w="1704" w:type="dxa"/>
            <w:vAlign w:val="center"/>
          </w:tcPr>
          <w:p w14:paraId="5134B295" w14:textId="77777777" w:rsidR="000E4AB2" w:rsidRDefault="00000000">
            <w:r>
              <w:rPr>
                <w:sz w:val="16"/>
              </w:rPr>
              <w:t xml:space="preserve"> </w:t>
            </w:r>
          </w:p>
        </w:tc>
      </w:tr>
      <w:tr w:rsidR="000E4AB2" w14:paraId="6D421F27" w14:textId="77777777">
        <w:trPr>
          <w:jc w:val="center"/>
        </w:trPr>
        <w:tc>
          <w:tcPr>
            <w:tcW w:w="1704" w:type="dxa"/>
            <w:vAlign w:val="center"/>
          </w:tcPr>
          <w:p w14:paraId="26269407" w14:textId="77777777" w:rsidR="000E4AB2" w:rsidRDefault="00000000">
            <w:r>
              <w:rPr>
                <w:sz w:val="16"/>
              </w:rPr>
              <w:t xml:space="preserve"> </w:t>
            </w:r>
          </w:p>
        </w:tc>
        <w:tc>
          <w:tcPr>
            <w:tcW w:w="1704" w:type="dxa"/>
            <w:vAlign w:val="center"/>
          </w:tcPr>
          <w:p w14:paraId="31098C69" w14:textId="77777777" w:rsidR="000E4AB2" w:rsidRDefault="00000000">
            <w:r>
              <w:rPr>
                <w:sz w:val="16"/>
              </w:rPr>
              <w:t xml:space="preserve"> </w:t>
            </w:r>
          </w:p>
        </w:tc>
        <w:tc>
          <w:tcPr>
            <w:tcW w:w="1704" w:type="dxa"/>
            <w:vAlign w:val="center"/>
          </w:tcPr>
          <w:p w14:paraId="565C7701" w14:textId="77777777" w:rsidR="000E4AB2" w:rsidRDefault="00000000">
            <w:r>
              <w:rPr>
                <w:sz w:val="16"/>
              </w:rPr>
              <w:t xml:space="preserve"> </w:t>
            </w:r>
          </w:p>
        </w:tc>
        <w:tc>
          <w:tcPr>
            <w:tcW w:w="1704" w:type="dxa"/>
            <w:vAlign w:val="center"/>
          </w:tcPr>
          <w:p w14:paraId="344E398E" w14:textId="77777777" w:rsidR="000E4AB2" w:rsidRDefault="00000000">
            <w:r>
              <w:rPr>
                <w:sz w:val="16"/>
              </w:rPr>
              <w:t xml:space="preserve"> </w:t>
            </w:r>
          </w:p>
        </w:tc>
        <w:tc>
          <w:tcPr>
            <w:tcW w:w="1704" w:type="dxa"/>
            <w:vAlign w:val="center"/>
          </w:tcPr>
          <w:p w14:paraId="3802CE69" w14:textId="77777777" w:rsidR="000E4AB2" w:rsidRDefault="00000000">
            <w:r>
              <w:rPr>
                <w:sz w:val="16"/>
              </w:rPr>
              <w:t xml:space="preserve"> </w:t>
            </w:r>
          </w:p>
        </w:tc>
        <w:tc>
          <w:tcPr>
            <w:tcW w:w="1704" w:type="dxa"/>
            <w:vAlign w:val="center"/>
          </w:tcPr>
          <w:p w14:paraId="5EB5531B" w14:textId="77777777" w:rsidR="000E4AB2" w:rsidRDefault="00000000">
            <w:r>
              <w:rPr>
                <w:sz w:val="16"/>
              </w:rPr>
              <w:t xml:space="preserve"> </w:t>
            </w:r>
          </w:p>
        </w:tc>
      </w:tr>
      <w:tr w:rsidR="000E4AB2" w14:paraId="3E0EF5D4" w14:textId="77777777">
        <w:trPr>
          <w:jc w:val="center"/>
        </w:trPr>
        <w:tc>
          <w:tcPr>
            <w:tcW w:w="1704" w:type="dxa"/>
            <w:vAlign w:val="center"/>
          </w:tcPr>
          <w:p w14:paraId="1CB20E09" w14:textId="77777777" w:rsidR="000E4AB2" w:rsidRDefault="00000000">
            <w:r>
              <w:rPr>
                <w:sz w:val="16"/>
              </w:rPr>
              <w:t xml:space="preserve"> </w:t>
            </w:r>
          </w:p>
        </w:tc>
        <w:tc>
          <w:tcPr>
            <w:tcW w:w="1704" w:type="dxa"/>
            <w:vAlign w:val="center"/>
          </w:tcPr>
          <w:p w14:paraId="75D13447" w14:textId="77777777" w:rsidR="000E4AB2" w:rsidRDefault="00000000">
            <w:r>
              <w:rPr>
                <w:sz w:val="16"/>
              </w:rPr>
              <w:t xml:space="preserve"> </w:t>
            </w:r>
          </w:p>
        </w:tc>
        <w:tc>
          <w:tcPr>
            <w:tcW w:w="1704" w:type="dxa"/>
            <w:vAlign w:val="center"/>
          </w:tcPr>
          <w:p w14:paraId="75CF6CCB" w14:textId="77777777" w:rsidR="000E4AB2" w:rsidRDefault="00000000">
            <w:r>
              <w:rPr>
                <w:sz w:val="16"/>
              </w:rPr>
              <w:t xml:space="preserve"> </w:t>
            </w:r>
          </w:p>
        </w:tc>
        <w:tc>
          <w:tcPr>
            <w:tcW w:w="1704" w:type="dxa"/>
            <w:vAlign w:val="center"/>
          </w:tcPr>
          <w:p w14:paraId="318DA241" w14:textId="77777777" w:rsidR="000E4AB2" w:rsidRDefault="00000000">
            <w:r>
              <w:rPr>
                <w:sz w:val="16"/>
              </w:rPr>
              <w:t xml:space="preserve"> </w:t>
            </w:r>
          </w:p>
        </w:tc>
        <w:tc>
          <w:tcPr>
            <w:tcW w:w="1704" w:type="dxa"/>
            <w:vAlign w:val="center"/>
          </w:tcPr>
          <w:p w14:paraId="219670DB" w14:textId="77777777" w:rsidR="000E4AB2" w:rsidRDefault="00000000">
            <w:r>
              <w:rPr>
                <w:sz w:val="16"/>
              </w:rPr>
              <w:t xml:space="preserve"> </w:t>
            </w:r>
          </w:p>
        </w:tc>
        <w:tc>
          <w:tcPr>
            <w:tcW w:w="1704" w:type="dxa"/>
            <w:vAlign w:val="center"/>
          </w:tcPr>
          <w:p w14:paraId="237441D9" w14:textId="77777777" w:rsidR="000E4AB2" w:rsidRDefault="00000000">
            <w:r>
              <w:rPr>
                <w:sz w:val="16"/>
              </w:rPr>
              <w:t xml:space="preserve"> </w:t>
            </w:r>
          </w:p>
        </w:tc>
      </w:tr>
      <w:tr w:rsidR="000E4AB2" w14:paraId="140E3697" w14:textId="77777777">
        <w:trPr>
          <w:jc w:val="center"/>
        </w:trPr>
        <w:tc>
          <w:tcPr>
            <w:tcW w:w="1704" w:type="dxa"/>
            <w:vAlign w:val="center"/>
          </w:tcPr>
          <w:p w14:paraId="5EF9913E" w14:textId="77777777" w:rsidR="000E4AB2" w:rsidRDefault="00000000">
            <w:r>
              <w:rPr>
                <w:sz w:val="16"/>
              </w:rPr>
              <w:t xml:space="preserve"> </w:t>
            </w:r>
          </w:p>
        </w:tc>
        <w:tc>
          <w:tcPr>
            <w:tcW w:w="1704" w:type="dxa"/>
            <w:vAlign w:val="center"/>
          </w:tcPr>
          <w:p w14:paraId="2745DF73" w14:textId="77777777" w:rsidR="000E4AB2" w:rsidRDefault="00000000">
            <w:r>
              <w:rPr>
                <w:sz w:val="16"/>
              </w:rPr>
              <w:t xml:space="preserve"> </w:t>
            </w:r>
          </w:p>
        </w:tc>
        <w:tc>
          <w:tcPr>
            <w:tcW w:w="1704" w:type="dxa"/>
            <w:vAlign w:val="center"/>
          </w:tcPr>
          <w:p w14:paraId="3E9A1625" w14:textId="77777777" w:rsidR="000E4AB2" w:rsidRDefault="00000000">
            <w:r>
              <w:rPr>
                <w:sz w:val="16"/>
              </w:rPr>
              <w:t xml:space="preserve"> </w:t>
            </w:r>
          </w:p>
        </w:tc>
        <w:tc>
          <w:tcPr>
            <w:tcW w:w="1704" w:type="dxa"/>
            <w:vAlign w:val="center"/>
          </w:tcPr>
          <w:p w14:paraId="38505B57" w14:textId="77777777" w:rsidR="000E4AB2" w:rsidRDefault="00000000">
            <w:r>
              <w:rPr>
                <w:sz w:val="16"/>
              </w:rPr>
              <w:t xml:space="preserve"> </w:t>
            </w:r>
          </w:p>
        </w:tc>
        <w:tc>
          <w:tcPr>
            <w:tcW w:w="1704" w:type="dxa"/>
            <w:vAlign w:val="center"/>
          </w:tcPr>
          <w:p w14:paraId="7DCCE088" w14:textId="77777777" w:rsidR="000E4AB2" w:rsidRDefault="00000000">
            <w:r>
              <w:rPr>
                <w:sz w:val="16"/>
              </w:rPr>
              <w:t xml:space="preserve"> </w:t>
            </w:r>
          </w:p>
        </w:tc>
        <w:tc>
          <w:tcPr>
            <w:tcW w:w="1704" w:type="dxa"/>
            <w:vAlign w:val="center"/>
          </w:tcPr>
          <w:p w14:paraId="37CECFFF" w14:textId="77777777" w:rsidR="000E4AB2" w:rsidRDefault="00000000">
            <w:r>
              <w:rPr>
                <w:sz w:val="16"/>
              </w:rPr>
              <w:t xml:space="preserve"> </w:t>
            </w:r>
          </w:p>
        </w:tc>
      </w:tr>
      <w:tr w:rsidR="000E4AB2" w14:paraId="25E8BE77" w14:textId="77777777">
        <w:trPr>
          <w:jc w:val="center"/>
        </w:trPr>
        <w:tc>
          <w:tcPr>
            <w:tcW w:w="1704" w:type="dxa"/>
            <w:vAlign w:val="center"/>
          </w:tcPr>
          <w:p w14:paraId="0051073E" w14:textId="77777777" w:rsidR="000E4AB2" w:rsidRDefault="00000000">
            <w:r>
              <w:rPr>
                <w:sz w:val="16"/>
              </w:rPr>
              <w:t xml:space="preserve"> </w:t>
            </w:r>
          </w:p>
        </w:tc>
        <w:tc>
          <w:tcPr>
            <w:tcW w:w="1704" w:type="dxa"/>
            <w:vAlign w:val="center"/>
          </w:tcPr>
          <w:p w14:paraId="3F8F7478" w14:textId="77777777" w:rsidR="000E4AB2" w:rsidRDefault="00000000">
            <w:r>
              <w:rPr>
                <w:sz w:val="16"/>
              </w:rPr>
              <w:t xml:space="preserve"> </w:t>
            </w:r>
          </w:p>
        </w:tc>
        <w:tc>
          <w:tcPr>
            <w:tcW w:w="1704" w:type="dxa"/>
            <w:vAlign w:val="center"/>
          </w:tcPr>
          <w:p w14:paraId="7D73FA1B" w14:textId="77777777" w:rsidR="000E4AB2" w:rsidRDefault="00000000">
            <w:r>
              <w:rPr>
                <w:sz w:val="16"/>
              </w:rPr>
              <w:t xml:space="preserve"> </w:t>
            </w:r>
          </w:p>
        </w:tc>
        <w:tc>
          <w:tcPr>
            <w:tcW w:w="1704" w:type="dxa"/>
            <w:vAlign w:val="center"/>
          </w:tcPr>
          <w:p w14:paraId="654ED637" w14:textId="77777777" w:rsidR="000E4AB2" w:rsidRDefault="00000000">
            <w:r>
              <w:rPr>
                <w:sz w:val="16"/>
              </w:rPr>
              <w:t xml:space="preserve"> </w:t>
            </w:r>
          </w:p>
        </w:tc>
        <w:tc>
          <w:tcPr>
            <w:tcW w:w="1704" w:type="dxa"/>
            <w:vAlign w:val="center"/>
          </w:tcPr>
          <w:p w14:paraId="1C7CF84A" w14:textId="77777777" w:rsidR="000E4AB2" w:rsidRDefault="00000000">
            <w:r>
              <w:rPr>
                <w:sz w:val="16"/>
              </w:rPr>
              <w:t xml:space="preserve"> </w:t>
            </w:r>
          </w:p>
        </w:tc>
        <w:tc>
          <w:tcPr>
            <w:tcW w:w="1704" w:type="dxa"/>
            <w:vAlign w:val="center"/>
          </w:tcPr>
          <w:p w14:paraId="014DEF7A" w14:textId="77777777" w:rsidR="000E4AB2" w:rsidRDefault="00000000">
            <w:r>
              <w:rPr>
                <w:sz w:val="16"/>
              </w:rPr>
              <w:t xml:space="preserve"> </w:t>
            </w:r>
          </w:p>
        </w:tc>
      </w:tr>
    </w:tbl>
    <w:p w14:paraId="6CDF95F9" w14:textId="77777777" w:rsidR="000E4AB2" w:rsidRDefault="00000000">
      <w:pPr>
        <w:pStyle w:val="Heading2"/>
      </w:pPr>
      <w:bookmarkStart w:id="4" w:name="_Toc240137275"/>
      <w:r>
        <w:t>Professional reasoning prompts</w:t>
      </w:r>
      <w:bookmarkEnd w:id="4"/>
    </w:p>
    <w:p w14:paraId="58896662" w14:textId="77777777" w:rsidR="000E4AB2" w:rsidRDefault="00000000">
      <w:r>
        <w:t>☐ Have I considered whether the practice is a PCBU or equivalent duty holder in the relevant jurisdiction?</w:t>
      </w:r>
    </w:p>
    <w:p w14:paraId="2A2995A5" w14:textId="77777777" w:rsidR="000E4AB2" w:rsidRDefault="00000000">
      <w:r>
        <w:t>☐ If self-employed, have I considered the practitioner's overlapping responsibilities?</w:t>
      </w:r>
    </w:p>
    <w:p w14:paraId="185E9ED4" w14:textId="77777777" w:rsidR="000E4AB2" w:rsidRDefault="00000000">
      <w:r>
        <w:t>☐ Have I distinguished an officer from a manager or senior employee based on actual role and influence rather than title?</w:t>
      </w:r>
    </w:p>
    <w:p w14:paraId="00FFF43A" w14:textId="77777777" w:rsidR="000E4AB2" w:rsidRDefault="00000000">
      <w:r>
        <w:t>☐ Have I identified overlapping duties with other organisations or PCBUs?</w:t>
      </w:r>
    </w:p>
    <w:p w14:paraId="7648F3F0" w14:textId="77777777" w:rsidR="000E4AB2" w:rsidRDefault="00000000">
      <w:r>
        <w:t>☐ Have I considered workers, contractors, students, volunteers and other persons where relevant?</w:t>
      </w:r>
    </w:p>
    <w:p w14:paraId="67C33818" w14:textId="77777777" w:rsidR="000E4AB2" w:rsidRDefault="00000000">
      <w:r>
        <w:t>☐ Have I considered how responsibilities change in homes, schools, workplaces, hospitals, community settings and public environments?</w:t>
      </w:r>
    </w:p>
    <w:p w14:paraId="474BEA7A" w14:textId="77777777" w:rsidR="000E4AB2" w:rsidRDefault="00000000">
      <w:r>
        <w:br w:type="page"/>
      </w:r>
    </w:p>
    <w:p w14:paraId="466F2A87" w14:textId="77777777" w:rsidR="000E4AB2" w:rsidRDefault="00000000">
      <w:pPr>
        <w:pStyle w:val="Heading1"/>
      </w:pPr>
      <w:bookmarkStart w:id="5" w:name="_Toc240137276"/>
      <w:r>
        <w:lastRenderedPageBreak/>
        <w:t>Template 2: Legal, Regulatory and Professional Compliance Register</w:t>
      </w:r>
      <w:bookmarkEnd w:id="5"/>
    </w:p>
    <w:p w14:paraId="31BF5F93" w14:textId="77777777" w:rsidR="000E4AB2" w:rsidRDefault="00000000">
      <w:r>
        <w:rPr>
          <w:b/>
        </w:rPr>
        <w:t xml:space="preserve">Purpose: </w:t>
      </w:r>
      <w:r>
        <w:t>Identify, distinguish and monitor legal, regulatory, professional, organisational and other requirements relevant to AAOT practice.</w:t>
      </w:r>
    </w:p>
    <w:p w14:paraId="15C25EC6" w14:textId="77777777" w:rsidR="000E4AB2" w:rsidRDefault="00000000">
      <w:r>
        <w:rPr>
          <w:b/>
        </w:rPr>
        <w:t xml:space="preserve">Assessment use: </w:t>
      </w:r>
      <w:r>
        <w:t>Core Unit 1 resource.</w:t>
      </w:r>
    </w:p>
    <w:p w14:paraId="5CBA99A2"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tbl>
      <w:tblPr>
        <w:tblStyle w:val="TableGrid"/>
        <w:tblW w:w="0" w:type="auto"/>
        <w:jc w:val="center"/>
        <w:tblLook w:val="04A0" w:firstRow="1" w:lastRow="0" w:firstColumn="1" w:lastColumn="0" w:noHBand="0" w:noVBand="1"/>
      </w:tblPr>
      <w:tblGrid>
        <w:gridCol w:w="1461"/>
        <w:gridCol w:w="1461"/>
        <w:gridCol w:w="1461"/>
        <w:gridCol w:w="1461"/>
        <w:gridCol w:w="1461"/>
        <w:gridCol w:w="1461"/>
        <w:gridCol w:w="1461"/>
      </w:tblGrid>
      <w:tr w:rsidR="000E4AB2" w14:paraId="01B7750C" w14:textId="77777777">
        <w:trPr>
          <w:jc w:val="center"/>
        </w:trPr>
        <w:tc>
          <w:tcPr>
            <w:tcW w:w="1461" w:type="dxa"/>
            <w:shd w:val="clear" w:color="auto" w:fill="D9EAF7"/>
            <w:vAlign w:val="center"/>
          </w:tcPr>
          <w:p w14:paraId="7DA4D588" w14:textId="77777777" w:rsidR="000E4AB2" w:rsidRDefault="00000000">
            <w:r>
              <w:rPr>
                <w:b/>
                <w:sz w:val="16"/>
              </w:rPr>
              <w:t>Requirement / source</w:t>
            </w:r>
          </w:p>
        </w:tc>
        <w:tc>
          <w:tcPr>
            <w:tcW w:w="1461" w:type="dxa"/>
            <w:shd w:val="clear" w:color="auto" w:fill="D9EAF7"/>
            <w:vAlign w:val="center"/>
          </w:tcPr>
          <w:p w14:paraId="37A0C203" w14:textId="77777777" w:rsidR="000E4AB2" w:rsidRDefault="00000000">
            <w:r>
              <w:rPr>
                <w:b/>
                <w:sz w:val="16"/>
              </w:rPr>
              <w:t>Type</w:t>
            </w:r>
          </w:p>
        </w:tc>
        <w:tc>
          <w:tcPr>
            <w:tcW w:w="1461" w:type="dxa"/>
            <w:shd w:val="clear" w:color="auto" w:fill="D9EAF7"/>
            <w:vAlign w:val="center"/>
          </w:tcPr>
          <w:p w14:paraId="2D3FAD74" w14:textId="77777777" w:rsidR="000E4AB2" w:rsidRDefault="00000000">
            <w:r>
              <w:rPr>
                <w:b/>
                <w:sz w:val="16"/>
              </w:rPr>
              <w:t>Jurisdiction / scope</w:t>
            </w:r>
          </w:p>
        </w:tc>
        <w:tc>
          <w:tcPr>
            <w:tcW w:w="1461" w:type="dxa"/>
            <w:shd w:val="clear" w:color="auto" w:fill="D9EAF7"/>
            <w:vAlign w:val="center"/>
          </w:tcPr>
          <w:p w14:paraId="7EEE161A" w14:textId="77777777" w:rsidR="000E4AB2" w:rsidRDefault="00000000">
            <w:r>
              <w:rPr>
                <w:b/>
                <w:sz w:val="16"/>
              </w:rPr>
              <w:t>Relevance to AAOT practice</w:t>
            </w:r>
          </w:p>
        </w:tc>
        <w:tc>
          <w:tcPr>
            <w:tcW w:w="1461" w:type="dxa"/>
            <w:shd w:val="clear" w:color="auto" w:fill="D9EAF7"/>
            <w:vAlign w:val="center"/>
          </w:tcPr>
          <w:p w14:paraId="0ED2D0EB" w14:textId="77777777" w:rsidR="000E4AB2" w:rsidRDefault="00000000">
            <w:r>
              <w:rPr>
                <w:b/>
                <w:sz w:val="16"/>
              </w:rPr>
              <w:t>Responsible person</w:t>
            </w:r>
          </w:p>
        </w:tc>
        <w:tc>
          <w:tcPr>
            <w:tcW w:w="1461" w:type="dxa"/>
            <w:shd w:val="clear" w:color="auto" w:fill="D9EAF7"/>
            <w:vAlign w:val="center"/>
          </w:tcPr>
          <w:p w14:paraId="48A58962" w14:textId="77777777" w:rsidR="000E4AB2" w:rsidRDefault="00000000">
            <w:r>
              <w:rPr>
                <w:b/>
                <w:sz w:val="16"/>
              </w:rPr>
              <w:t>Evidence / action</w:t>
            </w:r>
          </w:p>
        </w:tc>
        <w:tc>
          <w:tcPr>
            <w:tcW w:w="1461" w:type="dxa"/>
            <w:shd w:val="clear" w:color="auto" w:fill="D9EAF7"/>
            <w:vAlign w:val="center"/>
          </w:tcPr>
          <w:p w14:paraId="11944F6B" w14:textId="77777777" w:rsidR="000E4AB2" w:rsidRDefault="00000000">
            <w:r>
              <w:rPr>
                <w:b/>
                <w:sz w:val="16"/>
              </w:rPr>
              <w:t>Review date / trigger</w:t>
            </w:r>
          </w:p>
        </w:tc>
      </w:tr>
      <w:tr w:rsidR="000E4AB2" w14:paraId="5382584F" w14:textId="77777777">
        <w:trPr>
          <w:jc w:val="center"/>
        </w:trPr>
        <w:tc>
          <w:tcPr>
            <w:tcW w:w="1461" w:type="dxa"/>
            <w:vAlign w:val="center"/>
          </w:tcPr>
          <w:p w14:paraId="7611F12C" w14:textId="77777777" w:rsidR="000E4AB2" w:rsidRDefault="00000000">
            <w:r>
              <w:rPr>
                <w:sz w:val="16"/>
              </w:rPr>
              <w:t xml:space="preserve"> </w:t>
            </w:r>
          </w:p>
        </w:tc>
        <w:tc>
          <w:tcPr>
            <w:tcW w:w="1461" w:type="dxa"/>
            <w:vAlign w:val="center"/>
          </w:tcPr>
          <w:p w14:paraId="295E1E72" w14:textId="77777777" w:rsidR="000E4AB2" w:rsidRDefault="00000000">
            <w:r>
              <w:rPr>
                <w:sz w:val="16"/>
              </w:rPr>
              <w:t xml:space="preserve"> </w:t>
            </w:r>
          </w:p>
        </w:tc>
        <w:tc>
          <w:tcPr>
            <w:tcW w:w="1461" w:type="dxa"/>
            <w:vAlign w:val="center"/>
          </w:tcPr>
          <w:p w14:paraId="1AC2D6C1" w14:textId="77777777" w:rsidR="000E4AB2" w:rsidRDefault="00000000">
            <w:r>
              <w:rPr>
                <w:sz w:val="16"/>
              </w:rPr>
              <w:t xml:space="preserve"> </w:t>
            </w:r>
          </w:p>
        </w:tc>
        <w:tc>
          <w:tcPr>
            <w:tcW w:w="1461" w:type="dxa"/>
            <w:vAlign w:val="center"/>
          </w:tcPr>
          <w:p w14:paraId="3FB56DB3" w14:textId="77777777" w:rsidR="000E4AB2" w:rsidRDefault="00000000">
            <w:r>
              <w:rPr>
                <w:sz w:val="16"/>
              </w:rPr>
              <w:t xml:space="preserve"> </w:t>
            </w:r>
          </w:p>
        </w:tc>
        <w:tc>
          <w:tcPr>
            <w:tcW w:w="1461" w:type="dxa"/>
            <w:vAlign w:val="center"/>
          </w:tcPr>
          <w:p w14:paraId="2E3E3FB9" w14:textId="77777777" w:rsidR="000E4AB2" w:rsidRDefault="00000000">
            <w:r>
              <w:rPr>
                <w:sz w:val="16"/>
              </w:rPr>
              <w:t xml:space="preserve"> </w:t>
            </w:r>
          </w:p>
        </w:tc>
        <w:tc>
          <w:tcPr>
            <w:tcW w:w="1461" w:type="dxa"/>
            <w:vAlign w:val="center"/>
          </w:tcPr>
          <w:p w14:paraId="251F71ED" w14:textId="77777777" w:rsidR="000E4AB2" w:rsidRDefault="00000000">
            <w:r>
              <w:rPr>
                <w:sz w:val="16"/>
              </w:rPr>
              <w:t xml:space="preserve"> </w:t>
            </w:r>
          </w:p>
        </w:tc>
        <w:tc>
          <w:tcPr>
            <w:tcW w:w="1461" w:type="dxa"/>
            <w:vAlign w:val="center"/>
          </w:tcPr>
          <w:p w14:paraId="42626325" w14:textId="77777777" w:rsidR="000E4AB2" w:rsidRDefault="00000000">
            <w:r>
              <w:rPr>
                <w:sz w:val="16"/>
              </w:rPr>
              <w:t xml:space="preserve"> </w:t>
            </w:r>
          </w:p>
        </w:tc>
      </w:tr>
      <w:tr w:rsidR="000E4AB2" w14:paraId="32AFFA6C" w14:textId="77777777">
        <w:trPr>
          <w:jc w:val="center"/>
        </w:trPr>
        <w:tc>
          <w:tcPr>
            <w:tcW w:w="1461" w:type="dxa"/>
            <w:vAlign w:val="center"/>
          </w:tcPr>
          <w:p w14:paraId="4A82AEAF" w14:textId="77777777" w:rsidR="000E4AB2" w:rsidRDefault="00000000">
            <w:r>
              <w:rPr>
                <w:sz w:val="16"/>
              </w:rPr>
              <w:t xml:space="preserve"> </w:t>
            </w:r>
          </w:p>
        </w:tc>
        <w:tc>
          <w:tcPr>
            <w:tcW w:w="1461" w:type="dxa"/>
            <w:vAlign w:val="center"/>
          </w:tcPr>
          <w:p w14:paraId="12743D34" w14:textId="77777777" w:rsidR="000E4AB2" w:rsidRDefault="00000000">
            <w:r>
              <w:rPr>
                <w:sz w:val="16"/>
              </w:rPr>
              <w:t xml:space="preserve"> </w:t>
            </w:r>
          </w:p>
        </w:tc>
        <w:tc>
          <w:tcPr>
            <w:tcW w:w="1461" w:type="dxa"/>
            <w:vAlign w:val="center"/>
          </w:tcPr>
          <w:p w14:paraId="105CAE43" w14:textId="77777777" w:rsidR="000E4AB2" w:rsidRDefault="00000000">
            <w:r>
              <w:rPr>
                <w:sz w:val="16"/>
              </w:rPr>
              <w:t xml:space="preserve"> </w:t>
            </w:r>
          </w:p>
        </w:tc>
        <w:tc>
          <w:tcPr>
            <w:tcW w:w="1461" w:type="dxa"/>
            <w:vAlign w:val="center"/>
          </w:tcPr>
          <w:p w14:paraId="4E9606EC" w14:textId="77777777" w:rsidR="000E4AB2" w:rsidRDefault="00000000">
            <w:r>
              <w:rPr>
                <w:sz w:val="16"/>
              </w:rPr>
              <w:t xml:space="preserve"> </w:t>
            </w:r>
          </w:p>
        </w:tc>
        <w:tc>
          <w:tcPr>
            <w:tcW w:w="1461" w:type="dxa"/>
            <w:vAlign w:val="center"/>
          </w:tcPr>
          <w:p w14:paraId="6C94699E" w14:textId="77777777" w:rsidR="000E4AB2" w:rsidRDefault="00000000">
            <w:r>
              <w:rPr>
                <w:sz w:val="16"/>
              </w:rPr>
              <w:t xml:space="preserve"> </w:t>
            </w:r>
          </w:p>
        </w:tc>
        <w:tc>
          <w:tcPr>
            <w:tcW w:w="1461" w:type="dxa"/>
            <w:vAlign w:val="center"/>
          </w:tcPr>
          <w:p w14:paraId="14A4C318" w14:textId="77777777" w:rsidR="000E4AB2" w:rsidRDefault="00000000">
            <w:r>
              <w:rPr>
                <w:sz w:val="16"/>
              </w:rPr>
              <w:t xml:space="preserve"> </w:t>
            </w:r>
          </w:p>
        </w:tc>
        <w:tc>
          <w:tcPr>
            <w:tcW w:w="1461" w:type="dxa"/>
            <w:vAlign w:val="center"/>
          </w:tcPr>
          <w:p w14:paraId="0FDD2A64" w14:textId="77777777" w:rsidR="000E4AB2" w:rsidRDefault="00000000">
            <w:r>
              <w:rPr>
                <w:sz w:val="16"/>
              </w:rPr>
              <w:t xml:space="preserve"> </w:t>
            </w:r>
          </w:p>
        </w:tc>
      </w:tr>
      <w:tr w:rsidR="000E4AB2" w14:paraId="3DB1B919" w14:textId="77777777">
        <w:trPr>
          <w:jc w:val="center"/>
        </w:trPr>
        <w:tc>
          <w:tcPr>
            <w:tcW w:w="1461" w:type="dxa"/>
            <w:vAlign w:val="center"/>
          </w:tcPr>
          <w:p w14:paraId="2426CEA3" w14:textId="77777777" w:rsidR="000E4AB2" w:rsidRDefault="00000000">
            <w:r>
              <w:rPr>
                <w:sz w:val="16"/>
              </w:rPr>
              <w:t xml:space="preserve"> </w:t>
            </w:r>
          </w:p>
        </w:tc>
        <w:tc>
          <w:tcPr>
            <w:tcW w:w="1461" w:type="dxa"/>
            <w:vAlign w:val="center"/>
          </w:tcPr>
          <w:p w14:paraId="7FD20F0A" w14:textId="77777777" w:rsidR="000E4AB2" w:rsidRDefault="00000000">
            <w:r>
              <w:rPr>
                <w:sz w:val="16"/>
              </w:rPr>
              <w:t xml:space="preserve"> </w:t>
            </w:r>
          </w:p>
        </w:tc>
        <w:tc>
          <w:tcPr>
            <w:tcW w:w="1461" w:type="dxa"/>
            <w:vAlign w:val="center"/>
          </w:tcPr>
          <w:p w14:paraId="3897EBF1" w14:textId="77777777" w:rsidR="000E4AB2" w:rsidRDefault="00000000">
            <w:r>
              <w:rPr>
                <w:sz w:val="16"/>
              </w:rPr>
              <w:t xml:space="preserve"> </w:t>
            </w:r>
          </w:p>
        </w:tc>
        <w:tc>
          <w:tcPr>
            <w:tcW w:w="1461" w:type="dxa"/>
            <w:vAlign w:val="center"/>
          </w:tcPr>
          <w:p w14:paraId="37435963" w14:textId="77777777" w:rsidR="000E4AB2" w:rsidRDefault="00000000">
            <w:r>
              <w:rPr>
                <w:sz w:val="16"/>
              </w:rPr>
              <w:t xml:space="preserve"> </w:t>
            </w:r>
          </w:p>
        </w:tc>
        <w:tc>
          <w:tcPr>
            <w:tcW w:w="1461" w:type="dxa"/>
            <w:vAlign w:val="center"/>
          </w:tcPr>
          <w:p w14:paraId="2DC906D4" w14:textId="77777777" w:rsidR="000E4AB2" w:rsidRDefault="00000000">
            <w:r>
              <w:rPr>
                <w:sz w:val="16"/>
              </w:rPr>
              <w:t xml:space="preserve"> </w:t>
            </w:r>
          </w:p>
        </w:tc>
        <w:tc>
          <w:tcPr>
            <w:tcW w:w="1461" w:type="dxa"/>
            <w:vAlign w:val="center"/>
          </w:tcPr>
          <w:p w14:paraId="1417C105" w14:textId="77777777" w:rsidR="000E4AB2" w:rsidRDefault="00000000">
            <w:r>
              <w:rPr>
                <w:sz w:val="16"/>
              </w:rPr>
              <w:t xml:space="preserve"> </w:t>
            </w:r>
          </w:p>
        </w:tc>
        <w:tc>
          <w:tcPr>
            <w:tcW w:w="1461" w:type="dxa"/>
            <w:vAlign w:val="center"/>
          </w:tcPr>
          <w:p w14:paraId="6E5493A9" w14:textId="77777777" w:rsidR="000E4AB2" w:rsidRDefault="00000000">
            <w:r>
              <w:rPr>
                <w:sz w:val="16"/>
              </w:rPr>
              <w:t xml:space="preserve"> </w:t>
            </w:r>
          </w:p>
        </w:tc>
      </w:tr>
      <w:tr w:rsidR="000E4AB2" w14:paraId="68875981" w14:textId="77777777">
        <w:trPr>
          <w:jc w:val="center"/>
        </w:trPr>
        <w:tc>
          <w:tcPr>
            <w:tcW w:w="1461" w:type="dxa"/>
            <w:vAlign w:val="center"/>
          </w:tcPr>
          <w:p w14:paraId="6616D3EA" w14:textId="77777777" w:rsidR="000E4AB2" w:rsidRDefault="00000000">
            <w:r>
              <w:rPr>
                <w:sz w:val="16"/>
              </w:rPr>
              <w:t xml:space="preserve"> </w:t>
            </w:r>
          </w:p>
        </w:tc>
        <w:tc>
          <w:tcPr>
            <w:tcW w:w="1461" w:type="dxa"/>
            <w:vAlign w:val="center"/>
          </w:tcPr>
          <w:p w14:paraId="14CC9E10" w14:textId="77777777" w:rsidR="000E4AB2" w:rsidRDefault="00000000">
            <w:r>
              <w:rPr>
                <w:sz w:val="16"/>
              </w:rPr>
              <w:t xml:space="preserve"> </w:t>
            </w:r>
          </w:p>
        </w:tc>
        <w:tc>
          <w:tcPr>
            <w:tcW w:w="1461" w:type="dxa"/>
            <w:vAlign w:val="center"/>
          </w:tcPr>
          <w:p w14:paraId="08D88E6D" w14:textId="77777777" w:rsidR="000E4AB2" w:rsidRDefault="00000000">
            <w:r>
              <w:rPr>
                <w:sz w:val="16"/>
              </w:rPr>
              <w:t xml:space="preserve"> </w:t>
            </w:r>
          </w:p>
        </w:tc>
        <w:tc>
          <w:tcPr>
            <w:tcW w:w="1461" w:type="dxa"/>
            <w:vAlign w:val="center"/>
          </w:tcPr>
          <w:p w14:paraId="76DCB16E" w14:textId="77777777" w:rsidR="000E4AB2" w:rsidRDefault="00000000">
            <w:r>
              <w:rPr>
                <w:sz w:val="16"/>
              </w:rPr>
              <w:t xml:space="preserve"> </w:t>
            </w:r>
          </w:p>
        </w:tc>
        <w:tc>
          <w:tcPr>
            <w:tcW w:w="1461" w:type="dxa"/>
            <w:vAlign w:val="center"/>
          </w:tcPr>
          <w:p w14:paraId="0B8FADE5" w14:textId="77777777" w:rsidR="000E4AB2" w:rsidRDefault="00000000">
            <w:r>
              <w:rPr>
                <w:sz w:val="16"/>
              </w:rPr>
              <w:t xml:space="preserve"> </w:t>
            </w:r>
          </w:p>
        </w:tc>
        <w:tc>
          <w:tcPr>
            <w:tcW w:w="1461" w:type="dxa"/>
            <w:vAlign w:val="center"/>
          </w:tcPr>
          <w:p w14:paraId="220ED115" w14:textId="77777777" w:rsidR="000E4AB2" w:rsidRDefault="00000000">
            <w:r>
              <w:rPr>
                <w:sz w:val="16"/>
              </w:rPr>
              <w:t xml:space="preserve"> </w:t>
            </w:r>
          </w:p>
        </w:tc>
        <w:tc>
          <w:tcPr>
            <w:tcW w:w="1461" w:type="dxa"/>
            <w:vAlign w:val="center"/>
          </w:tcPr>
          <w:p w14:paraId="2D77D085" w14:textId="77777777" w:rsidR="000E4AB2" w:rsidRDefault="00000000">
            <w:r>
              <w:rPr>
                <w:sz w:val="16"/>
              </w:rPr>
              <w:t xml:space="preserve"> </w:t>
            </w:r>
          </w:p>
        </w:tc>
      </w:tr>
      <w:tr w:rsidR="000E4AB2" w14:paraId="11FB1DF2" w14:textId="77777777">
        <w:trPr>
          <w:jc w:val="center"/>
        </w:trPr>
        <w:tc>
          <w:tcPr>
            <w:tcW w:w="1461" w:type="dxa"/>
            <w:vAlign w:val="center"/>
          </w:tcPr>
          <w:p w14:paraId="2B8185E0" w14:textId="77777777" w:rsidR="000E4AB2" w:rsidRDefault="00000000">
            <w:r>
              <w:rPr>
                <w:sz w:val="16"/>
              </w:rPr>
              <w:t xml:space="preserve"> </w:t>
            </w:r>
          </w:p>
        </w:tc>
        <w:tc>
          <w:tcPr>
            <w:tcW w:w="1461" w:type="dxa"/>
            <w:vAlign w:val="center"/>
          </w:tcPr>
          <w:p w14:paraId="22F9BE50" w14:textId="77777777" w:rsidR="000E4AB2" w:rsidRDefault="00000000">
            <w:r>
              <w:rPr>
                <w:sz w:val="16"/>
              </w:rPr>
              <w:t xml:space="preserve"> </w:t>
            </w:r>
          </w:p>
        </w:tc>
        <w:tc>
          <w:tcPr>
            <w:tcW w:w="1461" w:type="dxa"/>
            <w:vAlign w:val="center"/>
          </w:tcPr>
          <w:p w14:paraId="6206D808" w14:textId="77777777" w:rsidR="000E4AB2" w:rsidRDefault="00000000">
            <w:r>
              <w:rPr>
                <w:sz w:val="16"/>
              </w:rPr>
              <w:t xml:space="preserve"> </w:t>
            </w:r>
          </w:p>
        </w:tc>
        <w:tc>
          <w:tcPr>
            <w:tcW w:w="1461" w:type="dxa"/>
            <w:vAlign w:val="center"/>
          </w:tcPr>
          <w:p w14:paraId="3B9A83FF" w14:textId="77777777" w:rsidR="000E4AB2" w:rsidRDefault="00000000">
            <w:r>
              <w:rPr>
                <w:sz w:val="16"/>
              </w:rPr>
              <w:t xml:space="preserve"> </w:t>
            </w:r>
          </w:p>
        </w:tc>
        <w:tc>
          <w:tcPr>
            <w:tcW w:w="1461" w:type="dxa"/>
            <w:vAlign w:val="center"/>
          </w:tcPr>
          <w:p w14:paraId="31C6A65A" w14:textId="77777777" w:rsidR="000E4AB2" w:rsidRDefault="00000000">
            <w:r>
              <w:rPr>
                <w:sz w:val="16"/>
              </w:rPr>
              <w:t xml:space="preserve"> </w:t>
            </w:r>
          </w:p>
        </w:tc>
        <w:tc>
          <w:tcPr>
            <w:tcW w:w="1461" w:type="dxa"/>
            <w:vAlign w:val="center"/>
          </w:tcPr>
          <w:p w14:paraId="2CE8A6EF" w14:textId="77777777" w:rsidR="000E4AB2" w:rsidRDefault="00000000">
            <w:r>
              <w:rPr>
                <w:sz w:val="16"/>
              </w:rPr>
              <w:t xml:space="preserve"> </w:t>
            </w:r>
          </w:p>
        </w:tc>
        <w:tc>
          <w:tcPr>
            <w:tcW w:w="1461" w:type="dxa"/>
            <w:vAlign w:val="center"/>
          </w:tcPr>
          <w:p w14:paraId="7458E94D" w14:textId="77777777" w:rsidR="000E4AB2" w:rsidRDefault="00000000">
            <w:r>
              <w:rPr>
                <w:sz w:val="16"/>
              </w:rPr>
              <w:t xml:space="preserve"> </w:t>
            </w:r>
          </w:p>
        </w:tc>
      </w:tr>
      <w:tr w:rsidR="000E4AB2" w14:paraId="6E0F9F25" w14:textId="77777777">
        <w:trPr>
          <w:jc w:val="center"/>
        </w:trPr>
        <w:tc>
          <w:tcPr>
            <w:tcW w:w="1461" w:type="dxa"/>
            <w:vAlign w:val="center"/>
          </w:tcPr>
          <w:p w14:paraId="69B880D6" w14:textId="77777777" w:rsidR="000E4AB2" w:rsidRDefault="00000000">
            <w:r>
              <w:rPr>
                <w:sz w:val="16"/>
              </w:rPr>
              <w:t xml:space="preserve"> </w:t>
            </w:r>
          </w:p>
        </w:tc>
        <w:tc>
          <w:tcPr>
            <w:tcW w:w="1461" w:type="dxa"/>
            <w:vAlign w:val="center"/>
          </w:tcPr>
          <w:p w14:paraId="66338D39" w14:textId="77777777" w:rsidR="000E4AB2" w:rsidRDefault="00000000">
            <w:r>
              <w:rPr>
                <w:sz w:val="16"/>
              </w:rPr>
              <w:t xml:space="preserve"> </w:t>
            </w:r>
          </w:p>
        </w:tc>
        <w:tc>
          <w:tcPr>
            <w:tcW w:w="1461" w:type="dxa"/>
            <w:vAlign w:val="center"/>
          </w:tcPr>
          <w:p w14:paraId="62BDAABB" w14:textId="77777777" w:rsidR="000E4AB2" w:rsidRDefault="00000000">
            <w:r>
              <w:rPr>
                <w:sz w:val="16"/>
              </w:rPr>
              <w:t xml:space="preserve"> </w:t>
            </w:r>
          </w:p>
        </w:tc>
        <w:tc>
          <w:tcPr>
            <w:tcW w:w="1461" w:type="dxa"/>
            <w:vAlign w:val="center"/>
          </w:tcPr>
          <w:p w14:paraId="214BBEC6" w14:textId="77777777" w:rsidR="000E4AB2" w:rsidRDefault="00000000">
            <w:r>
              <w:rPr>
                <w:sz w:val="16"/>
              </w:rPr>
              <w:t xml:space="preserve"> </w:t>
            </w:r>
          </w:p>
        </w:tc>
        <w:tc>
          <w:tcPr>
            <w:tcW w:w="1461" w:type="dxa"/>
            <w:vAlign w:val="center"/>
          </w:tcPr>
          <w:p w14:paraId="71E2688D" w14:textId="77777777" w:rsidR="000E4AB2" w:rsidRDefault="00000000">
            <w:r>
              <w:rPr>
                <w:sz w:val="16"/>
              </w:rPr>
              <w:t xml:space="preserve"> </w:t>
            </w:r>
          </w:p>
        </w:tc>
        <w:tc>
          <w:tcPr>
            <w:tcW w:w="1461" w:type="dxa"/>
            <w:vAlign w:val="center"/>
          </w:tcPr>
          <w:p w14:paraId="15D1D306" w14:textId="77777777" w:rsidR="000E4AB2" w:rsidRDefault="00000000">
            <w:r>
              <w:rPr>
                <w:sz w:val="16"/>
              </w:rPr>
              <w:t xml:space="preserve"> </w:t>
            </w:r>
          </w:p>
        </w:tc>
        <w:tc>
          <w:tcPr>
            <w:tcW w:w="1461" w:type="dxa"/>
            <w:vAlign w:val="center"/>
          </w:tcPr>
          <w:p w14:paraId="2D9952F0" w14:textId="77777777" w:rsidR="000E4AB2" w:rsidRDefault="00000000">
            <w:r>
              <w:rPr>
                <w:sz w:val="16"/>
              </w:rPr>
              <w:t xml:space="preserve"> </w:t>
            </w:r>
          </w:p>
        </w:tc>
      </w:tr>
      <w:tr w:rsidR="000E4AB2" w14:paraId="49745ACE" w14:textId="77777777">
        <w:trPr>
          <w:jc w:val="center"/>
        </w:trPr>
        <w:tc>
          <w:tcPr>
            <w:tcW w:w="1461" w:type="dxa"/>
            <w:vAlign w:val="center"/>
          </w:tcPr>
          <w:p w14:paraId="6859461A" w14:textId="77777777" w:rsidR="000E4AB2" w:rsidRDefault="00000000">
            <w:r>
              <w:rPr>
                <w:sz w:val="16"/>
              </w:rPr>
              <w:t xml:space="preserve"> </w:t>
            </w:r>
          </w:p>
        </w:tc>
        <w:tc>
          <w:tcPr>
            <w:tcW w:w="1461" w:type="dxa"/>
            <w:vAlign w:val="center"/>
          </w:tcPr>
          <w:p w14:paraId="43E3306E" w14:textId="77777777" w:rsidR="000E4AB2" w:rsidRDefault="00000000">
            <w:r>
              <w:rPr>
                <w:sz w:val="16"/>
              </w:rPr>
              <w:t xml:space="preserve"> </w:t>
            </w:r>
          </w:p>
        </w:tc>
        <w:tc>
          <w:tcPr>
            <w:tcW w:w="1461" w:type="dxa"/>
            <w:vAlign w:val="center"/>
          </w:tcPr>
          <w:p w14:paraId="7DC5D5C2" w14:textId="77777777" w:rsidR="000E4AB2" w:rsidRDefault="00000000">
            <w:r>
              <w:rPr>
                <w:sz w:val="16"/>
              </w:rPr>
              <w:t xml:space="preserve"> </w:t>
            </w:r>
          </w:p>
        </w:tc>
        <w:tc>
          <w:tcPr>
            <w:tcW w:w="1461" w:type="dxa"/>
            <w:vAlign w:val="center"/>
          </w:tcPr>
          <w:p w14:paraId="29A65F9A" w14:textId="77777777" w:rsidR="000E4AB2" w:rsidRDefault="00000000">
            <w:r>
              <w:rPr>
                <w:sz w:val="16"/>
              </w:rPr>
              <w:t xml:space="preserve"> </w:t>
            </w:r>
          </w:p>
        </w:tc>
        <w:tc>
          <w:tcPr>
            <w:tcW w:w="1461" w:type="dxa"/>
            <w:vAlign w:val="center"/>
          </w:tcPr>
          <w:p w14:paraId="6EAE4E9D" w14:textId="77777777" w:rsidR="000E4AB2" w:rsidRDefault="00000000">
            <w:r>
              <w:rPr>
                <w:sz w:val="16"/>
              </w:rPr>
              <w:t xml:space="preserve"> </w:t>
            </w:r>
          </w:p>
        </w:tc>
        <w:tc>
          <w:tcPr>
            <w:tcW w:w="1461" w:type="dxa"/>
            <w:vAlign w:val="center"/>
          </w:tcPr>
          <w:p w14:paraId="300ADBAA" w14:textId="77777777" w:rsidR="000E4AB2" w:rsidRDefault="00000000">
            <w:r>
              <w:rPr>
                <w:sz w:val="16"/>
              </w:rPr>
              <w:t xml:space="preserve"> </w:t>
            </w:r>
          </w:p>
        </w:tc>
        <w:tc>
          <w:tcPr>
            <w:tcW w:w="1461" w:type="dxa"/>
            <w:vAlign w:val="center"/>
          </w:tcPr>
          <w:p w14:paraId="2B99E1B3" w14:textId="77777777" w:rsidR="000E4AB2" w:rsidRDefault="00000000">
            <w:r>
              <w:rPr>
                <w:sz w:val="16"/>
              </w:rPr>
              <w:t xml:space="preserve"> </w:t>
            </w:r>
          </w:p>
        </w:tc>
      </w:tr>
      <w:tr w:rsidR="000E4AB2" w14:paraId="68D23BAD" w14:textId="77777777">
        <w:trPr>
          <w:jc w:val="center"/>
        </w:trPr>
        <w:tc>
          <w:tcPr>
            <w:tcW w:w="1461" w:type="dxa"/>
            <w:vAlign w:val="center"/>
          </w:tcPr>
          <w:p w14:paraId="0FCC7551" w14:textId="77777777" w:rsidR="000E4AB2" w:rsidRDefault="00000000">
            <w:r>
              <w:rPr>
                <w:sz w:val="16"/>
              </w:rPr>
              <w:t xml:space="preserve"> </w:t>
            </w:r>
          </w:p>
        </w:tc>
        <w:tc>
          <w:tcPr>
            <w:tcW w:w="1461" w:type="dxa"/>
            <w:vAlign w:val="center"/>
          </w:tcPr>
          <w:p w14:paraId="31BD6E28" w14:textId="77777777" w:rsidR="000E4AB2" w:rsidRDefault="00000000">
            <w:r>
              <w:rPr>
                <w:sz w:val="16"/>
              </w:rPr>
              <w:t xml:space="preserve"> </w:t>
            </w:r>
          </w:p>
        </w:tc>
        <w:tc>
          <w:tcPr>
            <w:tcW w:w="1461" w:type="dxa"/>
            <w:vAlign w:val="center"/>
          </w:tcPr>
          <w:p w14:paraId="4B37C42E" w14:textId="77777777" w:rsidR="000E4AB2" w:rsidRDefault="00000000">
            <w:r>
              <w:rPr>
                <w:sz w:val="16"/>
              </w:rPr>
              <w:t xml:space="preserve"> </w:t>
            </w:r>
          </w:p>
        </w:tc>
        <w:tc>
          <w:tcPr>
            <w:tcW w:w="1461" w:type="dxa"/>
            <w:vAlign w:val="center"/>
          </w:tcPr>
          <w:p w14:paraId="356DF5C6" w14:textId="77777777" w:rsidR="000E4AB2" w:rsidRDefault="00000000">
            <w:r>
              <w:rPr>
                <w:sz w:val="16"/>
              </w:rPr>
              <w:t xml:space="preserve"> </w:t>
            </w:r>
          </w:p>
        </w:tc>
        <w:tc>
          <w:tcPr>
            <w:tcW w:w="1461" w:type="dxa"/>
            <w:vAlign w:val="center"/>
          </w:tcPr>
          <w:p w14:paraId="567A7755" w14:textId="77777777" w:rsidR="000E4AB2" w:rsidRDefault="00000000">
            <w:r>
              <w:rPr>
                <w:sz w:val="16"/>
              </w:rPr>
              <w:t xml:space="preserve"> </w:t>
            </w:r>
          </w:p>
        </w:tc>
        <w:tc>
          <w:tcPr>
            <w:tcW w:w="1461" w:type="dxa"/>
            <w:vAlign w:val="center"/>
          </w:tcPr>
          <w:p w14:paraId="3340DFE1" w14:textId="77777777" w:rsidR="000E4AB2" w:rsidRDefault="00000000">
            <w:r>
              <w:rPr>
                <w:sz w:val="16"/>
              </w:rPr>
              <w:t xml:space="preserve"> </w:t>
            </w:r>
          </w:p>
        </w:tc>
        <w:tc>
          <w:tcPr>
            <w:tcW w:w="1461" w:type="dxa"/>
            <w:vAlign w:val="center"/>
          </w:tcPr>
          <w:p w14:paraId="5AD99912" w14:textId="77777777" w:rsidR="000E4AB2" w:rsidRDefault="00000000">
            <w:r>
              <w:rPr>
                <w:sz w:val="16"/>
              </w:rPr>
              <w:t xml:space="preserve"> </w:t>
            </w:r>
          </w:p>
        </w:tc>
      </w:tr>
    </w:tbl>
    <w:p w14:paraId="64484A84" w14:textId="77777777" w:rsidR="000E4AB2" w:rsidRDefault="00000000">
      <w:pPr>
        <w:pStyle w:val="TemplateInstruction"/>
      </w:pPr>
      <w:r>
        <w:t>Type examples: law; regulation; Code of Practice; regulator guidance; professional obligation; organisational requirement; funding requirement; credential requirement; evidence-informed good practice.</w:t>
      </w:r>
    </w:p>
    <w:p w14:paraId="445F8EA8" w14:textId="77777777" w:rsidR="000E4AB2" w:rsidRDefault="00000000">
      <w:r>
        <w:br w:type="page"/>
      </w:r>
    </w:p>
    <w:p w14:paraId="20F0A1AB" w14:textId="77777777" w:rsidR="000E4AB2" w:rsidRDefault="00000000">
      <w:pPr>
        <w:pStyle w:val="Heading1"/>
      </w:pPr>
      <w:bookmarkStart w:id="6" w:name="_Toc240137277"/>
      <w:r>
        <w:lastRenderedPageBreak/>
        <w:t>Template 3: WHS Documentation Framework and Document Register</w:t>
      </w:r>
      <w:bookmarkEnd w:id="6"/>
    </w:p>
    <w:p w14:paraId="4A76E068" w14:textId="77777777" w:rsidR="000E4AB2" w:rsidRDefault="00000000">
      <w:r>
        <w:rPr>
          <w:b/>
        </w:rPr>
        <w:t xml:space="preserve">Purpose: </w:t>
      </w:r>
      <w:r>
        <w:t>Show how the WHS system is organised and control versions of documents within the AAOT WHS Practice Manual.</w:t>
      </w:r>
    </w:p>
    <w:p w14:paraId="4D8BD3F7" w14:textId="77777777" w:rsidR="000E4AB2" w:rsidRDefault="00000000">
      <w:r>
        <w:rPr>
          <w:b/>
        </w:rPr>
        <w:t xml:space="preserve">Assessment use: </w:t>
      </w:r>
      <w:r>
        <w:t>Core Unit 1 resource and course-spanning document.</w:t>
      </w:r>
    </w:p>
    <w:p w14:paraId="084F90F0"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6F77F15F" w14:textId="77777777" w:rsidR="000E4AB2" w:rsidRDefault="00000000">
      <w:r>
        <w:t>Suggested architecture: Policy → Procedure → Risk Assessment → SWP/SOP → Work Instruction → Checklist → Plan → Register</w:t>
      </w:r>
    </w:p>
    <w:tbl>
      <w:tblPr>
        <w:tblStyle w:val="TableGrid"/>
        <w:tblW w:w="0" w:type="auto"/>
        <w:jc w:val="center"/>
        <w:tblLook w:val="04A0" w:firstRow="1" w:lastRow="0" w:firstColumn="1" w:lastColumn="0" w:noHBand="0" w:noVBand="1"/>
      </w:tblPr>
      <w:tblGrid>
        <w:gridCol w:w="1278"/>
        <w:gridCol w:w="1278"/>
        <w:gridCol w:w="1278"/>
        <w:gridCol w:w="1278"/>
        <w:gridCol w:w="1278"/>
        <w:gridCol w:w="1278"/>
        <w:gridCol w:w="1278"/>
        <w:gridCol w:w="1278"/>
      </w:tblGrid>
      <w:tr w:rsidR="000E4AB2" w14:paraId="2EFEF895" w14:textId="77777777">
        <w:trPr>
          <w:jc w:val="center"/>
        </w:trPr>
        <w:tc>
          <w:tcPr>
            <w:tcW w:w="1278" w:type="dxa"/>
            <w:shd w:val="clear" w:color="auto" w:fill="D9EAF7"/>
            <w:vAlign w:val="center"/>
          </w:tcPr>
          <w:p w14:paraId="6773AD77" w14:textId="77777777" w:rsidR="000E4AB2" w:rsidRDefault="00000000">
            <w:r>
              <w:rPr>
                <w:b/>
                <w:sz w:val="16"/>
              </w:rPr>
              <w:t>Document title</w:t>
            </w:r>
          </w:p>
        </w:tc>
        <w:tc>
          <w:tcPr>
            <w:tcW w:w="1278" w:type="dxa"/>
            <w:shd w:val="clear" w:color="auto" w:fill="D9EAF7"/>
            <w:vAlign w:val="center"/>
          </w:tcPr>
          <w:p w14:paraId="5BD2940F" w14:textId="77777777" w:rsidR="000E4AB2" w:rsidRDefault="00000000">
            <w:r>
              <w:rPr>
                <w:b/>
                <w:sz w:val="16"/>
              </w:rPr>
              <w:t>Document type</w:t>
            </w:r>
          </w:p>
        </w:tc>
        <w:tc>
          <w:tcPr>
            <w:tcW w:w="1278" w:type="dxa"/>
            <w:shd w:val="clear" w:color="auto" w:fill="D9EAF7"/>
            <w:vAlign w:val="center"/>
          </w:tcPr>
          <w:p w14:paraId="3886D785" w14:textId="77777777" w:rsidR="000E4AB2" w:rsidRDefault="00000000">
            <w:r>
              <w:rPr>
                <w:b/>
                <w:sz w:val="16"/>
              </w:rPr>
              <w:t>Purpose</w:t>
            </w:r>
          </w:p>
        </w:tc>
        <w:tc>
          <w:tcPr>
            <w:tcW w:w="1278" w:type="dxa"/>
            <w:shd w:val="clear" w:color="auto" w:fill="D9EAF7"/>
            <w:vAlign w:val="center"/>
          </w:tcPr>
          <w:p w14:paraId="2806DB84" w14:textId="77777777" w:rsidR="000E4AB2" w:rsidRDefault="00000000">
            <w:r>
              <w:rPr>
                <w:b/>
                <w:sz w:val="16"/>
              </w:rPr>
              <w:t>Owner / responsible role</w:t>
            </w:r>
          </w:p>
        </w:tc>
        <w:tc>
          <w:tcPr>
            <w:tcW w:w="1278" w:type="dxa"/>
            <w:shd w:val="clear" w:color="auto" w:fill="D9EAF7"/>
            <w:vAlign w:val="center"/>
          </w:tcPr>
          <w:p w14:paraId="2A201465" w14:textId="77777777" w:rsidR="000E4AB2" w:rsidRDefault="00000000">
            <w:r>
              <w:rPr>
                <w:b/>
                <w:sz w:val="16"/>
              </w:rPr>
              <w:t>Version</w:t>
            </w:r>
          </w:p>
        </w:tc>
        <w:tc>
          <w:tcPr>
            <w:tcW w:w="1278" w:type="dxa"/>
            <w:shd w:val="clear" w:color="auto" w:fill="D9EAF7"/>
            <w:vAlign w:val="center"/>
          </w:tcPr>
          <w:p w14:paraId="2BBB3E6F" w14:textId="77777777" w:rsidR="000E4AB2" w:rsidRDefault="00000000">
            <w:r>
              <w:rPr>
                <w:b/>
                <w:sz w:val="16"/>
              </w:rPr>
              <w:t>Approved / effective date</w:t>
            </w:r>
          </w:p>
        </w:tc>
        <w:tc>
          <w:tcPr>
            <w:tcW w:w="1278" w:type="dxa"/>
            <w:shd w:val="clear" w:color="auto" w:fill="D9EAF7"/>
            <w:vAlign w:val="center"/>
          </w:tcPr>
          <w:p w14:paraId="4956F6B3" w14:textId="77777777" w:rsidR="000E4AB2" w:rsidRDefault="00000000">
            <w:r>
              <w:rPr>
                <w:b/>
                <w:sz w:val="16"/>
              </w:rPr>
              <w:t>Review date / trigger</w:t>
            </w:r>
          </w:p>
        </w:tc>
        <w:tc>
          <w:tcPr>
            <w:tcW w:w="1278" w:type="dxa"/>
            <w:shd w:val="clear" w:color="auto" w:fill="D9EAF7"/>
            <w:vAlign w:val="center"/>
          </w:tcPr>
          <w:p w14:paraId="28430AB8" w14:textId="77777777" w:rsidR="000E4AB2" w:rsidRDefault="00000000">
            <w:r>
              <w:rPr>
                <w:b/>
                <w:sz w:val="16"/>
              </w:rPr>
              <w:t>Related documents / location</w:t>
            </w:r>
          </w:p>
        </w:tc>
      </w:tr>
      <w:tr w:rsidR="000E4AB2" w14:paraId="5ADCC7E1" w14:textId="77777777">
        <w:trPr>
          <w:jc w:val="center"/>
        </w:trPr>
        <w:tc>
          <w:tcPr>
            <w:tcW w:w="1278" w:type="dxa"/>
            <w:vAlign w:val="center"/>
          </w:tcPr>
          <w:p w14:paraId="06932767" w14:textId="77777777" w:rsidR="000E4AB2" w:rsidRDefault="00000000">
            <w:r>
              <w:rPr>
                <w:sz w:val="16"/>
              </w:rPr>
              <w:t xml:space="preserve"> </w:t>
            </w:r>
          </w:p>
        </w:tc>
        <w:tc>
          <w:tcPr>
            <w:tcW w:w="1278" w:type="dxa"/>
            <w:vAlign w:val="center"/>
          </w:tcPr>
          <w:p w14:paraId="565B4188" w14:textId="77777777" w:rsidR="000E4AB2" w:rsidRDefault="00000000">
            <w:r>
              <w:rPr>
                <w:sz w:val="16"/>
              </w:rPr>
              <w:t xml:space="preserve"> </w:t>
            </w:r>
          </w:p>
        </w:tc>
        <w:tc>
          <w:tcPr>
            <w:tcW w:w="1278" w:type="dxa"/>
            <w:vAlign w:val="center"/>
          </w:tcPr>
          <w:p w14:paraId="05EDD135" w14:textId="77777777" w:rsidR="000E4AB2" w:rsidRDefault="00000000">
            <w:r>
              <w:rPr>
                <w:sz w:val="16"/>
              </w:rPr>
              <w:t xml:space="preserve"> </w:t>
            </w:r>
          </w:p>
        </w:tc>
        <w:tc>
          <w:tcPr>
            <w:tcW w:w="1278" w:type="dxa"/>
            <w:vAlign w:val="center"/>
          </w:tcPr>
          <w:p w14:paraId="0F7F86B8" w14:textId="77777777" w:rsidR="000E4AB2" w:rsidRDefault="00000000">
            <w:r>
              <w:rPr>
                <w:sz w:val="16"/>
              </w:rPr>
              <w:t xml:space="preserve"> </w:t>
            </w:r>
          </w:p>
        </w:tc>
        <w:tc>
          <w:tcPr>
            <w:tcW w:w="1278" w:type="dxa"/>
            <w:vAlign w:val="center"/>
          </w:tcPr>
          <w:p w14:paraId="2A5FF79E" w14:textId="77777777" w:rsidR="000E4AB2" w:rsidRDefault="00000000">
            <w:r>
              <w:rPr>
                <w:sz w:val="16"/>
              </w:rPr>
              <w:t xml:space="preserve"> </w:t>
            </w:r>
          </w:p>
        </w:tc>
        <w:tc>
          <w:tcPr>
            <w:tcW w:w="1278" w:type="dxa"/>
            <w:vAlign w:val="center"/>
          </w:tcPr>
          <w:p w14:paraId="3EAB39C5" w14:textId="77777777" w:rsidR="000E4AB2" w:rsidRDefault="00000000">
            <w:r>
              <w:rPr>
                <w:sz w:val="16"/>
              </w:rPr>
              <w:t xml:space="preserve"> </w:t>
            </w:r>
          </w:p>
        </w:tc>
        <w:tc>
          <w:tcPr>
            <w:tcW w:w="1278" w:type="dxa"/>
            <w:vAlign w:val="center"/>
          </w:tcPr>
          <w:p w14:paraId="49D41E72" w14:textId="77777777" w:rsidR="000E4AB2" w:rsidRDefault="00000000">
            <w:r>
              <w:rPr>
                <w:sz w:val="16"/>
              </w:rPr>
              <w:t xml:space="preserve"> </w:t>
            </w:r>
          </w:p>
        </w:tc>
        <w:tc>
          <w:tcPr>
            <w:tcW w:w="1278" w:type="dxa"/>
            <w:vAlign w:val="center"/>
          </w:tcPr>
          <w:p w14:paraId="69A0DA1F" w14:textId="77777777" w:rsidR="000E4AB2" w:rsidRDefault="00000000">
            <w:r>
              <w:rPr>
                <w:sz w:val="16"/>
              </w:rPr>
              <w:t xml:space="preserve"> </w:t>
            </w:r>
          </w:p>
        </w:tc>
      </w:tr>
      <w:tr w:rsidR="000E4AB2" w14:paraId="6560DB1B" w14:textId="77777777">
        <w:trPr>
          <w:jc w:val="center"/>
        </w:trPr>
        <w:tc>
          <w:tcPr>
            <w:tcW w:w="1278" w:type="dxa"/>
            <w:vAlign w:val="center"/>
          </w:tcPr>
          <w:p w14:paraId="62ECDCCD" w14:textId="77777777" w:rsidR="000E4AB2" w:rsidRDefault="00000000">
            <w:r>
              <w:rPr>
                <w:sz w:val="16"/>
              </w:rPr>
              <w:t xml:space="preserve"> </w:t>
            </w:r>
          </w:p>
        </w:tc>
        <w:tc>
          <w:tcPr>
            <w:tcW w:w="1278" w:type="dxa"/>
            <w:vAlign w:val="center"/>
          </w:tcPr>
          <w:p w14:paraId="33DF8B0D" w14:textId="77777777" w:rsidR="000E4AB2" w:rsidRDefault="00000000">
            <w:r>
              <w:rPr>
                <w:sz w:val="16"/>
              </w:rPr>
              <w:t xml:space="preserve"> </w:t>
            </w:r>
          </w:p>
        </w:tc>
        <w:tc>
          <w:tcPr>
            <w:tcW w:w="1278" w:type="dxa"/>
            <w:vAlign w:val="center"/>
          </w:tcPr>
          <w:p w14:paraId="21E63EC0" w14:textId="77777777" w:rsidR="000E4AB2" w:rsidRDefault="00000000">
            <w:r>
              <w:rPr>
                <w:sz w:val="16"/>
              </w:rPr>
              <w:t xml:space="preserve"> </w:t>
            </w:r>
          </w:p>
        </w:tc>
        <w:tc>
          <w:tcPr>
            <w:tcW w:w="1278" w:type="dxa"/>
            <w:vAlign w:val="center"/>
          </w:tcPr>
          <w:p w14:paraId="19021B1A" w14:textId="77777777" w:rsidR="000E4AB2" w:rsidRDefault="00000000">
            <w:r>
              <w:rPr>
                <w:sz w:val="16"/>
              </w:rPr>
              <w:t xml:space="preserve"> </w:t>
            </w:r>
          </w:p>
        </w:tc>
        <w:tc>
          <w:tcPr>
            <w:tcW w:w="1278" w:type="dxa"/>
            <w:vAlign w:val="center"/>
          </w:tcPr>
          <w:p w14:paraId="00D675A3" w14:textId="77777777" w:rsidR="000E4AB2" w:rsidRDefault="00000000">
            <w:r>
              <w:rPr>
                <w:sz w:val="16"/>
              </w:rPr>
              <w:t xml:space="preserve"> </w:t>
            </w:r>
          </w:p>
        </w:tc>
        <w:tc>
          <w:tcPr>
            <w:tcW w:w="1278" w:type="dxa"/>
            <w:vAlign w:val="center"/>
          </w:tcPr>
          <w:p w14:paraId="3E6BA2BD" w14:textId="77777777" w:rsidR="000E4AB2" w:rsidRDefault="00000000">
            <w:r>
              <w:rPr>
                <w:sz w:val="16"/>
              </w:rPr>
              <w:t xml:space="preserve"> </w:t>
            </w:r>
          </w:p>
        </w:tc>
        <w:tc>
          <w:tcPr>
            <w:tcW w:w="1278" w:type="dxa"/>
            <w:vAlign w:val="center"/>
          </w:tcPr>
          <w:p w14:paraId="424F132A" w14:textId="77777777" w:rsidR="000E4AB2" w:rsidRDefault="00000000">
            <w:r>
              <w:rPr>
                <w:sz w:val="16"/>
              </w:rPr>
              <w:t xml:space="preserve"> </w:t>
            </w:r>
          </w:p>
        </w:tc>
        <w:tc>
          <w:tcPr>
            <w:tcW w:w="1278" w:type="dxa"/>
            <w:vAlign w:val="center"/>
          </w:tcPr>
          <w:p w14:paraId="6E9F03C7" w14:textId="77777777" w:rsidR="000E4AB2" w:rsidRDefault="00000000">
            <w:r>
              <w:rPr>
                <w:sz w:val="16"/>
              </w:rPr>
              <w:t xml:space="preserve"> </w:t>
            </w:r>
          </w:p>
        </w:tc>
      </w:tr>
      <w:tr w:rsidR="000E4AB2" w14:paraId="23B28D1D" w14:textId="77777777">
        <w:trPr>
          <w:jc w:val="center"/>
        </w:trPr>
        <w:tc>
          <w:tcPr>
            <w:tcW w:w="1278" w:type="dxa"/>
            <w:vAlign w:val="center"/>
          </w:tcPr>
          <w:p w14:paraId="4FC297B7" w14:textId="77777777" w:rsidR="000E4AB2" w:rsidRDefault="00000000">
            <w:r>
              <w:rPr>
                <w:sz w:val="16"/>
              </w:rPr>
              <w:t xml:space="preserve"> </w:t>
            </w:r>
          </w:p>
        </w:tc>
        <w:tc>
          <w:tcPr>
            <w:tcW w:w="1278" w:type="dxa"/>
            <w:vAlign w:val="center"/>
          </w:tcPr>
          <w:p w14:paraId="77431973" w14:textId="77777777" w:rsidR="000E4AB2" w:rsidRDefault="00000000">
            <w:r>
              <w:rPr>
                <w:sz w:val="16"/>
              </w:rPr>
              <w:t xml:space="preserve"> </w:t>
            </w:r>
          </w:p>
        </w:tc>
        <w:tc>
          <w:tcPr>
            <w:tcW w:w="1278" w:type="dxa"/>
            <w:vAlign w:val="center"/>
          </w:tcPr>
          <w:p w14:paraId="6434460A" w14:textId="77777777" w:rsidR="000E4AB2" w:rsidRDefault="00000000">
            <w:r>
              <w:rPr>
                <w:sz w:val="16"/>
              </w:rPr>
              <w:t xml:space="preserve"> </w:t>
            </w:r>
          </w:p>
        </w:tc>
        <w:tc>
          <w:tcPr>
            <w:tcW w:w="1278" w:type="dxa"/>
            <w:vAlign w:val="center"/>
          </w:tcPr>
          <w:p w14:paraId="446FD1D0" w14:textId="77777777" w:rsidR="000E4AB2" w:rsidRDefault="00000000">
            <w:r>
              <w:rPr>
                <w:sz w:val="16"/>
              </w:rPr>
              <w:t xml:space="preserve"> </w:t>
            </w:r>
          </w:p>
        </w:tc>
        <w:tc>
          <w:tcPr>
            <w:tcW w:w="1278" w:type="dxa"/>
            <w:vAlign w:val="center"/>
          </w:tcPr>
          <w:p w14:paraId="10D0ECC9" w14:textId="77777777" w:rsidR="000E4AB2" w:rsidRDefault="00000000">
            <w:r>
              <w:rPr>
                <w:sz w:val="16"/>
              </w:rPr>
              <w:t xml:space="preserve"> </w:t>
            </w:r>
          </w:p>
        </w:tc>
        <w:tc>
          <w:tcPr>
            <w:tcW w:w="1278" w:type="dxa"/>
            <w:vAlign w:val="center"/>
          </w:tcPr>
          <w:p w14:paraId="3A1894CA" w14:textId="77777777" w:rsidR="000E4AB2" w:rsidRDefault="00000000">
            <w:r>
              <w:rPr>
                <w:sz w:val="16"/>
              </w:rPr>
              <w:t xml:space="preserve"> </w:t>
            </w:r>
          </w:p>
        </w:tc>
        <w:tc>
          <w:tcPr>
            <w:tcW w:w="1278" w:type="dxa"/>
            <w:vAlign w:val="center"/>
          </w:tcPr>
          <w:p w14:paraId="5C10E4F2" w14:textId="77777777" w:rsidR="000E4AB2" w:rsidRDefault="00000000">
            <w:r>
              <w:rPr>
                <w:sz w:val="16"/>
              </w:rPr>
              <w:t xml:space="preserve"> </w:t>
            </w:r>
          </w:p>
        </w:tc>
        <w:tc>
          <w:tcPr>
            <w:tcW w:w="1278" w:type="dxa"/>
            <w:vAlign w:val="center"/>
          </w:tcPr>
          <w:p w14:paraId="0F2BF068" w14:textId="77777777" w:rsidR="000E4AB2" w:rsidRDefault="00000000">
            <w:r>
              <w:rPr>
                <w:sz w:val="16"/>
              </w:rPr>
              <w:t xml:space="preserve"> </w:t>
            </w:r>
          </w:p>
        </w:tc>
      </w:tr>
      <w:tr w:rsidR="000E4AB2" w14:paraId="0C1F63E4" w14:textId="77777777">
        <w:trPr>
          <w:jc w:val="center"/>
        </w:trPr>
        <w:tc>
          <w:tcPr>
            <w:tcW w:w="1278" w:type="dxa"/>
            <w:vAlign w:val="center"/>
          </w:tcPr>
          <w:p w14:paraId="13DC6861" w14:textId="77777777" w:rsidR="000E4AB2" w:rsidRDefault="00000000">
            <w:r>
              <w:rPr>
                <w:sz w:val="16"/>
              </w:rPr>
              <w:t xml:space="preserve"> </w:t>
            </w:r>
          </w:p>
        </w:tc>
        <w:tc>
          <w:tcPr>
            <w:tcW w:w="1278" w:type="dxa"/>
            <w:vAlign w:val="center"/>
          </w:tcPr>
          <w:p w14:paraId="099D18B9" w14:textId="77777777" w:rsidR="000E4AB2" w:rsidRDefault="00000000">
            <w:r>
              <w:rPr>
                <w:sz w:val="16"/>
              </w:rPr>
              <w:t xml:space="preserve"> </w:t>
            </w:r>
          </w:p>
        </w:tc>
        <w:tc>
          <w:tcPr>
            <w:tcW w:w="1278" w:type="dxa"/>
            <w:vAlign w:val="center"/>
          </w:tcPr>
          <w:p w14:paraId="6ACA2F9F" w14:textId="77777777" w:rsidR="000E4AB2" w:rsidRDefault="00000000">
            <w:r>
              <w:rPr>
                <w:sz w:val="16"/>
              </w:rPr>
              <w:t xml:space="preserve"> </w:t>
            </w:r>
          </w:p>
        </w:tc>
        <w:tc>
          <w:tcPr>
            <w:tcW w:w="1278" w:type="dxa"/>
            <w:vAlign w:val="center"/>
          </w:tcPr>
          <w:p w14:paraId="6991CC5D" w14:textId="77777777" w:rsidR="000E4AB2" w:rsidRDefault="00000000">
            <w:r>
              <w:rPr>
                <w:sz w:val="16"/>
              </w:rPr>
              <w:t xml:space="preserve"> </w:t>
            </w:r>
          </w:p>
        </w:tc>
        <w:tc>
          <w:tcPr>
            <w:tcW w:w="1278" w:type="dxa"/>
            <w:vAlign w:val="center"/>
          </w:tcPr>
          <w:p w14:paraId="1959F151" w14:textId="77777777" w:rsidR="000E4AB2" w:rsidRDefault="00000000">
            <w:r>
              <w:rPr>
                <w:sz w:val="16"/>
              </w:rPr>
              <w:t xml:space="preserve"> </w:t>
            </w:r>
          </w:p>
        </w:tc>
        <w:tc>
          <w:tcPr>
            <w:tcW w:w="1278" w:type="dxa"/>
            <w:vAlign w:val="center"/>
          </w:tcPr>
          <w:p w14:paraId="2A8B68A0" w14:textId="77777777" w:rsidR="000E4AB2" w:rsidRDefault="00000000">
            <w:r>
              <w:rPr>
                <w:sz w:val="16"/>
              </w:rPr>
              <w:t xml:space="preserve"> </w:t>
            </w:r>
          </w:p>
        </w:tc>
        <w:tc>
          <w:tcPr>
            <w:tcW w:w="1278" w:type="dxa"/>
            <w:vAlign w:val="center"/>
          </w:tcPr>
          <w:p w14:paraId="41397E71" w14:textId="77777777" w:rsidR="000E4AB2" w:rsidRDefault="00000000">
            <w:r>
              <w:rPr>
                <w:sz w:val="16"/>
              </w:rPr>
              <w:t xml:space="preserve"> </w:t>
            </w:r>
          </w:p>
        </w:tc>
        <w:tc>
          <w:tcPr>
            <w:tcW w:w="1278" w:type="dxa"/>
            <w:vAlign w:val="center"/>
          </w:tcPr>
          <w:p w14:paraId="55B4975B" w14:textId="77777777" w:rsidR="000E4AB2" w:rsidRDefault="00000000">
            <w:r>
              <w:rPr>
                <w:sz w:val="16"/>
              </w:rPr>
              <w:t xml:space="preserve"> </w:t>
            </w:r>
          </w:p>
        </w:tc>
      </w:tr>
      <w:tr w:rsidR="000E4AB2" w14:paraId="76A505EF" w14:textId="77777777">
        <w:trPr>
          <w:jc w:val="center"/>
        </w:trPr>
        <w:tc>
          <w:tcPr>
            <w:tcW w:w="1278" w:type="dxa"/>
            <w:vAlign w:val="center"/>
          </w:tcPr>
          <w:p w14:paraId="2B47CF89" w14:textId="77777777" w:rsidR="000E4AB2" w:rsidRDefault="00000000">
            <w:r>
              <w:rPr>
                <w:sz w:val="16"/>
              </w:rPr>
              <w:t xml:space="preserve"> </w:t>
            </w:r>
          </w:p>
        </w:tc>
        <w:tc>
          <w:tcPr>
            <w:tcW w:w="1278" w:type="dxa"/>
            <w:vAlign w:val="center"/>
          </w:tcPr>
          <w:p w14:paraId="7CF18CF6" w14:textId="77777777" w:rsidR="000E4AB2" w:rsidRDefault="00000000">
            <w:r>
              <w:rPr>
                <w:sz w:val="16"/>
              </w:rPr>
              <w:t xml:space="preserve"> </w:t>
            </w:r>
          </w:p>
        </w:tc>
        <w:tc>
          <w:tcPr>
            <w:tcW w:w="1278" w:type="dxa"/>
            <w:vAlign w:val="center"/>
          </w:tcPr>
          <w:p w14:paraId="59B9C389" w14:textId="77777777" w:rsidR="000E4AB2" w:rsidRDefault="00000000">
            <w:r>
              <w:rPr>
                <w:sz w:val="16"/>
              </w:rPr>
              <w:t xml:space="preserve"> </w:t>
            </w:r>
          </w:p>
        </w:tc>
        <w:tc>
          <w:tcPr>
            <w:tcW w:w="1278" w:type="dxa"/>
            <w:vAlign w:val="center"/>
          </w:tcPr>
          <w:p w14:paraId="468F3683" w14:textId="77777777" w:rsidR="000E4AB2" w:rsidRDefault="00000000">
            <w:r>
              <w:rPr>
                <w:sz w:val="16"/>
              </w:rPr>
              <w:t xml:space="preserve"> </w:t>
            </w:r>
          </w:p>
        </w:tc>
        <w:tc>
          <w:tcPr>
            <w:tcW w:w="1278" w:type="dxa"/>
            <w:vAlign w:val="center"/>
          </w:tcPr>
          <w:p w14:paraId="7F2B0DF6" w14:textId="77777777" w:rsidR="000E4AB2" w:rsidRDefault="00000000">
            <w:r>
              <w:rPr>
                <w:sz w:val="16"/>
              </w:rPr>
              <w:t xml:space="preserve"> </w:t>
            </w:r>
          </w:p>
        </w:tc>
        <w:tc>
          <w:tcPr>
            <w:tcW w:w="1278" w:type="dxa"/>
            <w:vAlign w:val="center"/>
          </w:tcPr>
          <w:p w14:paraId="31C3966C" w14:textId="77777777" w:rsidR="000E4AB2" w:rsidRDefault="00000000">
            <w:r>
              <w:rPr>
                <w:sz w:val="16"/>
              </w:rPr>
              <w:t xml:space="preserve"> </w:t>
            </w:r>
          </w:p>
        </w:tc>
        <w:tc>
          <w:tcPr>
            <w:tcW w:w="1278" w:type="dxa"/>
            <w:vAlign w:val="center"/>
          </w:tcPr>
          <w:p w14:paraId="376E710C" w14:textId="77777777" w:rsidR="000E4AB2" w:rsidRDefault="00000000">
            <w:r>
              <w:rPr>
                <w:sz w:val="16"/>
              </w:rPr>
              <w:t xml:space="preserve"> </w:t>
            </w:r>
          </w:p>
        </w:tc>
        <w:tc>
          <w:tcPr>
            <w:tcW w:w="1278" w:type="dxa"/>
            <w:vAlign w:val="center"/>
          </w:tcPr>
          <w:p w14:paraId="22F39B99" w14:textId="77777777" w:rsidR="000E4AB2" w:rsidRDefault="00000000">
            <w:r>
              <w:rPr>
                <w:sz w:val="16"/>
              </w:rPr>
              <w:t xml:space="preserve"> </w:t>
            </w:r>
          </w:p>
        </w:tc>
      </w:tr>
      <w:tr w:rsidR="000E4AB2" w14:paraId="4BB68E7B" w14:textId="77777777">
        <w:trPr>
          <w:jc w:val="center"/>
        </w:trPr>
        <w:tc>
          <w:tcPr>
            <w:tcW w:w="1278" w:type="dxa"/>
            <w:vAlign w:val="center"/>
          </w:tcPr>
          <w:p w14:paraId="33E19B5C" w14:textId="77777777" w:rsidR="000E4AB2" w:rsidRDefault="00000000">
            <w:r>
              <w:rPr>
                <w:sz w:val="16"/>
              </w:rPr>
              <w:t xml:space="preserve"> </w:t>
            </w:r>
          </w:p>
        </w:tc>
        <w:tc>
          <w:tcPr>
            <w:tcW w:w="1278" w:type="dxa"/>
            <w:vAlign w:val="center"/>
          </w:tcPr>
          <w:p w14:paraId="7111E3DF" w14:textId="77777777" w:rsidR="000E4AB2" w:rsidRDefault="00000000">
            <w:r>
              <w:rPr>
                <w:sz w:val="16"/>
              </w:rPr>
              <w:t xml:space="preserve"> </w:t>
            </w:r>
          </w:p>
        </w:tc>
        <w:tc>
          <w:tcPr>
            <w:tcW w:w="1278" w:type="dxa"/>
            <w:vAlign w:val="center"/>
          </w:tcPr>
          <w:p w14:paraId="565FDED7" w14:textId="77777777" w:rsidR="000E4AB2" w:rsidRDefault="00000000">
            <w:r>
              <w:rPr>
                <w:sz w:val="16"/>
              </w:rPr>
              <w:t xml:space="preserve"> </w:t>
            </w:r>
          </w:p>
        </w:tc>
        <w:tc>
          <w:tcPr>
            <w:tcW w:w="1278" w:type="dxa"/>
            <w:vAlign w:val="center"/>
          </w:tcPr>
          <w:p w14:paraId="36F4CF9F" w14:textId="77777777" w:rsidR="000E4AB2" w:rsidRDefault="00000000">
            <w:r>
              <w:rPr>
                <w:sz w:val="16"/>
              </w:rPr>
              <w:t xml:space="preserve"> </w:t>
            </w:r>
          </w:p>
        </w:tc>
        <w:tc>
          <w:tcPr>
            <w:tcW w:w="1278" w:type="dxa"/>
            <w:vAlign w:val="center"/>
          </w:tcPr>
          <w:p w14:paraId="68CDE7B7" w14:textId="77777777" w:rsidR="000E4AB2" w:rsidRDefault="00000000">
            <w:r>
              <w:rPr>
                <w:sz w:val="16"/>
              </w:rPr>
              <w:t xml:space="preserve"> </w:t>
            </w:r>
          </w:p>
        </w:tc>
        <w:tc>
          <w:tcPr>
            <w:tcW w:w="1278" w:type="dxa"/>
            <w:vAlign w:val="center"/>
          </w:tcPr>
          <w:p w14:paraId="3E3F5955" w14:textId="77777777" w:rsidR="000E4AB2" w:rsidRDefault="00000000">
            <w:r>
              <w:rPr>
                <w:sz w:val="16"/>
              </w:rPr>
              <w:t xml:space="preserve"> </w:t>
            </w:r>
          </w:p>
        </w:tc>
        <w:tc>
          <w:tcPr>
            <w:tcW w:w="1278" w:type="dxa"/>
            <w:vAlign w:val="center"/>
          </w:tcPr>
          <w:p w14:paraId="1F52E367" w14:textId="77777777" w:rsidR="000E4AB2" w:rsidRDefault="00000000">
            <w:r>
              <w:rPr>
                <w:sz w:val="16"/>
              </w:rPr>
              <w:t xml:space="preserve"> </w:t>
            </w:r>
          </w:p>
        </w:tc>
        <w:tc>
          <w:tcPr>
            <w:tcW w:w="1278" w:type="dxa"/>
            <w:vAlign w:val="center"/>
          </w:tcPr>
          <w:p w14:paraId="49EAB1DF" w14:textId="77777777" w:rsidR="000E4AB2" w:rsidRDefault="00000000">
            <w:r>
              <w:rPr>
                <w:sz w:val="16"/>
              </w:rPr>
              <w:t xml:space="preserve"> </w:t>
            </w:r>
          </w:p>
        </w:tc>
      </w:tr>
      <w:tr w:rsidR="000E4AB2" w14:paraId="71180ABA" w14:textId="77777777">
        <w:trPr>
          <w:jc w:val="center"/>
        </w:trPr>
        <w:tc>
          <w:tcPr>
            <w:tcW w:w="1278" w:type="dxa"/>
            <w:vAlign w:val="center"/>
          </w:tcPr>
          <w:p w14:paraId="3584CFB0" w14:textId="77777777" w:rsidR="000E4AB2" w:rsidRDefault="00000000">
            <w:r>
              <w:rPr>
                <w:sz w:val="16"/>
              </w:rPr>
              <w:t xml:space="preserve"> </w:t>
            </w:r>
          </w:p>
        </w:tc>
        <w:tc>
          <w:tcPr>
            <w:tcW w:w="1278" w:type="dxa"/>
            <w:vAlign w:val="center"/>
          </w:tcPr>
          <w:p w14:paraId="432065F5" w14:textId="77777777" w:rsidR="000E4AB2" w:rsidRDefault="00000000">
            <w:r>
              <w:rPr>
                <w:sz w:val="16"/>
              </w:rPr>
              <w:t xml:space="preserve"> </w:t>
            </w:r>
          </w:p>
        </w:tc>
        <w:tc>
          <w:tcPr>
            <w:tcW w:w="1278" w:type="dxa"/>
            <w:vAlign w:val="center"/>
          </w:tcPr>
          <w:p w14:paraId="4CF44BBC" w14:textId="77777777" w:rsidR="000E4AB2" w:rsidRDefault="00000000">
            <w:r>
              <w:rPr>
                <w:sz w:val="16"/>
              </w:rPr>
              <w:t xml:space="preserve"> </w:t>
            </w:r>
          </w:p>
        </w:tc>
        <w:tc>
          <w:tcPr>
            <w:tcW w:w="1278" w:type="dxa"/>
            <w:vAlign w:val="center"/>
          </w:tcPr>
          <w:p w14:paraId="530A3C12" w14:textId="77777777" w:rsidR="000E4AB2" w:rsidRDefault="00000000">
            <w:r>
              <w:rPr>
                <w:sz w:val="16"/>
              </w:rPr>
              <w:t xml:space="preserve"> </w:t>
            </w:r>
          </w:p>
        </w:tc>
        <w:tc>
          <w:tcPr>
            <w:tcW w:w="1278" w:type="dxa"/>
            <w:vAlign w:val="center"/>
          </w:tcPr>
          <w:p w14:paraId="4AAF5109" w14:textId="77777777" w:rsidR="000E4AB2" w:rsidRDefault="00000000">
            <w:r>
              <w:rPr>
                <w:sz w:val="16"/>
              </w:rPr>
              <w:t xml:space="preserve"> </w:t>
            </w:r>
          </w:p>
        </w:tc>
        <w:tc>
          <w:tcPr>
            <w:tcW w:w="1278" w:type="dxa"/>
            <w:vAlign w:val="center"/>
          </w:tcPr>
          <w:p w14:paraId="42C49F96" w14:textId="77777777" w:rsidR="000E4AB2" w:rsidRDefault="00000000">
            <w:r>
              <w:rPr>
                <w:sz w:val="16"/>
              </w:rPr>
              <w:t xml:space="preserve"> </w:t>
            </w:r>
          </w:p>
        </w:tc>
        <w:tc>
          <w:tcPr>
            <w:tcW w:w="1278" w:type="dxa"/>
            <w:vAlign w:val="center"/>
          </w:tcPr>
          <w:p w14:paraId="0C2B04C1" w14:textId="77777777" w:rsidR="000E4AB2" w:rsidRDefault="00000000">
            <w:r>
              <w:rPr>
                <w:sz w:val="16"/>
              </w:rPr>
              <w:t xml:space="preserve"> </w:t>
            </w:r>
          </w:p>
        </w:tc>
        <w:tc>
          <w:tcPr>
            <w:tcW w:w="1278" w:type="dxa"/>
            <w:vAlign w:val="center"/>
          </w:tcPr>
          <w:p w14:paraId="6962099F" w14:textId="77777777" w:rsidR="000E4AB2" w:rsidRDefault="00000000">
            <w:r>
              <w:rPr>
                <w:sz w:val="16"/>
              </w:rPr>
              <w:t xml:space="preserve"> </w:t>
            </w:r>
          </w:p>
        </w:tc>
      </w:tr>
      <w:tr w:rsidR="000E4AB2" w14:paraId="63706AF4" w14:textId="77777777">
        <w:trPr>
          <w:jc w:val="center"/>
        </w:trPr>
        <w:tc>
          <w:tcPr>
            <w:tcW w:w="1278" w:type="dxa"/>
            <w:vAlign w:val="center"/>
          </w:tcPr>
          <w:p w14:paraId="426065F9" w14:textId="77777777" w:rsidR="000E4AB2" w:rsidRDefault="00000000">
            <w:r>
              <w:rPr>
                <w:sz w:val="16"/>
              </w:rPr>
              <w:t xml:space="preserve"> </w:t>
            </w:r>
          </w:p>
        </w:tc>
        <w:tc>
          <w:tcPr>
            <w:tcW w:w="1278" w:type="dxa"/>
            <w:vAlign w:val="center"/>
          </w:tcPr>
          <w:p w14:paraId="0734EA96" w14:textId="77777777" w:rsidR="000E4AB2" w:rsidRDefault="00000000">
            <w:r>
              <w:rPr>
                <w:sz w:val="16"/>
              </w:rPr>
              <w:t xml:space="preserve"> </w:t>
            </w:r>
          </w:p>
        </w:tc>
        <w:tc>
          <w:tcPr>
            <w:tcW w:w="1278" w:type="dxa"/>
            <w:vAlign w:val="center"/>
          </w:tcPr>
          <w:p w14:paraId="141829E7" w14:textId="77777777" w:rsidR="000E4AB2" w:rsidRDefault="00000000">
            <w:r>
              <w:rPr>
                <w:sz w:val="16"/>
              </w:rPr>
              <w:t xml:space="preserve"> </w:t>
            </w:r>
          </w:p>
        </w:tc>
        <w:tc>
          <w:tcPr>
            <w:tcW w:w="1278" w:type="dxa"/>
            <w:vAlign w:val="center"/>
          </w:tcPr>
          <w:p w14:paraId="7E0C393D" w14:textId="77777777" w:rsidR="000E4AB2" w:rsidRDefault="00000000">
            <w:r>
              <w:rPr>
                <w:sz w:val="16"/>
              </w:rPr>
              <w:t xml:space="preserve"> </w:t>
            </w:r>
          </w:p>
        </w:tc>
        <w:tc>
          <w:tcPr>
            <w:tcW w:w="1278" w:type="dxa"/>
            <w:vAlign w:val="center"/>
          </w:tcPr>
          <w:p w14:paraId="35FCCD73" w14:textId="77777777" w:rsidR="000E4AB2" w:rsidRDefault="00000000">
            <w:r>
              <w:rPr>
                <w:sz w:val="16"/>
              </w:rPr>
              <w:t xml:space="preserve"> </w:t>
            </w:r>
          </w:p>
        </w:tc>
        <w:tc>
          <w:tcPr>
            <w:tcW w:w="1278" w:type="dxa"/>
            <w:vAlign w:val="center"/>
          </w:tcPr>
          <w:p w14:paraId="3E628B05" w14:textId="77777777" w:rsidR="000E4AB2" w:rsidRDefault="00000000">
            <w:r>
              <w:rPr>
                <w:sz w:val="16"/>
              </w:rPr>
              <w:t xml:space="preserve"> </w:t>
            </w:r>
          </w:p>
        </w:tc>
        <w:tc>
          <w:tcPr>
            <w:tcW w:w="1278" w:type="dxa"/>
            <w:vAlign w:val="center"/>
          </w:tcPr>
          <w:p w14:paraId="657C1B47" w14:textId="77777777" w:rsidR="000E4AB2" w:rsidRDefault="00000000">
            <w:r>
              <w:rPr>
                <w:sz w:val="16"/>
              </w:rPr>
              <w:t xml:space="preserve"> </w:t>
            </w:r>
          </w:p>
        </w:tc>
        <w:tc>
          <w:tcPr>
            <w:tcW w:w="1278" w:type="dxa"/>
            <w:vAlign w:val="center"/>
          </w:tcPr>
          <w:p w14:paraId="652F522D" w14:textId="77777777" w:rsidR="000E4AB2" w:rsidRDefault="00000000">
            <w:r>
              <w:rPr>
                <w:sz w:val="16"/>
              </w:rPr>
              <w:t xml:space="preserve"> </w:t>
            </w:r>
          </w:p>
        </w:tc>
      </w:tr>
    </w:tbl>
    <w:p w14:paraId="6AC3EDFA" w14:textId="77777777" w:rsidR="000E4AB2" w:rsidRDefault="00000000">
      <w:r>
        <w:br w:type="page"/>
      </w:r>
    </w:p>
    <w:p w14:paraId="798D79C4" w14:textId="77777777" w:rsidR="000E4AB2" w:rsidRDefault="00000000">
      <w:pPr>
        <w:pStyle w:val="Heading1"/>
      </w:pPr>
      <w:bookmarkStart w:id="7" w:name="_Toc240137278"/>
      <w:r>
        <w:lastRenderedPageBreak/>
        <w:t>Template 4: WHS Training, Induction and Competency Plan or Matrix</w:t>
      </w:r>
      <w:bookmarkEnd w:id="7"/>
    </w:p>
    <w:p w14:paraId="43854E43" w14:textId="77777777" w:rsidR="000E4AB2" w:rsidRDefault="00000000">
      <w:r>
        <w:rPr>
          <w:b/>
        </w:rPr>
        <w:t xml:space="preserve">Purpose: </w:t>
      </w:r>
      <w:r>
        <w:t>Identify WHS training, induction and competency needs, plan proportionate development, and record how competence will be confirmed and reviewed.</w:t>
      </w:r>
    </w:p>
    <w:p w14:paraId="6C183621" w14:textId="77777777" w:rsidR="000E4AB2" w:rsidRDefault="00000000">
      <w:r>
        <w:rPr>
          <w:b/>
        </w:rPr>
        <w:t xml:space="preserve">Assessment use: </w:t>
      </w:r>
      <w:r>
        <w:t>Core Unit 1 resource; required evidence for the WHS Policy and Safety Management Framework.</w:t>
      </w:r>
    </w:p>
    <w:p w14:paraId="77E18F5D"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2345DAE6" w14:textId="77777777" w:rsidR="000E4AB2" w:rsidRDefault="00000000">
      <w:r>
        <w:rPr>
          <w:b/>
        </w:rPr>
        <w:t xml:space="preserve">Practice/organisation: </w:t>
      </w:r>
      <w:r>
        <w:t>________________________________________________________________________________</w:t>
      </w:r>
    </w:p>
    <w:p w14:paraId="49EB63A0" w14:textId="77777777" w:rsidR="000E4AB2" w:rsidRDefault="00000000">
      <w:r>
        <w:rPr>
          <w:b/>
        </w:rPr>
        <w:t xml:space="preserve">Prepared by: </w:t>
      </w:r>
      <w:r>
        <w:t xml:space="preserve">________________________________   </w:t>
      </w:r>
      <w:r>
        <w:rPr>
          <w:b/>
        </w:rPr>
        <w:t xml:space="preserve">Date: </w:t>
      </w:r>
      <w:r>
        <w:t xml:space="preserve">________________   </w:t>
      </w:r>
      <w:r>
        <w:rPr>
          <w:b/>
        </w:rPr>
        <w:t xml:space="preserve">Review date/trigger: </w:t>
      </w:r>
      <w:r>
        <w:t>________________</w:t>
      </w:r>
    </w:p>
    <w:p w14:paraId="6659C232" w14:textId="77777777" w:rsidR="000E4AB2" w:rsidRDefault="00000000">
      <w:pPr>
        <w:pStyle w:val="Heading2"/>
      </w:pPr>
      <w:bookmarkStart w:id="8" w:name="_Toc240137279"/>
      <w:r>
        <w:t>Training-needs identification</w:t>
      </w:r>
      <w:bookmarkEnd w:id="8"/>
    </w:p>
    <w:p w14:paraId="1C7BE689" w14:textId="77777777" w:rsidR="000E4AB2" w:rsidRDefault="00000000">
      <w:r>
        <w:t>Compare the competence required for the role or task with current knowledge, skills, experience and demonstrated competence. Record only development that is genuinely required and proportionate to the level of risk.</w:t>
      </w:r>
    </w:p>
    <w:tbl>
      <w:tblPr>
        <w:tblStyle w:val="TableGrid"/>
        <w:tblW w:w="0" w:type="auto"/>
        <w:jc w:val="center"/>
        <w:tblLook w:val="04A0" w:firstRow="1" w:lastRow="0" w:firstColumn="1" w:lastColumn="0" w:noHBand="0" w:noVBand="1"/>
      </w:tblPr>
      <w:tblGrid>
        <w:gridCol w:w="1601"/>
        <w:gridCol w:w="1730"/>
        <w:gridCol w:w="1860"/>
        <w:gridCol w:w="1651"/>
        <w:gridCol w:w="1730"/>
        <w:gridCol w:w="1868"/>
      </w:tblGrid>
      <w:tr w:rsidR="000E4AB2" w14:paraId="662DCB6B" w14:textId="77777777">
        <w:trPr>
          <w:tblHeader/>
          <w:jc w:val="center"/>
        </w:trPr>
        <w:tc>
          <w:tcPr>
            <w:tcW w:w="1704" w:type="dxa"/>
            <w:shd w:val="clear" w:color="auto" w:fill="D9EAF7"/>
            <w:vAlign w:val="center"/>
          </w:tcPr>
          <w:p w14:paraId="5847DE99" w14:textId="77777777" w:rsidR="000E4AB2" w:rsidRDefault="00000000">
            <w:r>
              <w:rPr>
                <w:b/>
                <w:sz w:val="16"/>
              </w:rPr>
              <w:t>Role / person</w:t>
            </w:r>
          </w:p>
        </w:tc>
        <w:tc>
          <w:tcPr>
            <w:tcW w:w="1704" w:type="dxa"/>
            <w:shd w:val="clear" w:color="auto" w:fill="D9EAF7"/>
            <w:vAlign w:val="center"/>
          </w:tcPr>
          <w:p w14:paraId="583382B3" w14:textId="77777777" w:rsidR="000E4AB2" w:rsidRDefault="00000000">
            <w:r>
              <w:rPr>
                <w:b/>
                <w:sz w:val="16"/>
              </w:rPr>
              <w:t>Required training or competency</w:t>
            </w:r>
          </w:p>
        </w:tc>
        <w:tc>
          <w:tcPr>
            <w:tcW w:w="1704" w:type="dxa"/>
            <w:shd w:val="clear" w:color="auto" w:fill="D9EAF7"/>
            <w:vAlign w:val="center"/>
          </w:tcPr>
          <w:p w14:paraId="4B29F52D" w14:textId="77777777" w:rsidR="000E4AB2" w:rsidRDefault="00000000">
            <w:r>
              <w:rPr>
                <w:b/>
                <w:sz w:val="16"/>
              </w:rPr>
              <w:t>Identified need / current competence</w:t>
            </w:r>
          </w:p>
        </w:tc>
        <w:tc>
          <w:tcPr>
            <w:tcW w:w="1704" w:type="dxa"/>
            <w:shd w:val="clear" w:color="auto" w:fill="D9EAF7"/>
            <w:vAlign w:val="center"/>
          </w:tcPr>
          <w:p w14:paraId="23AFAB9F" w14:textId="77777777" w:rsidR="000E4AB2" w:rsidRDefault="00000000">
            <w:r>
              <w:rPr>
                <w:b/>
                <w:sz w:val="16"/>
              </w:rPr>
              <w:t>Development / delivery method</w:t>
            </w:r>
          </w:p>
        </w:tc>
        <w:tc>
          <w:tcPr>
            <w:tcW w:w="1704" w:type="dxa"/>
            <w:shd w:val="clear" w:color="auto" w:fill="D9EAF7"/>
            <w:vAlign w:val="center"/>
          </w:tcPr>
          <w:p w14:paraId="2557B84C" w14:textId="77777777" w:rsidR="000E4AB2" w:rsidRDefault="00000000">
            <w:r>
              <w:rPr>
                <w:b/>
                <w:sz w:val="16"/>
              </w:rPr>
              <w:t>How competency will be confirmed</w:t>
            </w:r>
          </w:p>
        </w:tc>
        <w:tc>
          <w:tcPr>
            <w:tcW w:w="1704" w:type="dxa"/>
            <w:shd w:val="clear" w:color="auto" w:fill="D9EAF7"/>
            <w:vAlign w:val="center"/>
          </w:tcPr>
          <w:p w14:paraId="314604AA" w14:textId="77777777" w:rsidR="000E4AB2" w:rsidRDefault="00000000">
            <w:r>
              <w:rPr>
                <w:b/>
                <w:sz w:val="16"/>
              </w:rPr>
              <w:t>Review / responsibility / record</w:t>
            </w:r>
          </w:p>
        </w:tc>
      </w:tr>
      <w:tr w:rsidR="000E4AB2" w14:paraId="7A760AD0" w14:textId="77777777">
        <w:trPr>
          <w:jc w:val="center"/>
        </w:trPr>
        <w:tc>
          <w:tcPr>
            <w:tcW w:w="1080" w:type="dxa"/>
          </w:tcPr>
          <w:p w14:paraId="05E1A3AA" w14:textId="77777777" w:rsidR="000E4AB2" w:rsidRDefault="000E4AB2"/>
        </w:tc>
        <w:tc>
          <w:tcPr>
            <w:tcW w:w="1800" w:type="dxa"/>
          </w:tcPr>
          <w:p w14:paraId="3C50516D" w14:textId="77777777" w:rsidR="000E4AB2" w:rsidRDefault="000E4AB2"/>
        </w:tc>
        <w:tc>
          <w:tcPr>
            <w:tcW w:w="1944" w:type="dxa"/>
          </w:tcPr>
          <w:p w14:paraId="7050A3ED" w14:textId="77777777" w:rsidR="000E4AB2" w:rsidRDefault="000E4AB2"/>
        </w:tc>
        <w:tc>
          <w:tcPr>
            <w:tcW w:w="1656" w:type="dxa"/>
          </w:tcPr>
          <w:p w14:paraId="60ADB96D" w14:textId="77777777" w:rsidR="000E4AB2" w:rsidRDefault="000E4AB2"/>
        </w:tc>
        <w:tc>
          <w:tcPr>
            <w:tcW w:w="1800" w:type="dxa"/>
          </w:tcPr>
          <w:p w14:paraId="03AF6E08" w14:textId="77777777" w:rsidR="000E4AB2" w:rsidRDefault="000E4AB2"/>
        </w:tc>
        <w:tc>
          <w:tcPr>
            <w:tcW w:w="1944" w:type="dxa"/>
          </w:tcPr>
          <w:p w14:paraId="7C1CDDCD" w14:textId="77777777" w:rsidR="000E4AB2" w:rsidRDefault="000E4AB2"/>
        </w:tc>
      </w:tr>
      <w:tr w:rsidR="000E4AB2" w14:paraId="649BDF04" w14:textId="77777777">
        <w:trPr>
          <w:jc w:val="center"/>
        </w:trPr>
        <w:tc>
          <w:tcPr>
            <w:tcW w:w="1080" w:type="dxa"/>
          </w:tcPr>
          <w:p w14:paraId="1D89CBD2" w14:textId="77777777" w:rsidR="000E4AB2" w:rsidRDefault="000E4AB2"/>
        </w:tc>
        <w:tc>
          <w:tcPr>
            <w:tcW w:w="1800" w:type="dxa"/>
          </w:tcPr>
          <w:p w14:paraId="4A5CED50" w14:textId="77777777" w:rsidR="000E4AB2" w:rsidRDefault="000E4AB2"/>
        </w:tc>
        <w:tc>
          <w:tcPr>
            <w:tcW w:w="1944" w:type="dxa"/>
          </w:tcPr>
          <w:p w14:paraId="6A08EE7A" w14:textId="77777777" w:rsidR="000E4AB2" w:rsidRDefault="000E4AB2"/>
        </w:tc>
        <w:tc>
          <w:tcPr>
            <w:tcW w:w="1656" w:type="dxa"/>
          </w:tcPr>
          <w:p w14:paraId="73B1A50B" w14:textId="77777777" w:rsidR="000E4AB2" w:rsidRDefault="000E4AB2"/>
        </w:tc>
        <w:tc>
          <w:tcPr>
            <w:tcW w:w="1800" w:type="dxa"/>
          </w:tcPr>
          <w:p w14:paraId="01159854" w14:textId="77777777" w:rsidR="000E4AB2" w:rsidRDefault="000E4AB2"/>
        </w:tc>
        <w:tc>
          <w:tcPr>
            <w:tcW w:w="1944" w:type="dxa"/>
          </w:tcPr>
          <w:p w14:paraId="34816F69" w14:textId="77777777" w:rsidR="000E4AB2" w:rsidRDefault="000E4AB2"/>
        </w:tc>
      </w:tr>
      <w:tr w:rsidR="000E4AB2" w14:paraId="039F9079" w14:textId="77777777">
        <w:trPr>
          <w:jc w:val="center"/>
        </w:trPr>
        <w:tc>
          <w:tcPr>
            <w:tcW w:w="1080" w:type="dxa"/>
          </w:tcPr>
          <w:p w14:paraId="4AC799EC" w14:textId="77777777" w:rsidR="000E4AB2" w:rsidRDefault="000E4AB2"/>
        </w:tc>
        <w:tc>
          <w:tcPr>
            <w:tcW w:w="1800" w:type="dxa"/>
          </w:tcPr>
          <w:p w14:paraId="6668BF75" w14:textId="77777777" w:rsidR="000E4AB2" w:rsidRDefault="000E4AB2"/>
        </w:tc>
        <w:tc>
          <w:tcPr>
            <w:tcW w:w="1944" w:type="dxa"/>
          </w:tcPr>
          <w:p w14:paraId="5B85EBB4" w14:textId="77777777" w:rsidR="000E4AB2" w:rsidRDefault="000E4AB2"/>
        </w:tc>
        <w:tc>
          <w:tcPr>
            <w:tcW w:w="1656" w:type="dxa"/>
          </w:tcPr>
          <w:p w14:paraId="3BB0506D" w14:textId="77777777" w:rsidR="000E4AB2" w:rsidRDefault="000E4AB2"/>
        </w:tc>
        <w:tc>
          <w:tcPr>
            <w:tcW w:w="1800" w:type="dxa"/>
          </w:tcPr>
          <w:p w14:paraId="760A3EFC" w14:textId="77777777" w:rsidR="000E4AB2" w:rsidRDefault="000E4AB2"/>
        </w:tc>
        <w:tc>
          <w:tcPr>
            <w:tcW w:w="1944" w:type="dxa"/>
          </w:tcPr>
          <w:p w14:paraId="021F3E24" w14:textId="77777777" w:rsidR="000E4AB2" w:rsidRDefault="000E4AB2"/>
        </w:tc>
      </w:tr>
      <w:tr w:rsidR="000E4AB2" w14:paraId="57DC9262" w14:textId="77777777">
        <w:trPr>
          <w:jc w:val="center"/>
        </w:trPr>
        <w:tc>
          <w:tcPr>
            <w:tcW w:w="1080" w:type="dxa"/>
          </w:tcPr>
          <w:p w14:paraId="1B761793" w14:textId="77777777" w:rsidR="000E4AB2" w:rsidRDefault="000E4AB2"/>
        </w:tc>
        <w:tc>
          <w:tcPr>
            <w:tcW w:w="1800" w:type="dxa"/>
          </w:tcPr>
          <w:p w14:paraId="1C7333EB" w14:textId="77777777" w:rsidR="000E4AB2" w:rsidRDefault="000E4AB2"/>
        </w:tc>
        <w:tc>
          <w:tcPr>
            <w:tcW w:w="1944" w:type="dxa"/>
          </w:tcPr>
          <w:p w14:paraId="0A9B7A94" w14:textId="77777777" w:rsidR="000E4AB2" w:rsidRDefault="000E4AB2"/>
        </w:tc>
        <w:tc>
          <w:tcPr>
            <w:tcW w:w="1656" w:type="dxa"/>
          </w:tcPr>
          <w:p w14:paraId="09BA4471" w14:textId="77777777" w:rsidR="000E4AB2" w:rsidRDefault="000E4AB2"/>
        </w:tc>
        <w:tc>
          <w:tcPr>
            <w:tcW w:w="1800" w:type="dxa"/>
          </w:tcPr>
          <w:p w14:paraId="49E05584" w14:textId="77777777" w:rsidR="000E4AB2" w:rsidRDefault="000E4AB2"/>
        </w:tc>
        <w:tc>
          <w:tcPr>
            <w:tcW w:w="1944" w:type="dxa"/>
          </w:tcPr>
          <w:p w14:paraId="3E3D7C76" w14:textId="77777777" w:rsidR="000E4AB2" w:rsidRDefault="000E4AB2"/>
        </w:tc>
      </w:tr>
      <w:tr w:rsidR="000E4AB2" w14:paraId="61864AC9" w14:textId="77777777">
        <w:trPr>
          <w:jc w:val="center"/>
        </w:trPr>
        <w:tc>
          <w:tcPr>
            <w:tcW w:w="1080" w:type="dxa"/>
          </w:tcPr>
          <w:p w14:paraId="43E8996F" w14:textId="77777777" w:rsidR="000E4AB2" w:rsidRDefault="000E4AB2"/>
        </w:tc>
        <w:tc>
          <w:tcPr>
            <w:tcW w:w="1800" w:type="dxa"/>
          </w:tcPr>
          <w:p w14:paraId="4D531D60" w14:textId="77777777" w:rsidR="000E4AB2" w:rsidRDefault="000E4AB2"/>
        </w:tc>
        <w:tc>
          <w:tcPr>
            <w:tcW w:w="1944" w:type="dxa"/>
          </w:tcPr>
          <w:p w14:paraId="089AD4DA" w14:textId="77777777" w:rsidR="000E4AB2" w:rsidRDefault="000E4AB2"/>
        </w:tc>
        <w:tc>
          <w:tcPr>
            <w:tcW w:w="1656" w:type="dxa"/>
          </w:tcPr>
          <w:p w14:paraId="36E47508" w14:textId="77777777" w:rsidR="000E4AB2" w:rsidRDefault="000E4AB2"/>
        </w:tc>
        <w:tc>
          <w:tcPr>
            <w:tcW w:w="1800" w:type="dxa"/>
          </w:tcPr>
          <w:p w14:paraId="756A7278" w14:textId="77777777" w:rsidR="000E4AB2" w:rsidRDefault="000E4AB2"/>
        </w:tc>
        <w:tc>
          <w:tcPr>
            <w:tcW w:w="1944" w:type="dxa"/>
          </w:tcPr>
          <w:p w14:paraId="0FB65923" w14:textId="77777777" w:rsidR="000E4AB2" w:rsidRDefault="000E4AB2"/>
        </w:tc>
      </w:tr>
    </w:tbl>
    <w:p w14:paraId="77EFEE43" w14:textId="77777777" w:rsidR="000E4AB2" w:rsidRDefault="00000000">
      <w:pPr>
        <w:pStyle w:val="Heading2"/>
      </w:pPr>
      <w:bookmarkStart w:id="9" w:name="_Toc240137280"/>
      <w:r>
        <w:t>Professional reasoning prompts</w:t>
      </w:r>
      <w:bookmarkEnd w:id="9"/>
    </w:p>
    <w:p w14:paraId="4A947A19" w14:textId="77777777" w:rsidR="000E4AB2" w:rsidRDefault="00000000">
      <w:r>
        <w:t>☐ Have I identified what the person actually needs to know or be able to do for the role or task?</w:t>
      </w:r>
    </w:p>
    <w:p w14:paraId="3D1CF15E" w14:textId="77777777" w:rsidR="000E4AB2" w:rsidRDefault="00000000">
      <w:r>
        <w:t>☐ Have I considered what they already know, have experienced, or can already demonstrate?</w:t>
      </w:r>
    </w:p>
    <w:p w14:paraId="1A646649" w14:textId="77777777" w:rsidR="000E4AB2" w:rsidRDefault="00000000">
      <w:r>
        <w:t>☐ Is the development response proportionate to the task, hazard, complexity and consequences of error?</w:t>
      </w:r>
    </w:p>
    <w:p w14:paraId="18B4CEC5" w14:textId="77777777" w:rsidR="000E4AB2" w:rsidRDefault="00000000">
      <w:r>
        <w:t>☐ Have I distinguished information, education, supervised practice and demonstrated competency?</w:t>
      </w:r>
    </w:p>
    <w:p w14:paraId="6B6D23A5" w14:textId="77777777" w:rsidR="000E4AB2" w:rsidRDefault="00000000">
      <w:r>
        <w:t>☐ Where practical competence is required, have I identified how it will be observed or otherwise confirmed?</w:t>
      </w:r>
    </w:p>
    <w:p w14:paraId="54FD671A" w14:textId="77777777" w:rsidR="000E4AB2" w:rsidRDefault="00000000">
      <w:r>
        <w:t>☐ Have I identified refresher, supervision or review requirements where relevant?</w:t>
      </w:r>
    </w:p>
    <w:p w14:paraId="18693B85" w14:textId="77777777" w:rsidR="000E4AB2" w:rsidRDefault="00000000">
      <w:r>
        <w:t>☐ For sole practice, have I considered my own CPD, supervision, consultation and limits of competence?</w:t>
      </w:r>
    </w:p>
    <w:p w14:paraId="181D2673" w14:textId="77777777" w:rsidR="000E4AB2" w:rsidRDefault="00000000">
      <w:r>
        <w:rPr>
          <w:b/>
        </w:rPr>
        <w:t xml:space="preserve">Reminder: </w:t>
      </w:r>
      <w:r>
        <w:t>Completion of training does not automatically demonstrate competence. Training and competency requirements should be role-specific, evidence-informed and proportionate to risk.</w:t>
      </w:r>
    </w:p>
    <w:p w14:paraId="3158C80B" w14:textId="77777777" w:rsidR="000E4AB2" w:rsidRDefault="00000000">
      <w:r>
        <w:br w:type="page"/>
      </w:r>
    </w:p>
    <w:p w14:paraId="35FF25AA" w14:textId="77777777" w:rsidR="000E4AB2" w:rsidRDefault="00000000">
      <w:pPr>
        <w:pStyle w:val="Heading1"/>
      </w:pPr>
      <w:bookmarkStart w:id="10" w:name="_Toc240137281"/>
      <w:r>
        <w:lastRenderedPageBreak/>
        <w:t>Template 5: AAOT Hazard Identification Checklist</w:t>
      </w:r>
      <w:bookmarkEnd w:id="10"/>
    </w:p>
    <w:p w14:paraId="1854B22B" w14:textId="77777777" w:rsidR="000E4AB2" w:rsidRDefault="00000000">
      <w:r>
        <w:rPr>
          <w:b/>
        </w:rPr>
        <w:t xml:space="preserve">Purpose: </w:t>
      </w:r>
      <w:r>
        <w:t>Systematically consider foreseeable hazards across assistance animal Occupational Therapy practice.</w:t>
      </w:r>
    </w:p>
    <w:p w14:paraId="0443D312" w14:textId="77777777" w:rsidR="000E4AB2" w:rsidRDefault="00000000">
      <w:r>
        <w:rPr>
          <w:b/>
        </w:rPr>
        <w:t xml:space="preserve">Assessment use: </w:t>
      </w:r>
      <w:r>
        <w:t>Core Unit 1 resource.</w:t>
      </w:r>
    </w:p>
    <w:p w14:paraId="39051CE6"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143288B6" w14:textId="77777777" w:rsidR="000E4AB2" w:rsidRDefault="00000000">
      <w:pPr>
        <w:pStyle w:val="Heading2"/>
      </w:pPr>
      <w:bookmarkStart w:id="11" w:name="_Toc240137282"/>
      <w:r>
        <w:t>Assistance animal health, behaviour and welfare</w:t>
      </w:r>
      <w:bookmarkEnd w:id="11"/>
    </w:p>
    <w:p w14:paraId="71B369D5" w14:textId="77777777" w:rsidR="000E4AB2" w:rsidRDefault="00000000">
      <w:r>
        <w:t>☐ animal illness or injury</w:t>
      </w:r>
    </w:p>
    <w:p w14:paraId="0AF007AB" w14:textId="77777777" w:rsidR="000E4AB2" w:rsidRDefault="00000000">
      <w:r>
        <w:t>☐ fatigue/workload/rest</w:t>
      </w:r>
    </w:p>
    <w:p w14:paraId="3562E531" w14:textId="77777777" w:rsidR="000E4AB2" w:rsidRDefault="00000000">
      <w:r>
        <w:t>☐ stress/distress signals</w:t>
      </w:r>
    </w:p>
    <w:p w14:paraId="2DFF59E0" w14:textId="77777777" w:rsidR="000E4AB2" w:rsidRDefault="00000000">
      <w:r>
        <w:t>☐ behavioural escalation</w:t>
      </w:r>
    </w:p>
    <w:p w14:paraId="3827AE62" w14:textId="77777777" w:rsidR="000E4AB2" w:rsidRDefault="00000000">
      <w:r>
        <w:t>☐ equipment fit/use</w:t>
      </w:r>
    </w:p>
    <w:p w14:paraId="6559AE6E" w14:textId="77777777" w:rsidR="000E4AB2" w:rsidRDefault="00000000">
      <w:r>
        <w:t>☐ other animals</w:t>
      </w:r>
    </w:p>
    <w:p w14:paraId="3C85A115" w14:textId="77777777" w:rsidR="000E4AB2" w:rsidRDefault="00000000">
      <w:r>
        <w:t>☐ environmental suitability</w:t>
      </w:r>
    </w:p>
    <w:p w14:paraId="6D81646A" w14:textId="77777777" w:rsidR="000E4AB2" w:rsidRDefault="00000000">
      <w:pPr>
        <w:pStyle w:val="Heading2"/>
      </w:pPr>
      <w:bookmarkStart w:id="12" w:name="_Toc240137283"/>
      <w:r>
        <w:t>Person, occupation and task</w:t>
      </w:r>
      <w:bookmarkEnd w:id="12"/>
    </w:p>
    <w:p w14:paraId="17F622C8" w14:textId="77777777" w:rsidR="000E4AB2" w:rsidRDefault="00000000">
      <w:r>
        <w:t>☐ manual tasks</w:t>
      </w:r>
    </w:p>
    <w:p w14:paraId="58A11843" w14:textId="77777777" w:rsidR="000E4AB2" w:rsidRDefault="00000000">
      <w:r>
        <w:t>☐ mobility/positioning</w:t>
      </w:r>
    </w:p>
    <w:p w14:paraId="372CB8BA" w14:textId="77777777" w:rsidR="000E4AB2" w:rsidRDefault="00000000">
      <w:r>
        <w:t>☐ communication/accessibility</w:t>
      </w:r>
    </w:p>
    <w:p w14:paraId="49B7911C" w14:textId="77777777" w:rsidR="000E4AB2" w:rsidRDefault="00000000">
      <w:r>
        <w:t>☐ task demands</w:t>
      </w:r>
    </w:p>
    <w:p w14:paraId="2246BB56" w14:textId="77777777" w:rsidR="000E4AB2" w:rsidRDefault="00000000">
      <w:r>
        <w:t>☐ assistive technology/equipment</w:t>
      </w:r>
    </w:p>
    <w:p w14:paraId="0E8D95C2" w14:textId="77777777" w:rsidR="000E4AB2" w:rsidRDefault="00000000">
      <w:r>
        <w:t>☐ fatigue</w:t>
      </w:r>
    </w:p>
    <w:p w14:paraId="68B6D9D6" w14:textId="77777777" w:rsidR="000E4AB2" w:rsidRDefault="00000000">
      <w:r>
        <w:t>☐ reasonable adjustments</w:t>
      </w:r>
    </w:p>
    <w:p w14:paraId="49CFE6F2" w14:textId="77777777" w:rsidR="000E4AB2" w:rsidRDefault="00000000">
      <w:pPr>
        <w:pStyle w:val="Heading2"/>
      </w:pPr>
      <w:bookmarkStart w:id="13" w:name="_Toc240137284"/>
      <w:r>
        <w:t>Biological and infection-related</w:t>
      </w:r>
      <w:bookmarkEnd w:id="13"/>
    </w:p>
    <w:p w14:paraId="47DBA396" w14:textId="77777777" w:rsidR="000E4AB2" w:rsidRDefault="00000000">
      <w:r>
        <w:t>☐ animal waste/body fluids</w:t>
      </w:r>
    </w:p>
    <w:p w14:paraId="501F8AE2" w14:textId="77777777" w:rsidR="000E4AB2" w:rsidRDefault="00000000">
      <w:r>
        <w:t>☐ bites/scratches</w:t>
      </w:r>
    </w:p>
    <w:p w14:paraId="651FCE53" w14:textId="77777777" w:rsidR="000E4AB2" w:rsidRDefault="00000000">
      <w:r>
        <w:t>☐ zoonotic exposure</w:t>
      </w:r>
    </w:p>
    <w:p w14:paraId="103B3845" w14:textId="77777777" w:rsidR="000E4AB2" w:rsidRDefault="00000000">
      <w:r>
        <w:t>☐ cleaning/disinfection</w:t>
      </w:r>
    </w:p>
    <w:p w14:paraId="4AEA7B0B" w14:textId="77777777" w:rsidR="000E4AB2" w:rsidRDefault="00000000">
      <w:r>
        <w:t>☐ shared equipment</w:t>
      </w:r>
    </w:p>
    <w:p w14:paraId="207F35E1" w14:textId="77777777" w:rsidR="000E4AB2" w:rsidRDefault="00000000">
      <w:r>
        <w:t>☐ animal illness</w:t>
      </w:r>
    </w:p>
    <w:p w14:paraId="4B42CD42" w14:textId="77777777" w:rsidR="000E4AB2" w:rsidRDefault="00000000">
      <w:pPr>
        <w:pStyle w:val="Heading2"/>
      </w:pPr>
      <w:bookmarkStart w:id="14" w:name="_Toc240137285"/>
      <w:r>
        <w:t>Physical/environmental</w:t>
      </w:r>
      <w:bookmarkEnd w:id="14"/>
    </w:p>
    <w:p w14:paraId="5CC9329E" w14:textId="77777777" w:rsidR="000E4AB2" w:rsidRDefault="00000000">
      <w:r>
        <w:t>☐ slips/trips/falls</w:t>
      </w:r>
    </w:p>
    <w:p w14:paraId="2DA7C8D7" w14:textId="77777777" w:rsidR="000E4AB2" w:rsidRDefault="00000000">
      <w:r>
        <w:lastRenderedPageBreak/>
        <w:t>☐ heat/cold/weather</w:t>
      </w:r>
    </w:p>
    <w:p w14:paraId="18D0BA19" w14:textId="77777777" w:rsidR="000E4AB2" w:rsidRDefault="00000000">
      <w:r>
        <w:t>☐ noise/crowding</w:t>
      </w:r>
    </w:p>
    <w:p w14:paraId="1A800A54" w14:textId="77777777" w:rsidR="000E4AB2" w:rsidRDefault="00000000">
      <w:r>
        <w:t>☐ lighting</w:t>
      </w:r>
    </w:p>
    <w:p w14:paraId="3D1909AA" w14:textId="77777777" w:rsidR="000E4AB2" w:rsidRDefault="00000000">
      <w:r>
        <w:t>☐ blocked exits</w:t>
      </w:r>
    </w:p>
    <w:p w14:paraId="04948DBC" w14:textId="77777777" w:rsidR="000E4AB2" w:rsidRDefault="00000000">
      <w:r>
        <w:t>☐ public environments</w:t>
      </w:r>
    </w:p>
    <w:p w14:paraId="520E2A01" w14:textId="77777777" w:rsidR="000E4AB2" w:rsidRDefault="00000000">
      <w:r>
        <w:t>☐ home hazards</w:t>
      </w:r>
    </w:p>
    <w:p w14:paraId="046E57DC" w14:textId="77777777" w:rsidR="000E4AB2" w:rsidRDefault="00000000">
      <w:pPr>
        <w:pStyle w:val="Heading2"/>
      </w:pPr>
      <w:bookmarkStart w:id="15" w:name="_Toc240137286"/>
      <w:r>
        <w:t>Transport and travel</w:t>
      </w:r>
      <w:bookmarkEnd w:id="15"/>
    </w:p>
    <w:p w14:paraId="182D5131" w14:textId="77777777" w:rsidR="000E4AB2" w:rsidRDefault="00000000">
      <w:r>
        <w:t>☐ vehicle loading/restraint</w:t>
      </w:r>
    </w:p>
    <w:p w14:paraId="1D90761B" w14:textId="77777777" w:rsidR="000E4AB2" w:rsidRDefault="00000000">
      <w:r>
        <w:t>☐ animal transport</w:t>
      </w:r>
    </w:p>
    <w:p w14:paraId="4A0FB137" w14:textId="77777777" w:rsidR="000E4AB2" w:rsidRDefault="00000000">
      <w:r>
        <w:t>☐ roadside risk</w:t>
      </w:r>
    </w:p>
    <w:p w14:paraId="570E68CA" w14:textId="77777777" w:rsidR="000E4AB2" w:rsidRDefault="00000000">
      <w:r>
        <w:t>☐ long-distance travel</w:t>
      </w:r>
    </w:p>
    <w:p w14:paraId="5ED6F71B" w14:textId="77777777" w:rsidR="000E4AB2" w:rsidRDefault="00000000">
      <w:r>
        <w:t>☐ public transport</w:t>
      </w:r>
    </w:p>
    <w:p w14:paraId="77D2ABF5" w14:textId="77777777" w:rsidR="000E4AB2" w:rsidRDefault="00000000">
      <w:r>
        <w:t>☐ emergency transport</w:t>
      </w:r>
    </w:p>
    <w:p w14:paraId="681BDE72" w14:textId="77777777" w:rsidR="000E4AB2" w:rsidRDefault="00000000">
      <w:pPr>
        <w:pStyle w:val="Heading2"/>
      </w:pPr>
      <w:bookmarkStart w:id="16" w:name="_Toc240137287"/>
      <w:r>
        <w:t>Psychosocial</w:t>
      </w:r>
      <w:bookmarkEnd w:id="16"/>
    </w:p>
    <w:p w14:paraId="1031B2C7" w14:textId="77777777" w:rsidR="000E4AB2" w:rsidRDefault="00000000">
      <w:r>
        <w:t>☐ workload</w:t>
      </w:r>
    </w:p>
    <w:p w14:paraId="5DA43D54" w14:textId="77777777" w:rsidR="000E4AB2" w:rsidRDefault="00000000">
      <w:r>
        <w:t>☐ low control</w:t>
      </w:r>
    </w:p>
    <w:p w14:paraId="00D1B2D6" w14:textId="77777777" w:rsidR="000E4AB2" w:rsidRDefault="00000000">
      <w:r>
        <w:t>☐ role ambiguity</w:t>
      </w:r>
    </w:p>
    <w:p w14:paraId="07C65DC3" w14:textId="77777777" w:rsidR="000E4AB2" w:rsidRDefault="00000000">
      <w:r>
        <w:t>☐ public-access conflict/discrimination</w:t>
      </w:r>
    </w:p>
    <w:p w14:paraId="6007C726" w14:textId="77777777" w:rsidR="000E4AB2" w:rsidRDefault="00000000">
      <w:r>
        <w:t>☐ violence/aggression</w:t>
      </w:r>
    </w:p>
    <w:p w14:paraId="256FE2D2" w14:textId="77777777" w:rsidR="000E4AB2" w:rsidRDefault="00000000">
      <w:r>
        <w:t>☐ traumatic events</w:t>
      </w:r>
    </w:p>
    <w:p w14:paraId="505D648F" w14:textId="77777777" w:rsidR="000E4AB2" w:rsidRDefault="00000000">
      <w:r>
        <w:t>☐ animal illness/retirement/death</w:t>
      </w:r>
    </w:p>
    <w:p w14:paraId="29E7ACB9" w14:textId="77777777" w:rsidR="000E4AB2" w:rsidRDefault="00000000">
      <w:r>
        <w:t>☐ moral distress</w:t>
      </w:r>
    </w:p>
    <w:p w14:paraId="37DA08D4" w14:textId="77777777" w:rsidR="000E4AB2" w:rsidRDefault="00000000">
      <w:r>
        <w:t>☐ lone work</w:t>
      </w:r>
    </w:p>
    <w:p w14:paraId="42917BC4" w14:textId="77777777" w:rsidR="000E4AB2" w:rsidRDefault="00000000">
      <w:r>
        <w:t>☐ complaints/online abuse</w:t>
      </w:r>
    </w:p>
    <w:p w14:paraId="6245E45E" w14:textId="77777777" w:rsidR="000E4AB2" w:rsidRDefault="00000000">
      <w:pPr>
        <w:pStyle w:val="Heading2"/>
      </w:pPr>
      <w:bookmarkStart w:id="17" w:name="_Toc240137288"/>
      <w:r>
        <w:t>Third-party and organisational</w:t>
      </w:r>
      <w:bookmarkEnd w:id="17"/>
    </w:p>
    <w:p w14:paraId="2E56E602" w14:textId="77777777" w:rsidR="000E4AB2" w:rsidRDefault="00000000">
      <w:r>
        <w:t>☐ household members/visitors</w:t>
      </w:r>
    </w:p>
    <w:p w14:paraId="56C297DE" w14:textId="77777777" w:rsidR="000E4AB2" w:rsidRDefault="00000000">
      <w:r>
        <w:t>☐ contractors/other providers</w:t>
      </w:r>
    </w:p>
    <w:p w14:paraId="024901E2" w14:textId="77777777" w:rsidR="000E4AB2" w:rsidRDefault="00000000">
      <w:r>
        <w:t>☐ other PCBUs</w:t>
      </w:r>
    </w:p>
    <w:p w14:paraId="45D9F399" w14:textId="77777777" w:rsidR="000E4AB2" w:rsidRDefault="00000000">
      <w:r>
        <w:t>☐ inadequate policies/training</w:t>
      </w:r>
    </w:p>
    <w:p w14:paraId="55630CC6" w14:textId="77777777" w:rsidR="000E4AB2" w:rsidRDefault="00000000">
      <w:r>
        <w:lastRenderedPageBreak/>
        <w:t>☐ poor communication</w:t>
      </w:r>
    </w:p>
    <w:p w14:paraId="53EDF0C1" w14:textId="77777777" w:rsidR="000E4AB2" w:rsidRDefault="00000000">
      <w:r>
        <w:t>☐ equipment maintenance</w:t>
      </w:r>
    </w:p>
    <w:p w14:paraId="6A39FA5F" w14:textId="77777777" w:rsidR="000E4AB2" w:rsidRDefault="00000000">
      <w:r>
        <w:t>☐ emergency preparedness</w:t>
      </w:r>
    </w:p>
    <w:p w14:paraId="4D46FBAF" w14:textId="77777777" w:rsidR="000E4AB2" w:rsidRDefault="00000000">
      <w:pPr>
        <w:pStyle w:val="Heading2"/>
      </w:pPr>
      <w:bookmarkStart w:id="18" w:name="_Toc240137289"/>
      <w:r>
        <w:t>Hazards identified / further action</w:t>
      </w:r>
      <w:bookmarkEnd w:id="18"/>
    </w:p>
    <w:tbl>
      <w:tblPr>
        <w:tblStyle w:val="TableGrid"/>
        <w:tblW w:w="0" w:type="auto"/>
        <w:jc w:val="center"/>
        <w:tblLook w:val="04A0" w:firstRow="1" w:lastRow="0" w:firstColumn="1" w:lastColumn="0" w:noHBand="0" w:noVBand="1"/>
      </w:tblPr>
      <w:tblGrid>
        <w:gridCol w:w="2045"/>
        <w:gridCol w:w="2045"/>
        <w:gridCol w:w="2045"/>
        <w:gridCol w:w="2045"/>
        <w:gridCol w:w="2045"/>
      </w:tblGrid>
      <w:tr w:rsidR="000E4AB2" w14:paraId="4E3480E2" w14:textId="77777777">
        <w:trPr>
          <w:jc w:val="center"/>
        </w:trPr>
        <w:tc>
          <w:tcPr>
            <w:tcW w:w="2045" w:type="dxa"/>
            <w:shd w:val="clear" w:color="auto" w:fill="D9EAF7"/>
            <w:vAlign w:val="center"/>
          </w:tcPr>
          <w:p w14:paraId="37323500" w14:textId="77777777" w:rsidR="000E4AB2" w:rsidRDefault="00000000">
            <w:r>
              <w:rPr>
                <w:b/>
                <w:sz w:val="16"/>
              </w:rPr>
              <w:t>Hazard / circumstance</w:t>
            </w:r>
          </w:p>
        </w:tc>
        <w:tc>
          <w:tcPr>
            <w:tcW w:w="2045" w:type="dxa"/>
            <w:shd w:val="clear" w:color="auto" w:fill="D9EAF7"/>
            <w:vAlign w:val="center"/>
          </w:tcPr>
          <w:p w14:paraId="1C282555" w14:textId="77777777" w:rsidR="000E4AB2" w:rsidRDefault="00000000">
            <w:r>
              <w:rPr>
                <w:b/>
                <w:sz w:val="16"/>
              </w:rPr>
              <w:t>Who or what may be harmed</w:t>
            </w:r>
          </w:p>
        </w:tc>
        <w:tc>
          <w:tcPr>
            <w:tcW w:w="2045" w:type="dxa"/>
            <w:shd w:val="clear" w:color="auto" w:fill="D9EAF7"/>
            <w:vAlign w:val="center"/>
          </w:tcPr>
          <w:p w14:paraId="4B2CE9AC" w14:textId="77777777" w:rsidR="000E4AB2" w:rsidRDefault="00000000">
            <w:r>
              <w:rPr>
                <w:b/>
                <w:sz w:val="16"/>
              </w:rPr>
              <w:t>Existing controls</w:t>
            </w:r>
          </w:p>
        </w:tc>
        <w:tc>
          <w:tcPr>
            <w:tcW w:w="2045" w:type="dxa"/>
            <w:shd w:val="clear" w:color="auto" w:fill="D9EAF7"/>
            <w:vAlign w:val="center"/>
          </w:tcPr>
          <w:p w14:paraId="150D4361" w14:textId="77777777" w:rsidR="000E4AB2" w:rsidRDefault="00000000">
            <w:r>
              <w:rPr>
                <w:b/>
                <w:sz w:val="16"/>
              </w:rPr>
              <w:t>Further assessment needed?</w:t>
            </w:r>
          </w:p>
        </w:tc>
        <w:tc>
          <w:tcPr>
            <w:tcW w:w="2045" w:type="dxa"/>
            <w:shd w:val="clear" w:color="auto" w:fill="D9EAF7"/>
            <w:vAlign w:val="center"/>
          </w:tcPr>
          <w:p w14:paraId="38DE9630" w14:textId="77777777" w:rsidR="000E4AB2" w:rsidRDefault="00000000">
            <w:r>
              <w:rPr>
                <w:b/>
                <w:sz w:val="16"/>
              </w:rPr>
              <w:t>Action / owner</w:t>
            </w:r>
          </w:p>
        </w:tc>
      </w:tr>
      <w:tr w:rsidR="000E4AB2" w14:paraId="0B4FEEC1" w14:textId="77777777">
        <w:trPr>
          <w:jc w:val="center"/>
        </w:trPr>
        <w:tc>
          <w:tcPr>
            <w:tcW w:w="2045" w:type="dxa"/>
            <w:vAlign w:val="center"/>
          </w:tcPr>
          <w:p w14:paraId="4F4148F3" w14:textId="77777777" w:rsidR="000E4AB2" w:rsidRDefault="00000000">
            <w:r>
              <w:rPr>
                <w:sz w:val="16"/>
              </w:rPr>
              <w:t xml:space="preserve"> </w:t>
            </w:r>
          </w:p>
        </w:tc>
        <w:tc>
          <w:tcPr>
            <w:tcW w:w="2045" w:type="dxa"/>
            <w:vAlign w:val="center"/>
          </w:tcPr>
          <w:p w14:paraId="16986CDE" w14:textId="77777777" w:rsidR="000E4AB2" w:rsidRDefault="00000000">
            <w:r>
              <w:rPr>
                <w:sz w:val="16"/>
              </w:rPr>
              <w:t xml:space="preserve"> </w:t>
            </w:r>
          </w:p>
        </w:tc>
        <w:tc>
          <w:tcPr>
            <w:tcW w:w="2045" w:type="dxa"/>
            <w:vAlign w:val="center"/>
          </w:tcPr>
          <w:p w14:paraId="70954B46" w14:textId="77777777" w:rsidR="000E4AB2" w:rsidRDefault="00000000">
            <w:r>
              <w:rPr>
                <w:sz w:val="16"/>
              </w:rPr>
              <w:t xml:space="preserve"> </w:t>
            </w:r>
          </w:p>
        </w:tc>
        <w:tc>
          <w:tcPr>
            <w:tcW w:w="2045" w:type="dxa"/>
            <w:vAlign w:val="center"/>
          </w:tcPr>
          <w:p w14:paraId="2A75B956" w14:textId="77777777" w:rsidR="000E4AB2" w:rsidRDefault="00000000">
            <w:r>
              <w:rPr>
                <w:sz w:val="16"/>
              </w:rPr>
              <w:t xml:space="preserve"> </w:t>
            </w:r>
          </w:p>
        </w:tc>
        <w:tc>
          <w:tcPr>
            <w:tcW w:w="2045" w:type="dxa"/>
            <w:vAlign w:val="center"/>
          </w:tcPr>
          <w:p w14:paraId="0153EA4B" w14:textId="77777777" w:rsidR="000E4AB2" w:rsidRDefault="00000000">
            <w:r>
              <w:rPr>
                <w:sz w:val="16"/>
              </w:rPr>
              <w:t xml:space="preserve"> </w:t>
            </w:r>
          </w:p>
        </w:tc>
      </w:tr>
      <w:tr w:rsidR="000E4AB2" w14:paraId="401A674E" w14:textId="77777777">
        <w:trPr>
          <w:jc w:val="center"/>
        </w:trPr>
        <w:tc>
          <w:tcPr>
            <w:tcW w:w="2045" w:type="dxa"/>
            <w:vAlign w:val="center"/>
          </w:tcPr>
          <w:p w14:paraId="14871BBD" w14:textId="77777777" w:rsidR="000E4AB2" w:rsidRDefault="00000000">
            <w:r>
              <w:rPr>
                <w:sz w:val="16"/>
              </w:rPr>
              <w:t xml:space="preserve"> </w:t>
            </w:r>
          </w:p>
        </w:tc>
        <w:tc>
          <w:tcPr>
            <w:tcW w:w="2045" w:type="dxa"/>
            <w:vAlign w:val="center"/>
          </w:tcPr>
          <w:p w14:paraId="1E3FD46D" w14:textId="77777777" w:rsidR="000E4AB2" w:rsidRDefault="00000000">
            <w:r>
              <w:rPr>
                <w:sz w:val="16"/>
              </w:rPr>
              <w:t xml:space="preserve"> </w:t>
            </w:r>
          </w:p>
        </w:tc>
        <w:tc>
          <w:tcPr>
            <w:tcW w:w="2045" w:type="dxa"/>
            <w:vAlign w:val="center"/>
          </w:tcPr>
          <w:p w14:paraId="11C5229E" w14:textId="77777777" w:rsidR="000E4AB2" w:rsidRDefault="00000000">
            <w:r>
              <w:rPr>
                <w:sz w:val="16"/>
              </w:rPr>
              <w:t xml:space="preserve"> </w:t>
            </w:r>
          </w:p>
        </w:tc>
        <w:tc>
          <w:tcPr>
            <w:tcW w:w="2045" w:type="dxa"/>
            <w:vAlign w:val="center"/>
          </w:tcPr>
          <w:p w14:paraId="52CDCE64" w14:textId="77777777" w:rsidR="000E4AB2" w:rsidRDefault="00000000">
            <w:r>
              <w:rPr>
                <w:sz w:val="16"/>
              </w:rPr>
              <w:t xml:space="preserve"> </w:t>
            </w:r>
          </w:p>
        </w:tc>
        <w:tc>
          <w:tcPr>
            <w:tcW w:w="2045" w:type="dxa"/>
            <w:vAlign w:val="center"/>
          </w:tcPr>
          <w:p w14:paraId="3C73C35C" w14:textId="77777777" w:rsidR="000E4AB2" w:rsidRDefault="00000000">
            <w:r>
              <w:rPr>
                <w:sz w:val="16"/>
              </w:rPr>
              <w:t xml:space="preserve"> </w:t>
            </w:r>
          </w:p>
        </w:tc>
      </w:tr>
      <w:tr w:rsidR="000E4AB2" w14:paraId="37124174" w14:textId="77777777">
        <w:trPr>
          <w:jc w:val="center"/>
        </w:trPr>
        <w:tc>
          <w:tcPr>
            <w:tcW w:w="2045" w:type="dxa"/>
            <w:vAlign w:val="center"/>
          </w:tcPr>
          <w:p w14:paraId="4FF9EEBB" w14:textId="77777777" w:rsidR="000E4AB2" w:rsidRDefault="00000000">
            <w:r>
              <w:rPr>
                <w:sz w:val="16"/>
              </w:rPr>
              <w:t xml:space="preserve"> </w:t>
            </w:r>
          </w:p>
        </w:tc>
        <w:tc>
          <w:tcPr>
            <w:tcW w:w="2045" w:type="dxa"/>
            <w:vAlign w:val="center"/>
          </w:tcPr>
          <w:p w14:paraId="42485C24" w14:textId="77777777" w:rsidR="000E4AB2" w:rsidRDefault="00000000">
            <w:r>
              <w:rPr>
                <w:sz w:val="16"/>
              </w:rPr>
              <w:t xml:space="preserve"> </w:t>
            </w:r>
          </w:p>
        </w:tc>
        <w:tc>
          <w:tcPr>
            <w:tcW w:w="2045" w:type="dxa"/>
            <w:vAlign w:val="center"/>
          </w:tcPr>
          <w:p w14:paraId="6D03B39B" w14:textId="77777777" w:rsidR="000E4AB2" w:rsidRDefault="00000000">
            <w:r>
              <w:rPr>
                <w:sz w:val="16"/>
              </w:rPr>
              <w:t xml:space="preserve"> </w:t>
            </w:r>
          </w:p>
        </w:tc>
        <w:tc>
          <w:tcPr>
            <w:tcW w:w="2045" w:type="dxa"/>
            <w:vAlign w:val="center"/>
          </w:tcPr>
          <w:p w14:paraId="420E3C0B" w14:textId="77777777" w:rsidR="000E4AB2" w:rsidRDefault="00000000">
            <w:r>
              <w:rPr>
                <w:sz w:val="16"/>
              </w:rPr>
              <w:t xml:space="preserve"> </w:t>
            </w:r>
          </w:p>
        </w:tc>
        <w:tc>
          <w:tcPr>
            <w:tcW w:w="2045" w:type="dxa"/>
            <w:vAlign w:val="center"/>
          </w:tcPr>
          <w:p w14:paraId="372239DA" w14:textId="77777777" w:rsidR="000E4AB2" w:rsidRDefault="00000000">
            <w:r>
              <w:rPr>
                <w:sz w:val="16"/>
              </w:rPr>
              <w:t xml:space="preserve"> </w:t>
            </w:r>
          </w:p>
        </w:tc>
      </w:tr>
      <w:tr w:rsidR="000E4AB2" w14:paraId="4775526A" w14:textId="77777777">
        <w:trPr>
          <w:jc w:val="center"/>
        </w:trPr>
        <w:tc>
          <w:tcPr>
            <w:tcW w:w="2045" w:type="dxa"/>
            <w:vAlign w:val="center"/>
          </w:tcPr>
          <w:p w14:paraId="5265D023" w14:textId="77777777" w:rsidR="000E4AB2" w:rsidRDefault="00000000">
            <w:r>
              <w:rPr>
                <w:sz w:val="16"/>
              </w:rPr>
              <w:t xml:space="preserve"> </w:t>
            </w:r>
          </w:p>
        </w:tc>
        <w:tc>
          <w:tcPr>
            <w:tcW w:w="2045" w:type="dxa"/>
            <w:vAlign w:val="center"/>
          </w:tcPr>
          <w:p w14:paraId="26EEB61E" w14:textId="77777777" w:rsidR="000E4AB2" w:rsidRDefault="00000000">
            <w:r>
              <w:rPr>
                <w:sz w:val="16"/>
              </w:rPr>
              <w:t xml:space="preserve"> </w:t>
            </w:r>
          </w:p>
        </w:tc>
        <w:tc>
          <w:tcPr>
            <w:tcW w:w="2045" w:type="dxa"/>
            <w:vAlign w:val="center"/>
          </w:tcPr>
          <w:p w14:paraId="2ECD69DA" w14:textId="77777777" w:rsidR="000E4AB2" w:rsidRDefault="00000000">
            <w:r>
              <w:rPr>
                <w:sz w:val="16"/>
              </w:rPr>
              <w:t xml:space="preserve"> </w:t>
            </w:r>
          </w:p>
        </w:tc>
        <w:tc>
          <w:tcPr>
            <w:tcW w:w="2045" w:type="dxa"/>
            <w:vAlign w:val="center"/>
          </w:tcPr>
          <w:p w14:paraId="19629894" w14:textId="77777777" w:rsidR="000E4AB2" w:rsidRDefault="00000000">
            <w:r>
              <w:rPr>
                <w:sz w:val="16"/>
              </w:rPr>
              <w:t xml:space="preserve"> </w:t>
            </w:r>
          </w:p>
        </w:tc>
        <w:tc>
          <w:tcPr>
            <w:tcW w:w="2045" w:type="dxa"/>
            <w:vAlign w:val="center"/>
          </w:tcPr>
          <w:p w14:paraId="76842B12" w14:textId="77777777" w:rsidR="000E4AB2" w:rsidRDefault="00000000">
            <w:r>
              <w:rPr>
                <w:sz w:val="16"/>
              </w:rPr>
              <w:t xml:space="preserve"> </w:t>
            </w:r>
          </w:p>
        </w:tc>
      </w:tr>
      <w:tr w:rsidR="000E4AB2" w14:paraId="32BBC599" w14:textId="77777777">
        <w:trPr>
          <w:jc w:val="center"/>
        </w:trPr>
        <w:tc>
          <w:tcPr>
            <w:tcW w:w="2045" w:type="dxa"/>
            <w:vAlign w:val="center"/>
          </w:tcPr>
          <w:p w14:paraId="7AE79687" w14:textId="77777777" w:rsidR="000E4AB2" w:rsidRDefault="00000000">
            <w:r>
              <w:rPr>
                <w:sz w:val="16"/>
              </w:rPr>
              <w:t xml:space="preserve"> </w:t>
            </w:r>
          </w:p>
        </w:tc>
        <w:tc>
          <w:tcPr>
            <w:tcW w:w="2045" w:type="dxa"/>
            <w:vAlign w:val="center"/>
          </w:tcPr>
          <w:p w14:paraId="2186BA12" w14:textId="77777777" w:rsidR="000E4AB2" w:rsidRDefault="00000000">
            <w:r>
              <w:rPr>
                <w:sz w:val="16"/>
              </w:rPr>
              <w:t xml:space="preserve"> </w:t>
            </w:r>
          </w:p>
        </w:tc>
        <w:tc>
          <w:tcPr>
            <w:tcW w:w="2045" w:type="dxa"/>
            <w:vAlign w:val="center"/>
          </w:tcPr>
          <w:p w14:paraId="489D1649" w14:textId="77777777" w:rsidR="000E4AB2" w:rsidRDefault="00000000">
            <w:r>
              <w:rPr>
                <w:sz w:val="16"/>
              </w:rPr>
              <w:t xml:space="preserve"> </w:t>
            </w:r>
          </w:p>
        </w:tc>
        <w:tc>
          <w:tcPr>
            <w:tcW w:w="2045" w:type="dxa"/>
            <w:vAlign w:val="center"/>
          </w:tcPr>
          <w:p w14:paraId="4D6CCEE0" w14:textId="77777777" w:rsidR="000E4AB2" w:rsidRDefault="00000000">
            <w:r>
              <w:rPr>
                <w:sz w:val="16"/>
              </w:rPr>
              <w:t xml:space="preserve"> </w:t>
            </w:r>
          </w:p>
        </w:tc>
        <w:tc>
          <w:tcPr>
            <w:tcW w:w="2045" w:type="dxa"/>
            <w:vAlign w:val="center"/>
          </w:tcPr>
          <w:p w14:paraId="624957D7" w14:textId="77777777" w:rsidR="000E4AB2" w:rsidRDefault="00000000">
            <w:r>
              <w:rPr>
                <w:sz w:val="16"/>
              </w:rPr>
              <w:t xml:space="preserve"> </w:t>
            </w:r>
          </w:p>
        </w:tc>
      </w:tr>
      <w:tr w:rsidR="000E4AB2" w14:paraId="7C107EB1" w14:textId="77777777">
        <w:trPr>
          <w:jc w:val="center"/>
        </w:trPr>
        <w:tc>
          <w:tcPr>
            <w:tcW w:w="2045" w:type="dxa"/>
            <w:vAlign w:val="center"/>
          </w:tcPr>
          <w:p w14:paraId="68984709" w14:textId="77777777" w:rsidR="000E4AB2" w:rsidRDefault="00000000">
            <w:r>
              <w:rPr>
                <w:sz w:val="16"/>
              </w:rPr>
              <w:t xml:space="preserve"> </w:t>
            </w:r>
          </w:p>
        </w:tc>
        <w:tc>
          <w:tcPr>
            <w:tcW w:w="2045" w:type="dxa"/>
            <w:vAlign w:val="center"/>
          </w:tcPr>
          <w:p w14:paraId="34EA16E9" w14:textId="77777777" w:rsidR="000E4AB2" w:rsidRDefault="00000000">
            <w:r>
              <w:rPr>
                <w:sz w:val="16"/>
              </w:rPr>
              <w:t xml:space="preserve"> </w:t>
            </w:r>
          </w:p>
        </w:tc>
        <w:tc>
          <w:tcPr>
            <w:tcW w:w="2045" w:type="dxa"/>
            <w:vAlign w:val="center"/>
          </w:tcPr>
          <w:p w14:paraId="137DBF0A" w14:textId="77777777" w:rsidR="000E4AB2" w:rsidRDefault="00000000">
            <w:r>
              <w:rPr>
                <w:sz w:val="16"/>
              </w:rPr>
              <w:t xml:space="preserve"> </w:t>
            </w:r>
          </w:p>
        </w:tc>
        <w:tc>
          <w:tcPr>
            <w:tcW w:w="2045" w:type="dxa"/>
            <w:vAlign w:val="center"/>
          </w:tcPr>
          <w:p w14:paraId="5A16A6AB" w14:textId="77777777" w:rsidR="000E4AB2" w:rsidRDefault="00000000">
            <w:r>
              <w:rPr>
                <w:sz w:val="16"/>
              </w:rPr>
              <w:t xml:space="preserve"> </w:t>
            </w:r>
          </w:p>
        </w:tc>
        <w:tc>
          <w:tcPr>
            <w:tcW w:w="2045" w:type="dxa"/>
            <w:vAlign w:val="center"/>
          </w:tcPr>
          <w:p w14:paraId="3204C544" w14:textId="77777777" w:rsidR="000E4AB2" w:rsidRDefault="00000000">
            <w:r>
              <w:rPr>
                <w:sz w:val="16"/>
              </w:rPr>
              <w:t xml:space="preserve"> </w:t>
            </w:r>
          </w:p>
        </w:tc>
      </w:tr>
    </w:tbl>
    <w:p w14:paraId="1FD946F6" w14:textId="77777777" w:rsidR="000E4AB2" w:rsidRDefault="00000000">
      <w:pPr>
        <w:pStyle w:val="TemplateInstruction"/>
      </w:pPr>
      <w:r>
        <w:t>Reminder: disability, diagnosis, communication difference, support need or assistance animal use is not automatically a hazard. Identify the actual circumstance capable of causing harm.</w:t>
      </w:r>
    </w:p>
    <w:p w14:paraId="6D840C2D" w14:textId="77777777" w:rsidR="000E4AB2" w:rsidRDefault="00000000">
      <w:r>
        <w:br w:type="page"/>
      </w:r>
    </w:p>
    <w:p w14:paraId="7DD41F1E" w14:textId="77777777" w:rsidR="000E4AB2" w:rsidRDefault="00000000">
      <w:pPr>
        <w:pStyle w:val="Heading1"/>
      </w:pPr>
      <w:bookmarkStart w:id="19" w:name="_Toc240137290"/>
      <w:r>
        <w:lastRenderedPageBreak/>
        <w:t>Template 6: WHS Risk Assessment Template</w:t>
      </w:r>
      <w:bookmarkEnd w:id="19"/>
    </w:p>
    <w:p w14:paraId="4DBABD01" w14:textId="77777777" w:rsidR="000E4AB2" w:rsidRDefault="00000000">
      <w:r>
        <w:rPr>
          <w:b/>
        </w:rPr>
        <w:t xml:space="preserve">Purpose: </w:t>
      </w:r>
      <w:r>
        <w:t>Assess a hazard or activity using a proportionate process and document controls, participation considerations and review triggers.</w:t>
      </w:r>
    </w:p>
    <w:p w14:paraId="0FF1B9FD" w14:textId="77777777" w:rsidR="000E4AB2" w:rsidRDefault="00000000">
      <w:r>
        <w:rPr>
          <w:b/>
        </w:rPr>
        <w:t xml:space="preserve">Assessment use: </w:t>
      </w:r>
      <w:r>
        <w:t>Core Unit 1 resource; one completed complex risk assessment is required.</w:t>
      </w:r>
    </w:p>
    <w:p w14:paraId="4778E498"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03E67237" w14:textId="77777777" w:rsidR="000E4AB2" w:rsidRDefault="00000000">
      <w:r>
        <w:rPr>
          <w:b/>
        </w:rPr>
        <w:t xml:space="preserve">Activity / task / environment: </w:t>
      </w:r>
      <w:r>
        <w:t>________________________________________________________________________________</w:t>
      </w:r>
    </w:p>
    <w:p w14:paraId="3AB85709" w14:textId="77777777" w:rsidR="000E4AB2" w:rsidRDefault="00000000">
      <w:r>
        <w:rPr>
          <w:b/>
        </w:rPr>
        <w:t xml:space="preserve">Assessment context: </w:t>
      </w:r>
      <w:r>
        <w:t>________________________________________________________________________________</w:t>
      </w:r>
    </w:p>
    <w:p w14:paraId="4CEFD0CE" w14:textId="77777777" w:rsidR="000E4AB2" w:rsidRDefault="00000000">
      <w:r>
        <w:rPr>
          <w:b/>
        </w:rPr>
        <w:t xml:space="preserve">Assessor: </w:t>
      </w:r>
      <w:r>
        <w:t>________________________________________________________________________________</w:t>
      </w:r>
    </w:p>
    <w:p w14:paraId="272A5531" w14:textId="77777777" w:rsidR="000E4AB2" w:rsidRDefault="00000000">
      <w:r>
        <w:rPr>
          <w:b/>
        </w:rPr>
        <w:t xml:space="preserve">Date: </w:t>
      </w:r>
      <w:r>
        <w:t>________________________________________________________________________________</w:t>
      </w:r>
    </w:p>
    <w:tbl>
      <w:tblPr>
        <w:tblStyle w:val="TableGrid"/>
        <w:tblW w:w="0" w:type="auto"/>
        <w:jc w:val="center"/>
        <w:tblLook w:val="04A0" w:firstRow="1" w:lastRow="0" w:firstColumn="1" w:lastColumn="0" w:noHBand="0" w:noVBand="1"/>
      </w:tblPr>
      <w:tblGrid>
        <w:gridCol w:w="1461"/>
        <w:gridCol w:w="1461"/>
        <w:gridCol w:w="1461"/>
        <w:gridCol w:w="1461"/>
        <w:gridCol w:w="1461"/>
        <w:gridCol w:w="1461"/>
        <w:gridCol w:w="1461"/>
      </w:tblGrid>
      <w:tr w:rsidR="000E4AB2" w14:paraId="58B35976" w14:textId="77777777">
        <w:trPr>
          <w:jc w:val="center"/>
        </w:trPr>
        <w:tc>
          <w:tcPr>
            <w:tcW w:w="1461" w:type="dxa"/>
            <w:shd w:val="clear" w:color="auto" w:fill="D9EAF7"/>
            <w:vAlign w:val="center"/>
          </w:tcPr>
          <w:p w14:paraId="1E12F0ED" w14:textId="77777777" w:rsidR="000E4AB2" w:rsidRDefault="00000000">
            <w:r>
              <w:rPr>
                <w:b/>
                <w:sz w:val="16"/>
              </w:rPr>
              <w:t>Hazard / circumstance</w:t>
            </w:r>
          </w:p>
        </w:tc>
        <w:tc>
          <w:tcPr>
            <w:tcW w:w="1461" w:type="dxa"/>
            <w:shd w:val="clear" w:color="auto" w:fill="D9EAF7"/>
            <w:vAlign w:val="center"/>
          </w:tcPr>
          <w:p w14:paraId="57B16972" w14:textId="77777777" w:rsidR="000E4AB2" w:rsidRDefault="00000000">
            <w:r>
              <w:rPr>
                <w:b/>
                <w:sz w:val="16"/>
              </w:rPr>
              <w:t>Potential harm</w:t>
            </w:r>
          </w:p>
        </w:tc>
        <w:tc>
          <w:tcPr>
            <w:tcW w:w="1461" w:type="dxa"/>
            <w:shd w:val="clear" w:color="auto" w:fill="D9EAF7"/>
            <w:vAlign w:val="center"/>
          </w:tcPr>
          <w:p w14:paraId="4C2720D7" w14:textId="77777777" w:rsidR="000E4AB2" w:rsidRDefault="00000000">
            <w:r>
              <w:rPr>
                <w:b/>
                <w:sz w:val="16"/>
              </w:rPr>
              <w:t>Who / what may be affected</w:t>
            </w:r>
          </w:p>
        </w:tc>
        <w:tc>
          <w:tcPr>
            <w:tcW w:w="1461" w:type="dxa"/>
            <w:shd w:val="clear" w:color="auto" w:fill="D9EAF7"/>
            <w:vAlign w:val="center"/>
          </w:tcPr>
          <w:p w14:paraId="1423BD90" w14:textId="77777777" w:rsidR="000E4AB2" w:rsidRDefault="00000000">
            <w:r>
              <w:rPr>
                <w:b/>
                <w:sz w:val="16"/>
              </w:rPr>
              <w:t>Existing controls</w:t>
            </w:r>
          </w:p>
        </w:tc>
        <w:tc>
          <w:tcPr>
            <w:tcW w:w="1461" w:type="dxa"/>
            <w:shd w:val="clear" w:color="auto" w:fill="D9EAF7"/>
            <w:vAlign w:val="center"/>
          </w:tcPr>
          <w:p w14:paraId="3A2BEE8B" w14:textId="77777777" w:rsidR="000E4AB2" w:rsidRDefault="00000000">
            <w:r>
              <w:rPr>
                <w:b/>
                <w:sz w:val="16"/>
              </w:rPr>
              <w:t>Likelihood</w:t>
            </w:r>
          </w:p>
        </w:tc>
        <w:tc>
          <w:tcPr>
            <w:tcW w:w="1461" w:type="dxa"/>
            <w:shd w:val="clear" w:color="auto" w:fill="D9EAF7"/>
            <w:vAlign w:val="center"/>
          </w:tcPr>
          <w:p w14:paraId="426B0AEF" w14:textId="77777777" w:rsidR="000E4AB2" w:rsidRDefault="00000000">
            <w:r>
              <w:rPr>
                <w:b/>
                <w:sz w:val="16"/>
              </w:rPr>
              <w:t>Consequence</w:t>
            </w:r>
          </w:p>
        </w:tc>
        <w:tc>
          <w:tcPr>
            <w:tcW w:w="1461" w:type="dxa"/>
            <w:shd w:val="clear" w:color="auto" w:fill="D9EAF7"/>
            <w:vAlign w:val="center"/>
          </w:tcPr>
          <w:p w14:paraId="1F8F54C2" w14:textId="77777777" w:rsidR="000E4AB2" w:rsidRDefault="00000000">
            <w:r>
              <w:rPr>
                <w:b/>
                <w:sz w:val="16"/>
              </w:rPr>
              <w:t>Initial risk</w:t>
            </w:r>
          </w:p>
        </w:tc>
      </w:tr>
      <w:tr w:rsidR="000E4AB2" w14:paraId="78C4CE65" w14:textId="77777777">
        <w:trPr>
          <w:jc w:val="center"/>
        </w:trPr>
        <w:tc>
          <w:tcPr>
            <w:tcW w:w="1461" w:type="dxa"/>
            <w:vAlign w:val="center"/>
          </w:tcPr>
          <w:p w14:paraId="737BEC8A" w14:textId="77777777" w:rsidR="000E4AB2" w:rsidRDefault="00000000">
            <w:r>
              <w:rPr>
                <w:sz w:val="16"/>
              </w:rPr>
              <w:t xml:space="preserve"> </w:t>
            </w:r>
          </w:p>
        </w:tc>
        <w:tc>
          <w:tcPr>
            <w:tcW w:w="1461" w:type="dxa"/>
            <w:vAlign w:val="center"/>
          </w:tcPr>
          <w:p w14:paraId="742E60D1" w14:textId="77777777" w:rsidR="000E4AB2" w:rsidRDefault="00000000">
            <w:r>
              <w:rPr>
                <w:sz w:val="16"/>
              </w:rPr>
              <w:t xml:space="preserve"> </w:t>
            </w:r>
          </w:p>
        </w:tc>
        <w:tc>
          <w:tcPr>
            <w:tcW w:w="1461" w:type="dxa"/>
            <w:vAlign w:val="center"/>
          </w:tcPr>
          <w:p w14:paraId="32452757" w14:textId="77777777" w:rsidR="000E4AB2" w:rsidRDefault="00000000">
            <w:r>
              <w:rPr>
                <w:sz w:val="16"/>
              </w:rPr>
              <w:t xml:space="preserve"> </w:t>
            </w:r>
          </w:p>
        </w:tc>
        <w:tc>
          <w:tcPr>
            <w:tcW w:w="1461" w:type="dxa"/>
            <w:vAlign w:val="center"/>
          </w:tcPr>
          <w:p w14:paraId="2203005C" w14:textId="77777777" w:rsidR="000E4AB2" w:rsidRDefault="00000000">
            <w:r>
              <w:rPr>
                <w:sz w:val="16"/>
              </w:rPr>
              <w:t xml:space="preserve"> </w:t>
            </w:r>
          </w:p>
        </w:tc>
        <w:tc>
          <w:tcPr>
            <w:tcW w:w="1461" w:type="dxa"/>
            <w:vAlign w:val="center"/>
          </w:tcPr>
          <w:p w14:paraId="68319566" w14:textId="77777777" w:rsidR="000E4AB2" w:rsidRDefault="00000000">
            <w:r>
              <w:rPr>
                <w:sz w:val="16"/>
              </w:rPr>
              <w:t xml:space="preserve"> </w:t>
            </w:r>
          </w:p>
        </w:tc>
        <w:tc>
          <w:tcPr>
            <w:tcW w:w="1461" w:type="dxa"/>
            <w:vAlign w:val="center"/>
          </w:tcPr>
          <w:p w14:paraId="513D4AF0" w14:textId="77777777" w:rsidR="000E4AB2" w:rsidRDefault="00000000">
            <w:r>
              <w:rPr>
                <w:sz w:val="16"/>
              </w:rPr>
              <w:t xml:space="preserve"> </w:t>
            </w:r>
          </w:p>
        </w:tc>
        <w:tc>
          <w:tcPr>
            <w:tcW w:w="1461" w:type="dxa"/>
            <w:vAlign w:val="center"/>
          </w:tcPr>
          <w:p w14:paraId="3770ADB5" w14:textId="77777777" w:rsidR="000E4AB2" w:rsidRDefault="00000000">
            <w:r>
              <w:rPr>
                <w:sz w:val="16"/>
              </w:rPr>
              <w:t xml:space="preserve"> </w:t>
            </w:r>
          </w:p>
        </w:tc>
      </w:tr>
      <w:tr w:rsidR="000E4AB2" w14:paraId="44C0B097" w14:textId="77777777">
        <w:trPr>
          <w:jc w:val="center"/>
        </w:trPr>
        <w:tc>
          <w:tcPr>
            <w:tcW w:w="1461" w:type="dxa"/>
            <w:vAlign w:val="center"/>
          </w:tcPr>
          <w:p w14:paraId="312EEA22" w14:textId="77777777" w:rsidR="000E4AB2" w:rsidRDefault="00000000">
            <w:r>
              <w:rPr>
                <w:sz w:val="16"/>
              </w:rPr>
              <w:t xml:space="preserve"> </w:t>
            </w:r>
          </w:p>
        </w:tc>
        <w:tc>
          <w:tcPr>
            <w:tcW w:w="1461" w:type="dxa"/>
            <w:vAlign w:val="center"/>
          </w:tcPr>
          <w:p w14:paraId="6FD8F47D" w14:textId="77777777" w:rsidR="000E4AB2" w:rsidRDefault="00000000">
            <w:r>
              <w:rPr>
                <w:sz w:val="16"/>
              </w:rPr>
              <w:t xml:space="preserve"> </w:t>
            </w:r>
          </w:p>
        </w:tc>
        <w:tc>
          <w:tcPr>
            <w:tcW w:w="1461" w:type="dxa"/>
            <w:vAlign w:val="center"/>
          </w:tcPr>
          <w:p w14:paraId="71284CF4" w14:textId="77777777" w:rsidR="000E4AB2" w:rsidRDefault="00000000">
            <w:r>
              <w:rPr>
                <w:sz w:val="16"/>
              </w:rPr>
              <w:t xml:space="preserve"> </w:t>
            </w:r>
          </w:p>
        </w:tc>
        <w:tc>
          <w:tcPr>
            <w:tcW w:w="1461" w:type="dxa"/>
            <w:vAlign w:val="center"/>
          </w:tcPr>
          <w:p w14:paraId="321D1C0F" w14:textId="77777777" w:rsidR="000E4AB2" w:rsidRDefault="00000000">
            <w:r>
              <w:rPr>
                <w:sz w:val="16"/>
              </w:rPr>
              <w:t xml:space="preserve"> </w:t>
            </w:r>
          </w:p>
        </w:tc>
        <w:tc>
          <w:tcPr>
            <w:tcW w:w="1461" w:type="dxa"/>
            <w:vAlign w:val="center"/>
          </w:tcPr>
          <w:p w14:paraId="21CA4930" w14:textId="77777777" w:rsidR="000E4AB2" w:rsidRDefault="00000000">
            <w:r>
              <w:rPr>
                <w:sz w:val="16"/>
              </w:rPr>
              <w:t xml:space="preserve"> </w:t>
            </w:r>
          </w:p>
        </w:tc>
        <w:tc>
          <w:tcPr>
            <w:tcW w:w="1461" w:type="dxa"/>
            <w:vAlign w:val="center"/>
          </w:tcPr>
          <w:p w14:paraId="686672D4" w14:textId="77777777" w:rsidR="000E4AB2" w:rsidRDefault="00000000">
            <w:r>
              <w:rPr>
                <w:sz w:val="16"/>
              </w:rPr>
              <w:t xml:space="preserve"> </w:t>
            </w:r>
          </w:p>
        </w:tc>
        <w:tc>
          <w:tcPr>
            <w:tcW w:w="1461" w:type="dxa"/>
            <w:vAlign w:val="center"/>
          </w:tcPr>
          <w:p w14:paraId="3D50184A" w14:textId="77777777" w:rsidR="000E4AB2" w:rsidRDefault="00000000">
            <w:r>
              <w:rPr>
                <w:sz w:val="16"/>
              </w:rPr>
              <w:t xml:space="preserve"> </w:t>
            </w:r>
          </w:p>
        </w:tc>
      </w:tr>
      <w:tr w:rsidR="000E4AB2" w14:paraId="46FC399E" w14:textId="77777777">
        <w:trPr>
          <w:jc w:val="center"/>
        </w:trPr>
        <w:tc>
          <w:tcPr>
            <w:tcW w:w="1461" w:type="dxa"/>
            <w:vAlign w:val="center"/>
          </w:tcPr>
          <w:p w14:paraId="2F43654D" w14:textId="77777777" w:rsidR="000E4AB2" w:rsidRDefault="00000000">
            <w:r>
              <w:rPr>
                <w:sz w:val="16"/>
              </w:rPr>
              <w:t xml:space="preserve"> </w:t>
            </w:r>
          </w:p>
        </w:tc>
        <w:tc>
          <w:tcPr>
            <w:tcW w:w="1461" w:type="dxa"/>
            <w:vAlign w:val="center"/>
          </w:tcPr>
          <w:p w14:paraId="479209A6" w14:textId="77777777" w:rsidR="000E4AB2" w:rsidRDefault="00000000">
            <w:r>
              <w:rPr>
                <w:sz w:val="16"/>
              </w:rPr>
              <w:t xml:space="preserve"> </w:t>
            </w:r>
          </w:p>
        </w:tc>
        <w:tc>
          <w:tcPr>
            <w:tcW w:w="1461" w:type="dxa"/>
            <w:vAlign w:val="center"/>
          </w:tcPr>
          <w:p w14:paraId="4888F481" w14:textId="77777777" w:rsidR="000E4AB2" w:rsidRDefault="00000000">
            <w:r>
              <w:rPr>
                <w:sz w:val="16"/>
              </w:rPr>
              <w:t xml:space="preserve"> </w:t>
            </w:r>
          </w:p>
        </w:tc>
        <w:tc>
          <w:tcPr>
            <w:tcW w:w="1461" w:type="dxa"/>
            <w:vAlign w:val="center"/>
          </w:tcPr>
          <w:p w14:paraId="4918D27A" w14:textId="77777777" w:rsidR="000E4AB2" w:rsidRDefault="00000000">
            <w:r>
              <w:rPr>
                <w:sz w:val="16"/>
              </w:rPr>
              <w:t xml:space="preserve"> </w:t>
            </w:r>
          </w:p>
        </w:tc>
        <w:tc>
          <w:tcPr>
            <w:tcW w:w="1461" w:type="dxa"/>
            <w:vAlign w:val="center"/>
          </w:tcPr>
          <w:p w14:paraId="584F7573" w14:textId="77777777" w:rsidR="000E4AB2" w:rsidRDefault="00000000">
            <w:r>
              <w:rPr>
                <w:sz w:val="16"/>
              </w:rPr>
              <w:t xml:space="preserve"> </w:t>
            </w:r>
          </w:p>
        </w:tc>
        <w:tc>
          <w:tcPr>
            <w:tcW w:w="1461" w:type="dxa"/>
            <w:vAlign w:val="center"/>
          </w:tcPr>
          <w:p w14:paraId="7B59A287" w14:textId="77777777" w:rsidR="000E4AB2" w:rsidRDefault="00000000">
            <w:r>
              <w:rPr>
                <w:sz w:val="16"/>
              </w:rPr>
              <w:t xml:space="preserve"> </w:t>
            </w:r>
          </w:p>
        </w:tc>
        <w:tc>
          <w:tcPr>
            <w:tcW w:w="1461" w:type="dxa"/>
            <w:vAlign w:val="center"/>
          </w:tcPr>
          <w:p w14:paraId="38BD0882" w14:textId="77777777" w:rsidR="000E4AB2" w:rsidRDefault="00000000">
            <w:r>
              <w:rPr>
                <w:sz w:val="16"/>
              </w:rPr>
              <w:t xml:space="preserve"> </w:t>
            </w:r>
          </w:p>
        </w:tc>
      </w:tr>
      <w:tr w:rsidR="000E4AB2" w14:paraId="4F6B396A" w14:textId="77777777">
        <w:trPr>
          <w:jc w:val="center"/>
        </w:trPr>
        <w:tc>
          <w:tcPr>
            <w:tcW w:w="1461" w:type="dxa"/>
            <w:vAlign w:val="center"/>
          </w:tcPr>
          <w:p w14:paraId="553B4CCC" w14:textId="77777777" w:rsidR="000E4AB2" w:rsidRDefault="00000000">
            <w:r>
              <w:rPr>
                <w:sz w:val="16"/>
              </w:rPr>
              <w:t xml:space="preserve"> </w:t>
            </w:r>
          </w:p>
        </w:tc>
        <w:tc>
          <w:tcPr>
            <w:tcW w:w="1461" w:type="dxa"/>
            <w:vAlign w:val="center"/>
          </w:tcPr>
          <w:p w14:paraId="5EFE0540" w14:textId="77777777" w:rsidR="000E4AB2" w:rsidRDefault="00000000">
            <w:r>
              <w:rPr>
                <w:sz w:val="16"/>
              </w:rPr>
              <w:t xml:space="preserve"> </w:t>
            </w:r>
          </w:p>
        </w:tc>
        <w:tc>
          <w:tcPr>
            <w:tcW w:w="1461" w:type="dxa"/>
            <w:vAlign w:val="center"/>
          </w:tcPr>
          <w:p w14:paraId="521C4B9B" w14:textId="77777777" w:rsidR="000E4AB2" w:rsidRDefault="00000000">
            <w:r>
              <w:rPr>
                <w:sz w:val="16"/>
              </w:rPr>
              <w:t xml:space="preserve"> </w:t>
            </w:r>
          </w:p>
        </w:tc>
        <w:tc>
          <w:tcPr>
            <w:tcW w:w="1461" w:type="dxa"/>
            <w:vAlign w:val="center"/>
          </w:tcPr>
          <w:p w14:paraId="228D4D9B" w14:textId="77777777" w:rsidR="000E4AB2" w:rsidRDefault="00000000">
            <w:r>
              <w:rPr>
                <w:sz w:val="16"/>
              </w:rPr>
              <w:t xml:space="preserve"> </w:t>
            </w:r>
          </w:p>
        </w:tc>
        <w:tc>
          <w:tcPr>
            <w:tcW w:w="1461" w:type="dxa"/>
            <w:vAlign w:val="center"/>
          </w:tcPr>
          <w:p w14:paraId="21E6F40C" w14:textId="77777777" w:rsidR="000E4AB2" w:rsidRDefault="00000000">
            <w:r>
              <w:rPr>
                <w:sz w:val="16"/>
              </w:rPr>
              <w:t xml:space="preserve"> </w:t>
            </w:r>
          </w:p>
        </w:tc>
        <w:tc>
          <w:tcPr>
            <w:tcW w:w="1461" w:type="dxa"/>
            <w:vAlign w:val="center"/>
          </w:tcPr>
          <w:p w14:paraId="342D47CD" w14:textId="77777777" w:rsidR="000E4AB2" w:rsidRDefault="00000000">
            <w:r>
              <w:rPr>
                <w:sz w:val="16"/>
              </w:rPr>
              <w:t xml:space="preserve"> </w:t>
            </w:r>
          </w:p>
        </w:tc>
        <w:tc>
          <w:tcPr>
            <w:tcW w:w="1461" w:type="dxa"/>
            <w:vAlign w:val="center"/>
          </w:tcPr>
          <w:p w14:paraId="48285C56" w14:textId="77777777" w:rsidR="000E4AB2" w:rsidRDefault="00000000">
            <w:r>
              <w:rPr>
                <w:sz w:val="16"/>
              </w:rPr>
              <w:t xml:space="preserve"> </w:t>
            </w:r>
          </w:p>
        </w:tc>
      </w:tr>
      <w:tr w:rsidR="000E4AB2" w14:paraId="5D84E26D" w14:textId="77777777">
        <w:trPr>
          <w:jc w:val="center"/>
        </w:trPr>
        <w:tc>
          <w:tcPr>
            <w:tcW w:w="1461" w:type="dxa"/>
            <w:vAlign w:val="center"/>
          </w:tcPr>
          <w:p w14:paraId="5F86801B" w14:textId="77777777" w:rsidR="000E4AB2" w:rsidRDefault="00000000">
            <w:r>
              <w:rPr>
                <w:sz w:val="16"/>
              </w:rPr>
              <w:t xml:space="preserve"> </w:t>
            </w:r>
          </w:p>
        </w:tc>
        <w:tc>
          <w:tcPr>
            <w:tcW w:w="1461" w:type="dxa"/>
            <w:vAlign w:val="center"/>
          </w:tcPr>
          <w:p w14:paraId="45ED7B87" w14:textId="77777777" w:rsidR="000E4AB2" w:rsidRDefault="00000000">
            <w:r>
              <w:rPr>
                <w:sz w:val="16"/>
              </w:rPr>
              <w:t xml:space="preserve"> </w:t>
            </w:r>
          </w:p>
        </w:tc>
        <w:tc>
          <w:tcPr>
            <w:tcW w:w="1461" w:type="dxa"/>
            <w:vAlign w:val="center"/>
          </w:tcPr>
          <w:p w14:paraId="42A8BD37" w14:textId="77777777" w:rsidR="000E4AB2" w:rsidRDefault="00000000">
            <w:r>
              <w:rPr>
                <w:sz w:val="16"/>
              </w:rPr>
              <w:t xml:space="preserve"> </w:t>
            </w:r>
          </w:p>
        </w:tc>
        <w:tc>
          <w:tcPr>
            <w:tcW w:w="1461" w:type="dxa"/>
            <w:vAlign w:val="center"/>
          </w:tcPr>
          <w:p w14:paraId="5E6FB248" w14:textId="77777777" w:rsidR="000E4AB2" w:rsidRDefault="00000000">
            <w:r>
              <w:rPr>
                <w:sz w:val="16"/>
              </w:rPr>
              <w:t xml:space="preserve"> </w:t>
            </w:r>
          </w:p>
        </w:tc>
        <w:tc>
          <w:tcPr>
            <w:tcW w:w="1461" w:type="dxa"/>
            <w:vAlign w:val="center"/>
          </w:tcPr>
          <w:p w14:paraId="7E17630C" w14:textId="77777777" w:rsidR="000E4AB2" w:rsidRDefault="00000000">
            <w:r>
              <w:rPr>
                <w:sz w:val="16"/>
              </w:rPr>
              <w:t xml:space="preserve"> </w:t>
            </w:r>
          </w:p>
        </w:tc>
        <w:tc>
          <w:tcPr>
            <w:tcW w:w="1461" w:type="dxa"/>
            <w:vAlign w:val="center"/>
          </w:tcPr>
          <w:p w14:paraId="623FBCF7" w14:textId="77777777" w:rsidR="000E4AB2" w:rsidRDefault="00000000">
            <w:r>
              <w:rPr>
                <w:sz w:val="16"/>
              </w:rPr>
              <w:t xml:space="preserve"> </w:t>
            </w:r>
          </w:p>
        </w:tc>
        <w:tc>
          <w:tcPr>
            <w:tcW w:w="1461" w:type="dxa"/>
            <w:vAlign w:val="center"/>
          </w:tcPr>
          <w:p w14:paraId="42414871" w14:textId="77777777" w:rsidR="000E4AB2" w:rsidRDefault="00000000">
            <w:r>
              <w:rPr>
                <w:sz w:val="16"/>
              </w:rPr>
              <w:t xml:space="preserve"> </w:t>
            </w:r>
          </w:p>
        </w:tc>
      </w:tr>
    </w:tbl>
    <w:p w14:paraId="4DEF6576" w14:textId="77777777" w:rsidR="000E4AB2" w:rsidRDefault="00000000">
      <w:pPr>
        <w:pStyle w:val="Heading2"/>
      </w:pPr>
      <w:bookmarkStart w:id="20" w:name="_Toc240137291"/>
      <w:r>
        <w:t>Participation, adjustment and animal welfare considerations</w:t>
      </w:r>
      <w:bookmarkEnd w:id="20"/>
    </w:p>
    <w:tbl>
      <w:tblPr>
        <w:tblStyle w:val="TableGrid"/>
        <w:tblW w:w="0" w:type="auto"/>
        <w:jc w:val="center"/>
        <w:tblLook w:val="04A0" w:firstRow="1" w:lastRow="0" w:firstColumn="1" w:lastColumn="0" w:noHBand="0" w:noVBand="1"/>
      </w:tblPr>
      <w:tblGrid>
        <w:gridCol w:w="2556"/>
        <w:gridCol w:w="2556"/>
        <w:gridCol w:w="2556"/>
        <w:gridCol w:w="2556"/>
      </w:tblGrid>
      <w:tr w:rsidR="000E4AB2" w14:paraId="4B9D5A97" w14:textId="77777777">
        <w:trPr>
          <w:jc w:val="center"/>
        </w:trPr>
        <w:tc>
          <w:tcPr>
            <w:tcW w:w="2556" w:type="dxa"/>
            <w:shd w:val="clear" w:color="auto" w:fill="D9EAF7"/>
            <w:vAlign w:val="center"/>
          </w:tcPr>
          <w:p w14:paraId="74142EFD" w14:textId="77777777" w:rsidR="000E4AB2" w:rsidRDefault="00000000">
            <w:r>
              <w:rPr>
                <w:b/>
                <w:sz w:val="16"/>
              </w:rPr>
              <w:t>Benefits / importance of participation</w:t>
            </w:r>
          </w:p>
        </w:tc>
        <w:tc>
          <w:tcPr>
            <w:tcW w:w="2556" w:type="dxa"/>
            <w:shd w:val="clear" w:color="auto" w:fill="D9EAF7"/>
            <w:vAlign w:val="center"/>
          </w:tcPr>
          <w:p w14:paraId="455B98EB" w14:textId="77777777" w:rsidR="000E4AB2" w:rsidRDefault="00000000">
            <w:r>
              <w:rPr>
                <w:b/>
                <w:sz w:val="16"/>
              </w:rPr>
              <w:t>Reasonable adjustments or supports considered</w:t>
            </w:r>
          </w:p>
        </w:tc>
        <w:tc>
          <w:tcPr>
            <w:tcW w:w="2556" w:type="dxa"/>
            <w:shd w:val="clear" w:color="auto" w:fill="D9EAF7"/>
            <w:vAlign w:val="center"/>
          </w:tcPr>
          <w:p w14:paraId="660656B2" w14:textId="77777777" w:rsidR="000E4AB2" w:rsidRDefault="00000000">
            <w:r>
              <w:rPr>
                <w:b/>
                <w:sz w:val="16"/>
              </w:rPr>
              <w:t>Animal welfare implications</w:t>
            </w:r>
          </w:p>
        </w:tc>
        <w:tc>
          <w:tcPr>
            <w:tcW w:w="2556" w:type="dxa"/>
            <w:shd w:val="clear" w:color="auto" w:fill="D9EAF7"/>
            <w:vAlign w:val="center"/>
          </w:tcPr>
          <w:p w14:paraId="1C38D703" w14:textId="77777777" w:rsidR="000E4AB2" w:rsidRDefault="00000000">
            <w:r>
              <w:rPr>
                <w:b/>
                <w:sz w:val="16"/>
              </w:rPr>
              <w:t>Potential consequences of restriction</w:t>
            </w:r>
          </w:p>
        </w:tc>
      </w:tr>
      <w:tr w:rsidR="000E4AB2" w14:paraId="1F5AB8C2" w14:textId="77777777">
        <w:trPr>
          <w:jc w:val="center"/>
        </w:trPr>
        <w:tc>
          <w:tcPr>
            <w:tcW w:w="2556" w:type="dxa"/>
            <w:vAlign w:val="center"/>
          </w:tcPr>
          <w:p w14:paraId="6EA93E26" w14:textId="77777777" w:rsidR="000E4AB2" w:rsidRDefault="00000000">
            <w:r>
              <w:rPr>
                <w:sz w:val="16"/>
              </w:rPr>
              <w:t xml:space="preserve"> </w:t>
            </w:r>
          </w:p>
        </w:tc>
        <w:tc>
          <w:tcPr>
            <w:tcW w:w="2556" w:type="dxa"/>
            <w:vAlign w:val="center"/>
          </w:tcPr>
          <w:p w14:paraId="6DC23C33" w14:textId="77777777" w:rsidR="000E4AB2" w:rsidRDefault="00000000">
            <w:r>
              <w:rPr>
                <w:sz w:val="16"/>
              </w:rPr>
              <w:t xml:space="preserve"> </w:t>
            </w:r>
          </w:p>
        </w:tc>
        <w:tc>
          <w:tcPr>
            <w:tcW w:w="2556" w:type="dxa"/>
            <w:vAlign w:val="center"/>
          </w:tcPr>
          <w:p w14:paraId="4F8C6F3B" w14:textId="77777777" w:rsidR="000E4AB2" w:rsidRDefault="00000000">
            <w:r>
              <w:rPr>
                <w:sz w:val="16"/>
              </w:rPr>
              <w:t xml:space="preserve"> </w:t>
            </w:r>
          </w:p>
        </w:tc>
        <w:tc>
          <w:tcPr>
            <w:tcW w:w="2556" w:type="dxa"/>
            <w:vAlign w:val="center"/>
          </w:tcPr>
          <w:p w14:paraId="59940A44" w14:textId="77777777" w:rsidR="000E4AB2" w:rsidRDefault="00000000">
            <w:r>
              <w:rPr>
                <w:sz w:val="16"/>
              </w:rPr>
              <w:t xml:space="preserve"> </w:t>
            </w:r>
          </w:p>
        </w:tc>
      </w:tr>
      <w:tr w:rsidR="000E4AB2" w14:paraId="259A5F71" w14:textId="77777777">
        <w:trPr>
          <w:jc w:val="center"/>
        </w:trPr>
        <w:tc>
          <w:tcPr>
            <w:tcW w:w="2556" w:type="dxa"/>
            <w:vAlign w:val="center"/>
          </w:tcPr>
          <w:p w14:paraId="766EAD16" w14:textId="77777777" w:rsidR="000E4AB2" w:rsidRDefault="00000000">
            <w:r>
              <w:rPr>
                <w:sz w:val="16"/>
              </w:rPr>
              <w:t xml:space="preserve"> </w:t>
            </w:r>
          </w:p>
        </w:tc>
        <w:tc>
          <w:tcPr>
            <w:tcW w:w="2556" w:type="dxa"/>
            <w:vAlign w:val="center"/>
          </w:tcPr>
          <w:p w14:paraId="0EF31131" w14:textId="77777777" w:rsidR="000E4AB2" w:rsidRDefault="00000000">
            <w:r>
              <w:rPr>
                <w:sz w:val="16"/>
              </w:rPr>
              <w:t xml:space="preserve"> </w:t>
            </w:r>
          </w:p>
        </w:tc>
        <w:tc>
          <w:tcPr>
            <w:tcW w:w="2556" w:type="dxa"/>
            <w:vAlign w:val="center"/>
          </w:tcPr>
          <w:p w14:paraId="1DE7435E" w14:textId="77777777" w:rsidR="000E4AB2" w:rsidRDefault="00000000">
            <w:r>
              <w:rPr>
                <w:sz w:val="16"/>
              </w:rPr>
              <w:t xml:space="preserve"> </w:t>
            </w:r>
          </w:p>
        </w:tc>
        <w:tc>
          <w:tcPr>
            <w:tcW w:w="2556" w:type="dxa"/>
            <w:vAlign w:val="center"/>
          </w:tcPr>
          <w:p w14:paraId="4C103A53" w14:textId="77777777" w:rsidR="000E4AB2" w:rsidRDefault="00000000">
            <w:r>
              <w:rPr>
                <w:sz w:val="16"/>
              </w:rPr>
              <w:t xml:space="preserve"> </w:t>
            </w:r>
          </w:p>
        </w:tc>
      </w:tr>
      <w:tr w:rsidR="000E4AB2" w14:paraId="0FD5ACED" w14:textId="77777777">
        <w:trPr>
          <w:jc w:val="center"/>
        </w:trPr>
        <w:tc>
          <w:tcPr>
            <w:tcW w:w="2556" w:type="dxa"/>
            <w:vAlign w:val="center"/>
          </w:tcPr>
          <w:p w14:paraId="2E4C2AFF" w14:textId="77777777" w:rsidR="000E4AB2" w:rsidRDefault="00000000">
            <w:r>
              <w:rPr>
                <w:sz w:val="16"/>
              </w:rPr>
              <w:t xml:space="preserve"> </w:t>
            </w:r>
          </w:p>
        </w:tc>
        <w:tc>
          <w:tcPr>
            <w:tcW w:w="2556" w:type="dxa"/>
            <w:vAlign w:val="center"/>
          </w:tcPr>
          <w:p w14:paraId="3B1A5446" w14:textId="77777777" w:rsidR="000E4AB2" w:rsidRDefault="00000000">
            <w:r>
              <w:rPr>
                <w:sz w:val="16"/>
              </w:rPr>
              <w:t xml:space="preserve"> </w:t>
            </w:r>
          </w:p>
        </w:tc>
        <w:tc>
          <w:tcPr>
            <w:tcW w:w="2556" w:type="dxa"/>
            <w:vAlign w:val="center"/>
          </w:tcPr>
          <w:p w14:paraId="7C1FE0E3" w14:textId="77777777" w:rsidR="000E4AB2" w:rsidRDefault="00000000">
            <w:r>
              <w:rPr>
                <w:sz w:val="16"/>
              </w:rPr>
              <w:t xml:space="preserve"> </w:t>
            </w:r>
          </w:p>
        </w:tc>
        <w:tc>
          <w:tcPr>
            <w:tcW w:w="2556" w:type="dxa"/>
            <w:vAlign w:val="center"/>
          </w:tcPr>
          <w:p w14:paraId="6E034E09" w14:textId="77777777" w:rsidR="000E4AB2" w:rsidRDefault="00000000">
            <w:r>
              <w:rPr>
                <w:sz w:val="16"/>
              </w:rPr>
              <w:t xml:space="preserve"> </w:t>
            </w:r>
          </w:p>
        </w:tc>
      </w:tr>
    </w:tbl>
    <w:p w14:paraId="1357CB1B" w14:textId="77777777" w:rsidR="000E4AB2" w:rsidRDefault="00000000">
      <w:pPr>
        <w:pStyle w:val="Heading2"/>
      </w:pPr>
      <w:bookmarkStart w:id="21" w:name="_Toc240137292"/>
      <w:r>
        <w:t>Additional controls and residual risk</w:t>
      </w:r>
      <w:bookmarkEnd w:id="21"/>
    </w:p>
    <w:tbl>
      <w:tblPr>
        <w:tblStyle w:val="TableGrid"/>
        <w:tblW w:w="0" w:type="auto"/>
        <w:jc w:val="center"/>
        <w:tblLook w:val="04A0" w:firstRow="1" w:lastRow="0" w:firstColumn="1" w:lastColumn="0" w:noHBand="0" w:noVBand="1"/>
      </w:tblPr>
      <w:tblGrid>
        <w:gridCol w:w="1704"/>
        <w:gridCol w:w="1704"/>
        <w:gridCol w:w="1704"/>
        <w:gridCol w:w="1704"/>
        <w:gridCol w:w="1704"/>
        <w:gridCol w:w="1704"/>
      </w:tblGrid>
      <w:tr w:rsidR="000E4AB2" w14:paraId="66465F51" w14:textId="77777777">
        <w:trPr>
          <w:jc w:val="center"/>
        </w:trPr>
        <w:tc>
          <w:tcPr>
            <w:tcW w:w="1704" w:type="dxa"/>
            <w:shd w:val="clear" w:color="auto" w:fill="D9EAF7"/>
            <w:vAlign w:val="center"/>
          </w:tcPr>
          <w:p w14:paraId="2A177778" w14:textId="77777777" w:rsidR="000E4AB2" w:rsidRDefault="00000000">
            <w:r>
              <w:rPr>
                <w:b/>
                <w:sz w:val="16"/>
              </w:rPr>
              <w:t>Additional control</w:t>
            </w:r>
          </w:p>
        </w:tc>
        <w:tc>
          <w:tcPr>
            <w:tcW w:w="1704" w:type="dxa"/>
            <w:shd w:val="clear" w:color="auto" w:fill="D9EAF7"/>
            <w:vAlign w:val="center"/>
          </w:tcPr>
          <w:p w14:paraId="614EF3F5" w14:textId="77777777" w:rsidR="000E4AB2" w:rsidRDefault="00000000">
            <w:r>
              <w:rPr>
                <w:b/>
                <w:sz w:val="16"/>
              </w:rPr>
              <w:t>Hierarchy level</w:t>
            </w:r>
          </w:p>
        </w:tc>
        <w:tc>
          <w:tcPr>
            <w:tcW w:w="1704" w:type="dxa"/>
            <w:shd w:val="clear" w:color="auto" w:fill="D9EAF7"/>
            <w:vAlign w:val="center"/>
          </w:tcPr>
          <w:p w14:paraId="2CF1F524" w14:textId="77777777" w:rsidR="000E4AB2" w:rsidRDefault="00000000">
            <w:r>
              <w:rPr>
                <w:b/>
                <w:sz w:val="16"/>
              </w:rPr>
              <w:t>Responsible person</w:t>
            </w:r>
          </w:p>
        </w:tc>
        <w:tc>
          <w:tcPr>
            <w:tcW w:w="1704" w:type="dxa"/>
            <w:shd w:val="clear" w:color="auto" w:fill="D9EAF7"/>
            <w:vAlign w:val="center"/>
          </w:tcPr>
          <w:p w14:paraId="59563893" w14:textId="77777777" w:rsidR="000E4AB2" w:rsidRDefault="00000000">
            <w:r>
              <w:rPr>
                <w:b/>
                <w:sz w:val="16"/>
              </w:rPr>
              <w:t>Due date</w:t>
            </w:r>
          </w:p>
        </w:tc>
        <w:tc>
          <w:tcPr>
            <w:tcW w:w="1704" w:type="dxa"/>
            <w:shd w:val="clear" w:color="auto" w:fill="D9EAF7"/>
            <w:vAlign w:val="center"/>
          </w:tcPr>
          <w:p w14:paraId="5BC538B7" w14:textId="77777777" w:rsidR="000E4AB2" w:rsidRDefault="00000000">
            <w:r>
              <w:rPr>
                <w:b/>
                <w:sz w:val="16"/>
              </w:rPr>
              <w:t>Residual risk</w:t>
            </w:r>
          </w:p>
        </w:tc>
        <w:tc>
          <w:tcPr>
            <w:tcW w:w="1704" w:type="dxa"/>
            <w:shd w:val="clear" w:color="auto" w:fill="D9EAF7"/>
            <w:vAlign w:val="center"/>
          </w:tcPr>
          <w:p w14:paraId="381DB21A" w14:textId="77777777" w:rsidR="000E4AB2" w:rsidRDefault="00000000">
            <w:r>
              <w:rPr>
                <w:b/>
                <w:sz w:val="16"/>
              </w:rPr>
              <w:t>How effectiveness will be checked</w:t>
            </w:r>
          </w:p>
        </w:tc>
      </w:tr>
      <w:tr w:rsidR="000E4AB2" w14:paraId="4E8F809F" w14:textId="77777777">
        <w:trPr>
          <w:jc w:val="center"/>
        </w:trPr>
        <w:tc>
          <w:tcPr>
            <w:tcW w:w="1704" w:type="dxa"/>
            <w:vAlign w:val="center"/>
          </w:tcPr>
          <w:p w14:paraId="34C39865" w14:textId="77777777" w:rsidR="000E4AB2" w:rsidRDefault="00000000">
            <w:r>
              <w:rPr>
                <w:sz w:val="16"/>
              </w:rPr>
              <w:t xml:space="preserve"> </w:t>
            </w:r>
          </w:p>
        </w:tc>
        <w:tc>
          <w:tcPr>
            <w:tcW w:w="1704" w:type="dxa"/>
            <w:vAlign w:val="center"/>
          </w:tcPr>
          <w:p w14:paraId="4EBA18BB" w14:textId="77777777" w:rsidR="000E4AB2" w:rsidRDefault="00000000">
            <w:r>
              <w:rPr>
                <w:sz w:val="16"/>
              </w:rPr>
              <w:t xml:space="preserve"> </w:t>
            </w:r>
          </w:p>
        </w:tc>
        <w:tc>
          <w:tcPr>
            <w:tcW w:w="1704" w:type="dxa"/>
            <w:vAlign w:val="center"/>
          </w:tcPr>
          <w:p w14:paraId="5453A70F" w14:textId="77777777" w:rsidR="000E4AB2" w:rsidRDefault="00000000">
            <w:r>
              <w:rPr>
                <w:sz w:val="16"/>
              </w:rPr>
              <w:t xml:space="preserve"> </w:t>
            </w:r>
          </w:p>
        </w:tc>
        <w:tc>
          <w:tcPr>
            <w:tcW w:w="1704" w:type="dxa"/>
            <w:vAlign w:val="center"/>
          </w:tcPr>
          <w:p w14:paraId="283CBE39" w14:textId="77777777" w:rsidR="000E4AB2" w:rsidRDefault="00000000">
            <w:r>
              <w:rPr>
                <w:sz w:val="16"/>
              </w:rPr>
              <w:t xml:space="preserve"> </w:t>
            </w:r>
          </w:p>
        </w:tc>
        <w:tc>
          <w:tcPr>
            <w:tcW w:w="1704" w:type="dxa"/>
            <w:vAlign w:val="center"/>
          </w:tcPr>
          <w:p w14:paraId="3D5A4708" w14:textId="77777777" w:rsidR="000E4AB2" w:rsidRDefault="00000000">
            <w:r>
              <w:rPr>
                <w:sz w:val="16"/>
              </w:rPr>
              <w:t xml:space="preserve"> </w:t>
            </w:r>
          </w:p>
        </w:tc>
        <w:tc>
          <w:tcPr>
            <w:tcW w:w="1704" w:type="dxa"/>
            <w:vAlign w:val="center"/>
          </w:tcPr>
          <w:p w14:paraId="4B63CBD5" w14:textId="77777777" w:rsidR="000E4AB2" w:rsidRDefault="00000000">
            <w:r>
              <w:rPr>
                <w:sz w:val="16"/>
              </w:rPr>
              <w:t xml:space="preserve"> </w:t>
            </w:r>
          </w:p>
        </w:tc>
      </w:tr>
      <w:tr w:rsidR="000E4AB2" w14:paraId="1D33B936" w14:textId="77777777">
        <w:trPr>
          <w:jc w:val="center"/>
        </w:trPr>
        <w:tc>
          <w:tcPr>
            <w:tcW w:w="1704" w:type="dxa"/>
            <w:vAlign w:val="center"/>
          </w:tcPr>
          <w:p w14:paraId="72463038" w14:textId="77777777" w:rsidR="000E4AB2" w:rsidRDefault="00000000">
            <w:r>
              <w:rPr>
                <w:sz w:val="16"/>
              </w:rPr>
              <w:t xml:space="preserve"> </w:t>
            </w:r>
          </w:p>
        </w:tc>
        <w:tc>
          <w:tcPr>
            <w:tcW w:w="1704" w:type="dxa"/>
            <w:vAlign w:val="center"/>
          </w:tcPr>
          <w:p w14:paraId="09B4DA18" w14:textId="77777777" w:rsidR="000E4AB2" w:rsidRDefault="00000000">
            <w:r>
              <w:rPr>
                <w:sz w:val="16"/>
              </w:rPr>
              <w:t xml:space="preserve"> </w:t>
            </w:r>
          </w:p>
        </w:tc>
        <w:tc>
          <w:tcPr>
            <w:tcW w:w="1704" w:type="dxa"/>
            <w:vAlign w:val="center"/>
          </w:tcPr>
          <w:p w14:paraId="7A1F8708" w14:textId="77777777" w:rsidR="000E4AB2" w:rsidRDefault="00000000">
            <w:r>
              <w:rPr>
                <w:sz w:val="16"/>
              </w:rPr>
              <w:t xml:space="preserve"> </w:t>
            </w:r>
          </w:p>
        </w:tc>
        <w:tc>
          <w:tcPr>
            <w:tcW w:w="1704" w:type="dxa"/>
            <w:vAlign w:val="center"/>
          </w:tcPr>
          <w:p w14:paraId="268C4694" w14:textId="77777777" w:rsidR="000E4AB2" w:rsidRDefault="00000000">
            <w:r>
              <w:rPr>
                <w:sz w:val="16"/>
              </w:rPr>
              <w:t xml:space="preserve"> </w:t>
            </w:r>
          </w:p>
        </w:tc>
        <w:tc>
          <w:tcPr>
            <w:tcW w:w="1704" w:type="dxa"/>
            <w:vAlign w:val="center"/>
          </w:tcPr>
          <w:p w14:paraId="6E7C5B3A" w14:textId="77777777" w:rsidR="000E4AB2" w:rsidRDefault="00000000">
            <w:r>
              <w:rPr>
                <w:sz w:val="16"/>
              </w:rPr>
              <w:t xml:space="preserve"> </w:t>
            </w:r>
          </w:p>
        </w:tc>
        <w:tc>
          <w:tcPr>
            <w:tcW w:w="1704" w:type="dxa"/>
            <w:vAlign w:val="center"/>
          </w:tcPr>
          <w:p w14:paraId="33C4BA81" w14:textId="77777777" w:rsidR="000E4AB2" w:rsidRDefault="00000000">
            <w:r>
              <w:rPr>
                <w:sz w:val="16"/>
              </w:rPr>
              <w:t xml:space="preserve"> </w:t>
            </w:r>
          </w:p>
        </w:tc>
      </w:tr>
      <w:tr w:rsidR="000E4AB2" w14:paraId="1386FBDD" w14:textId="77777777">
        <w:trPr>
          <w:jc w:val="center"/>
        </w:trPr>
        <w:tc>
          <w:tcPr>
            <w:tcW w:w="1704" w:type="dxa"/>
            <w:vAlign w:val="center"/>
          </w:tcPr>
          <w:p w14:paraId="645517FE" w14:textId="77777777" w:rsidR="000E4AB2" w:rsidRDefault="00000000">
            <w:r>
              <w:rPr>
                <w:sz w:val="16"/>
              </w:rPr>
              <w:t xml:space="preserve"> </w:t>
            </w:r>
          </w:p>
        </w:tc>
        <w:tc>
          <w:tcPr>
            <w:tcW w:w="1704" w:type="dxa"/>
            <w:vAlign w:val="center"/>
          </w:tcPr>
          <w:p w14:paraId="2F866123" w14:textId="77777777" w:rsidR="000E4AB2" w:rsidRDefault="00000000">
            <w:r>
              <w:rPr>
                <w:sz w:val="16"/>
              </w:rPr>
              <w:t xml:space="preserve"> </w:t>
            </w:r>
          </w:p>
        </w:tc>
        <w:tc>
          <w:tcPr>
            <w:tcW w:w="1704" w:type="dxa"/>
            <w:vAlign w:val="center"/>
          </w:tcPr>
          <w:p w14:paraId="51494AD7" w14:textId="77777777" w:rsidR="000E4AB2" w:rsidRDefault="00000000">
            <w:r>
              <w:rPr>
                <w:sz w:val="16"/>
              </w:rPr>
              <w:t xml:space="preserve"> </w:t>
            </w:r>
          </w:p>
        </w:tc>
        <w:tc>
          <w:tcPr>
            <w:tcW w:w="1704" w:type="dxa"/>
            <w:vAlign w:val="center"/>
          </w:tcPr>
          <w:p w14:paraId="03C8ECC1" w14:textId="77777777" w:rsidR="000E4AB2" w:rsidRDefault="00000000">
            <w:r>
              <w:rPr>
                <w:sz w:val="16"/>
              </w:rPr>
              <w:t xml:space="preserve"> </w:t>
            </w:r>
          </w:p>
        </w:tc>
        <w:tc>
          <w:tcPr>
            <w:tcW w:w="1704" w:type="dxa"/>
            <w:vAlign w:val="center"/>
          </w:tcPr>
          <w:p w14:paraId="4E2F6900" w14:textId="77777777" w:rsidR="000E4AB2" w:rsidRDefault="00000000">
            <w:r>
              <w:rPr>
                <w:sz w:val="16"/>
              </w:rPr>
              <w:t xml:space="preserve"> </w:t>
            </w:r>
          </w:p>
        </w:tc>
        <w:tc>
          <w:tcPr>
            <w:tcW w:w="1704" w:type="dxa"/>
            <w:vAlign w:val="center"/>
          </w:tcPr>
          <w:p w14:paraId="0BDC0A62" w14:textId="77777777" w:rsidR="000E4AB2" w:rsidRDefault="00000000">
            <w:r>
              <w:rPr>
                <w:sz w:val="16"/>
              </w:rPr>
              <w:t xml:space="preserve"> </w:t>
            </w:r>
          </w:p>
        </w:tc>
      </w:tr>
      <w:tr w:rsidR="000E4AB2" w14:paraId="4C0CAE81" w14:textId="77777777">
        <w:trPr>
          <w:jc w:val="center"/>
        </w:trPr>
        <w:tc>
          <w:tcPr>
            <w:tcW w:w="1704" w:type="dxa"/>
            <w:vAlign w:val="center"/>
          </w:tcPr>
          <w:p w14:paraId="3C7911D8" w14:textId="77777777" w:rsidR="000E4AB2" w:rsidRDefault="00000000">
            <w:r>
              <w:rPr>
                <w:sz w:val="16"/>
              </w:rPr>
              <w:t xml:space="preserve"> </w:t>
            </w:r>
          </w:p>
        </w:tc>
        <w:tc>
          <w:tcPr>
            <w:tcW w:w="1704" w:type="dxa"/>
            <w:vAlign w:val="center"/>
          </w:tcPr>
          <w:p w14:paraId="0BAE6D07" w14:textId="77777777" w:rsidR="000E4AB2" w:rsidRDefault="00000000">
            <w:r>
              <w:rPr>
                <w:sz w:val="16"/>
              </w:rPr>
              <w:t xml:space="preserve"> </w:t>
            </w:r>
          </w:p>
        </w:tc>
        <w:tc>
          <w:tcPr>
            <w:tcW w:w="1704" w:type="dxa"/>
            <w:vAlign w:val="center"/>
          </w:tcPr>
          <w:p w14:paraId="3D996C0D" w14:textId="77777777" w:rsidR="000E4AB2" w:rsidRDefault="00000000">
            <w:r>
              <w:rPr>
                <w:sz w:val="16"/>
              </w:rPr>
              <w:t xml:space="preserve"> </w:t>
            </w:r>
          </w:p>
        </w:tc>
        <w:tc>
          <w:tcPr>
            <w:tcW w:w="1704" w:type="dxa"/>
            <w:vAlign w:val="center"/>
          </w:tcPr>
          <w:p w14:paraId="41D305A4" w14:textId="77777777" w:rsidR="000E4AB2" w:rsidRDefault="00000000">
            <w:r>
              <w:rPr>
                <w:sz w:val="16"/>
              </w:rPr>
              <w:t xml:space="preserve"> </w:t>
            </w:r>
          </w:p>
        </w:tc>
        <w:tc>
          <w:tcPr>
            <w:tcW w:w="1704" w:type="dxa"/>
            <w:vAlign w:val="center"/>
          </w:tcPr>
          <w:p w14:paraId="578C3307" w14:textId="77777777" w:rsidR="000E4AB2" w:rsidRDefault="00000000">
            <w:r>
              <w:rPr>
                <w:sz w:val="16"/>
              </w:rPr>
              <w:t xml:space="preserve"> </w:t>
            </w:r>
          </w:p>
        </w:tc>
        <w:tc>
          <w:tcPr>
            <w:tcW w:w="1704" w:type="dxa"/>
            <w:vAlign w:val="center"/>
          </w:tcPr>
          <w:p w14:paraId="388E7434" w14:textId="77777777" w:rsidR="000E4AB2" w:rsidRDefault="00000000">
            <w:r>
              <w:rPr>
                <w:sz w:val="16"/>
              </w:rPr>
              <w:t xml:space="preserve"> </w:t>
            </w:r>
          </w:p>
        </w:tc>
      </w:tr>
    </w:tbl>
    <w:p w14:paraId="1D8F6CDF" w14:textId="77777777" w:rsidR="000E4AB2" w:rsidRDefault="00000000">
      <w:r>
        <w:rPr>
          <w:b/>
        </w:rPr>
        <w:t xml:space="preserve">Review date / trigger: </w:t>
      </w:r>
      <w:r>
        <w:t>________________________________________________________________________________</w:t>
      </w:r>
    </w:p>
    <w:p w14:paraId="225070F8" w14:textId="77777777" w:rsidR="000E4AB2" w:rsidRDefault="00000000">
      <w:pPr>
        <w:pStyle w:val="TemplateInstruction"/>
      </w:pPr>
      <w:r>
        <w:t>A new formal document is not required for every new environment. Use a formal, reviewed, task-specific or dynamic assessment process proportionate to the circumstances and level of risk.</w:t>
      </w:r>
    </w:p>
    <w:p w14:paraId="030A984A" w14:textId="77777777" w:rsidR="000E4AB2" w:rsidRDefault="00000000">
      <w:r>
        <w:br w:type="page"/>
      </w:r>
    </w:p>
    <w:p w14:paraId="4880F938" w14:textId="77777777" w:rsidR="000E4AB2" w:rsidRDefault="00000000">
      <w:pPr>
        <w:pStyle w:val="Heading1"/>
      </w:pPr>
      <w:bookmarkStart w:id="22" w:name="_Toc240137293"/>
      <w:r>
        <w:lastRenderedPageBreak/>
        <w:t>Template 7: Complex AAOT Risk-Control Analysis</w:t>
      </w:r>
      <w:bookmarkEnd w:id="22"/>
    </w:p>
    <w:p w14:paraId="16E5A4E0" w14:textId="77777777" w:rsidR="000E4AB2" w:rsidRDefault="00000000">
      <w:r>
        <w:rPr>
          <w:b/>
        </w:rPr>
        <w:t xml:space="preserve">Purpose: </w:t>
      </w:r>
      <w:r>
        <w:t>Demonstrate advanced professional reasoning when balancing WHS, participation, reasonable adjustment, dignity of risk and assistance animal welfare.</w:t>
      </w:r>
    </w:p>
    <w:p w14:paraId="02F2F374" w14:textId="77777777" w:rsidR="000E4AB2" w:rsidRDefault="00000000">
      <w:r>
        <w:rPr>
          <w:b/>
        </w:rPr>
        <w:t xml:space="preserve">Assessment use: </w:t>
      </w:r>
      <w:r>
        <w:t>Core Unit 1 resource; complete three analyses.</w:t>
      </w:r>
    </w:p>
    <w:p w14:paraId="3D7266F5"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68E49939" w14:textId="77777777" w:rsidR="000E4AB2" w:rsidRDefault="00000000">
      <w:r>
        <w:rPr>
          <w:b/>
        </w:rPr>
        <w:t xml:space="preserve">Scenario / activity: </w:t>
      </w:r>
      <w:r>
        <w:t>________________________________________________________________________________</w:t>
      </w:r>
    </w:p>
    <w:p w14:paraId="24D716D8" w14:textId="77777777" w:rsidR="000E4AB2" w:rsidRDefault="00000000">
      <w:r>
        <w:rPr>
          <w:b/>
        </w:rPr>
        <w:t xml:space="preserve">Actual hazard: </w:t>
      </w:r>
      <w:r>
        <w:t>________________________________________________________________________________</w:t>
      </w:r>
    </w:p>
    <w:p w14:paraId="6A942EF6" w14:textId="77777777" w:rsidR="000E4AB2" w:rsidRDefault="00000000">
      <w:r>
        <w:rPr>
          <w:b/>
        </w:rPr>
        <w:t xml:space="preserve">Who or what may be harmed: </w:t>
      </w:r>
      <w:r>
        <w:t>________________________________________________________________________________</w:t>
      </w:r>
    </w:p>
    <w:p w14:paraId="51DA930B" w14:textId="77777777" w:rsidR="000E4AB2" w:rsidRDefault="00000000">
      <w:r>
        <w:rPr>
          <w:b/>
        </w:rPr>
        <w:t xml:space="preserve">Client goal / occupational purpose: </w:t>
      </w:r>
      <w:r>
        <w:t>________________________________________________________________________________</w:t>
      </w:r>
    </w:p>
    <w:tbl>
      <w:tblPr>
        <w:tblStyle w:val="TableGrid"/>
        <w:tblW w:w="0" w:type="auto"/>
        <w:jc w:val="center"/>
        <w:tblLook w:val="04A0" w:firstRow="1" w:lastRow="0" w:firstColumn="1" w:lastColumn="0" w:noHBand="0" w:noVBand="1"/>
      </w:tblPr>
      <w:tblGrid>
        <w:gridCol w:w="5112"/>
        <w:gridCol w:w="5112"/>
      </w:tblGrid>
      <w:tr w:rsidR="000E4AB2" w14:paraId="14FBFC09" w14:textId="77777777">
        <w:trPr>
          <w:jc w:val="center"/>
        </w:trPr>
        <w:tc>
          <w:tcPr>
            <w:tcW w:w="5112" w:type="dxa"/>
            <w:shd w:val="clear" w:color="auto" w:fill="D9EAF7"/>
            <w:vAlign w:val="center"/>
          </w:tcPr>
          <w:p w14:paraId="4947FA9E" w14:textId="77777777" w:rsidR="000E4AB2" w:rsidRDefault="00000000">
            <w:r>
              <w:rPr>
                <w:b/>
                <w:sz w:val="16"/>
              </w:rPr>
              <w:t>Element</w:t>
            </w:r>
          </w:p>
        </w:tc>
        <w:tc>
          <w:tcPr>
            <w:tcW w:w="5112" w:type="dxa"/>
            <w:shd w:val="clear" w:color="auto" w:fill="D9EAF7"/>
            <w:vAlign w:val="center"/>
          </w:tcPr>
          <w:p w14:paraId="69664F45" w14:textId="77777777" w:rsidR="000E4AB2" w:rsidRDefault="00000000">
            <w:r>
              <w:rPr>
                <w:b/>
                <w:sz w:val="16"/>
              </w:rPr>
              <w:t>Critical analysis</w:t>
            </w:r>
          </w:p>
        </w:tc>
      </w:tr>
      <w:tr w:rsidR="000E4AB2" w14:paraId="675AD06C" w14:textId="77777777">
        <w:trPr>
          <w:jc w:val="center"/>
        </w:trPr>
        <w:tc>
          <w:tcPr>
            <w:tcW w:w="5112" w:type="dxa"/>
            <w:vAlign w:val="center"/>
          </w:tcPr>
          <w:p w14:paraId="2200A350" w14:textId="77777777" w:rsidR="000E4AB2" w:rsidRDefault="00000000">
            <w:r>
              <w:rPr>
                <w:b/>
                <w:sz w:val="17"/>
              </w:rPr>
              <w:t>Likelihood and consequence</w:t>
            </w:r>
          </w:p>
        </w:tc>
        <w:tc>
          <w:tcPr>
            <w:tcW w:w="5112" w:type="dxa"/>
            <w:vAlign w:val="center"/>
          </w:tcPr>
          <w:p w14:paraId="0D85F6D4" w14:textId="77777777" w:rsidR="000E4AB2" w:rsidRDefault="00000000">
            <w:r>
              <w:rPr>
                <w:sz w:val="17"/>
              </w:rPr>
              <w:t xml:space="preserve"> </w:t>
            </w:r>
          </w:p>
        </w:tc>
      </w:tr>
      <w:tr w:rsidR="000E4AB2" w14:paraId="793A7BA2" w14:textId="77777777">
        <w:trPr>
          <w:jc w:val="center"/>
        </w:trPr>
        <w:tc>
          <w:tcPr>
            <w:tcW w:w="5112" w:type="dxa"/>
            <w:vAlign w:val="center"/>
          </w:tcPr>
          <w:p w14:paraId="21FA9BEC" w14:textId="77777777" w:rsidR="000E4AB2" w:rsidRDefault="00000000">
            <w:r>
              <w:rPr>
                <w:b/>
                <w:sz w:val="17"/>
              </w:rPr>
              <w:t>Existing controls and their effectiveness</w:t>
            </w:r>
          </w:p>
        </w:tc>
        <w:tc>
          <w:tcPr>
            <w:tcW w:w="5112" w:type="dxa"/>
            <w:vAlign w:val="center"/>
          </w:tcPr>
          <w:p w14:paraId="263C7AA9" w14:textId="77777777" w:rsidR="000E4AB2" w:rsidRDefault="00000000">
            <w:r>
              <w:rPr>
                <w:sz w:val="17"/>
              </w:rPr>
              <w:t xml:space="preserve"> </w:t>
            </w:r>
          </w:p>
        </w:tc>
      </w:tr>
      <w:tr w:rsidR="000E4AB2" w14:paraId="77E34DC7" w14:textId="77777777">
        <w:trPr>
          <w:jc w:val="center"/>
        </w:trPr>
        <w:tc>
          <w:tcPr>
            <w:tcW w:w="5112" w:type="dxa"/>
            <w:vAlign w:val="center"/>
          </w:tcPr>
          <w:p w14:paraId="53A5F8AD" w14:textId="77777777" w:rsidR="000E4AB2" w:rsidRDefault="00000000">
            <w:r>
              <w:rPr>
                <w:b/>
                <w:sz w:val="17"/>
              </w:rPr>
              <w:t>Hierarchy of controls options</w:t>
            </w:r>
          </w:p>
        </w:tc>
        <w:tc>
          <w:tcPr>
            <w:tcW w:w="5112" w:type="dxa"/>
            <w:vAlign w:val="center"/>
          </w:tcPr>
          <w:p w14:paraId="2141E462" w14:textId="77777777" w:rsidR="000E4AB2" w:rsidRDefault="00000000">
            <w:r>
              <w:rPr>
                <w:sz w:val="17"/>
              </w:rPr>
              <w:t xml:space="preserve"> </w:t>
            </w:r>
          </w:p>
        </w:tc>
      </w:tr>
      <w:tr w:rsidR="000E4AB2" w14:paraId="6D76BC4C" w14:textId="77777777">
        <w:trPr>
          <w:jc w:val="center"/>
        </w:trPr>
        <w:tc>
          <w:tcPr>
            <w:tcW w:w="5112" w:type="dxa"/>
            <w:vAlign w:val="center"/>
          </w:tcPr>
          <w:p w14:paraId="662BC4C0" w14:textId="77777777" w:rsidR="000E4AB2" w:rsidRDefault="00000000">
            <w:r>
              <w:rPr>
                <w:b/>
                <w:sz w:val="17"/>
              </w:rPr>
              <w:t>Reasonable adjustments / supports</w:t>
            </w:r>
          </w:p>
        </w:tc>
        <w:tc>
          <w:tcPr>
            <w:tcW w:w="5112" w:type="dxa"/>
            <w:vAlign w:val="center"/>
          </w:tcPr>
          <w:p w14:paraId="3827E486" w14:textId="77777777" w:rsidR="000E4AB2" w:rsidRDefault="00000000">
            <w:r>
              <w:rPr>
                <w:sz w:val="17"/>
              </w:rPr>
              <w:t xml:space="preserve"> </w:t>
            </w:r>
          </w:p>
        </w:tc>
      </w:tr>
      <w:tr w:rsidR="000E4AB2" w14:paraId="3F5ACF50" w14:textId="77777777">
        <w:trPr>
          <w:jc w:val="center"/>
        </w:trPr>
        <w:tc>
          <w:tcPr>
            <w:tcW w:w="5112" w:type="dxa"/>
            <w:vAlign w:val="center"/>
          </w:tcPr>
          <w:p w14:paraId="7F22A4B8" w14:textId="77777777" w:rsidR="000E4AB2" w:rsidRDefault="00000000">
            <w:r>
              <w:rPr>
                <w:b/>
                <w:sz w:val="17"/>
              </w:rPr>
              <w:t>Client preferences and supported decision-making</w:t>
            </w:r>
          </w:p>
        </w:tc>
        <w:tc>
          <w:tcPr>
            <w:tcW w:w="5112" w:type="dxa"/>
            <w:vAlign w:val="center"/>
          </w:tcPr>
          <w:p w14:paraId="6F162372" w14:textId="77777777" w:rsidR="000E4AB2" w:rsidRDefault="00000000">
            <w:r>
              <w:rPr>
                <w:sz w:val="17"/>
              </w:rPr>
              <w:t xml:space="preserve"> </w:t>
            </w:r>
          </w:p>
        </w:tc>
      </w:tr>
      <w:tr w:rsidR="000E4AB2" w14:paraId="760A5BE0" w14:textId="77777777">
        <w:trPr>
          <w:jc w:val="center"/>
        </w:trPr>
        <w:tc>
          <w:tcPr>
            <w:tcW w:w="5112" w:type="dxa"/>
            <w:vAlign w:val="center"/>
          </w:tcPr>
          <w:p w14:paraId="19D0167E" w14:textId="77777777" w:rsidR="000E4AB2" w:rsidRDefault="00000000">
            <w:r>
              <w:rPr>
                <w:b/>
                <w:sz w:val="17"/>
              </w:rPr>
              <w:t>Assistance animal welfare</w:t>
            </w:r>
          </w:p>
        </w:tc>
        <w:tc>
          <w:tcPr>
            <w:tcW w:w="5112" w:type="dxa"/>
            <w:vAlign w:val="center"/>
          </w:tcPr>
          <w:p w14:paraId="5EFB9EDD" w14:textId="77777777" w:rsidR="000E4AB2" w:rsidRDefault="00000000">
            <w:r>
              <w:rPr>
                <w:sz w:val="17"/>
              </w:rPr>
              <w:t xml:space="preserve"> </w:t>
            </w:r>
          </w:p>
        </w:tc>
      </w:tr>
      <w:tr w:rsidR="000E4AB2" w14:paraId="6F58AC24" w14:textId="77777777">
        <w:trPr>
          <w:jc w:val="center"/>
        </w:trPr>
        <w:tc>
          <w:tcPr>
            <w:tcW w:w="5112" w:type="dxa"/>
            <w:vAlign w:val="center"/>
          </w:tcPr>
          <w:p w14:paraId="0673872E" w14:textId="77777777" w:rsidR="000E4AB2" w:rsidRDefault="00000000">
            <w:r>
              <w:rPr>
                <w:b/>
                <w:sz w:val="17"/>
              </w:rPr>
              <w:t>Risks of participation</w:t>
            </w:r>
          </w:p>
        </w:tc>
        <w:tc>
          <w:tcPr>
            <w:tcW w:w="5112" w:type="dxa"/>
            <w:vAlign w:val="center"/>
          </w:tcPr>
          <w:p w14:paraId="1915AB48" w14:textId="77777777" w:rsidR="000E4AB2" w:rsidRDefault="00000000">
            <w:r>
              <w:rPr>
                <w:sz w:val="17"/>
              </w:rPr>
              <w:t xml:space="preserve"> </w:t>
            </w:r>
          </w:p>
        </w:tc>
      </w:tr>
      <w:tr w:rsidR="000E4AB2" w14:paraId="1984949C" w14:textId="77777777">
        <w:trPr>
          <w:jc w:val="center"/>
        </w:trPr>
        <w:tc>
          <w:tcPr>
            <w:tcW w:w="5112" w:type="dxa"/>
            <w:vAlign w:val="center"/>
          </w:tcPr>
          <w:p w14:paraId="37D0C9C1" w14:textId="77777777" w:rsidR="000E4AB2" w:rsidRDefault="00000000">
            <w:r>
              <w:rPr>
                <w:b/>
                <w:sz w:val="17"/>
              </w:rPr>
              <w:t>Risks / consequences of restricting participation</w:t>
            </w:r>
          </w:p>
        </w:tc>
        <w:tc>
          <w:tcPr>
            <w:tcW w:w="5112" w:type="dxa"/>
            <w:vAlign w:val="center"/>
          </w:tcPr>
          <w:p w14:paraId="5FD8C182" w14:textId="77777777" w:rsidR="000E4AB2" w:rsidRDefault="00000000">
            <w:r>
              <w:rPr>
                <w:sz w:val="17"/>
              </w:rPr>
              <w:t xml:space="preserve"> </w:t>
            </w:r>
          </w:p>
        </w:tc>
      </w:tr>
      <w:tr w:rsidR="000E4AB2" w14:paraId="0F502B69" w14:textId="77777777">
        <w:trPr>
          <w:jc w:val="center"/>
        </w:trPr>
        <w:tc>
          <w:tcPr>
            <w:tcW w:w="5112" w:type="dxa"/>
            <w:vAlign w:val="center"/>
          </w:tcPr>
          <w:p w14:paraId="0E45EC3B" w14:textId="77777777" w:rsidR="000E4AB2" w:rsidRDefault="00000000">
            <w:r>
              <w:rPr>
                <w:b/>
                <w:sz w:val="17"/>
              </w:rPr>
              <w:t>Least-restrictive effective option</w:t>
            </w:r>
          </w:p>
        </w:tc>
        <w:tc>
          <w:tcPr>
            <w:tcW w:w="5112" w:type="dxa"/>
            <w:vAlign w:val="center"/>
          </w:tcPr>
          <w:p w14:paraId="2B8458D2" w14:textId="77777777" w:rsidR="000E4AB2" w:rsidRDefault="00000000">
            <w:r>
              <w:rPr>
                <w:sz w:val="17"/>
              </w:rPr>
              <w:t xml:space="preserve"> </w:t>
            </w:r>
          </w:p>
        </w:tc>
      </w:tr>
      <w:tr w:rsidR="000E4AB2" w14:paraId="39A3031C" w14:textId="77777777">
        <w:trPr>
          <w:jc w:val="center"/>
        </w:trPr>
        <w:tc>
          <w:tcPr>
            <w:tcW w:w="5112" w:type="dxa"/>
            <w:vAlign w:val="center"/>
          </w:tcPr>
          <w:p w14:paraId="119E1AB0" w14:textId="77777777" w:rsidR="000E4AB2" w:rsidRDefault="00000000">
            <w:r>
              <w:rPr>
                <w:b/>
                <w:sz w:val="17"/>
              </w:rPr>
              <w:t>Selected controls and justification</w:t>
            </w:r>
          </w:p>
        </w:tc>
        <w:tc>
          <w:tcPr>
            <w:tcW w:w="5112" w:type="dxa"/>
            <w:vAlign w:val="center"/>
          </w:tcPr>
          <w:p w14:paraId="7972869C" w14:textId="77777777" w:rsidR="000E4AB2" w:rsidRDefault="00000000">
            <w:r>
              <w:rPr>
                <w:sz w:val="17"/>
              </w:rPr>
              <w:t xml:space="preserve"> </w:t>
            </w:r>
          </w:p>
        </w:tc>
      </w:tr>
      <w:tr w:rsidR="000E4AB2" w14:paraId="735B29EB" w14:textId="77777777">
        <w:trPr>
          <w:jc w:val="center"/>
        </w:trPr>
        <w:tc>
          <w:tcPr>
            <w:tcW w:w="5112" w:type="dxa"/>
            <w:vAlign w:val="center"/>
          </w:tcPr>
          <w:p w14:paraId="3DBB2D80" w14:textId="77777777" w:rsidR="000E4AB2" w:rsidRDefault="00000000">
            <w:r>
              <w:rPr>
                <w:b/>
                <w:sz w:val="17"/>
              </w:rPr>
              <w:t>Residual risk</w:t>
            </w:r>
          </w:p>
        </w:tc>
        <w:tc>
          <w:tcPr>
            <w:tcW w:w="5112" w:type="dxa"/>
            <w:vAlign w:val="center"/>
          </w:tcPr>
          <w:p w14:paraId="50CD69A8" w14:textId="77777777" w:rsidR="000E4AB2" w:rsidRDefault="00000000">
            <w:r>
              <w:rPr>
                <w:sz w:val="17"/>
              </w:rPr>
              <w:t xml:space="preserve"> </w:t>
            </w:r>
          </w:p>
        </w:tc>
      </w:tr>
      <w:tr w:rsidR="000E4AB2" w14:paraId="184829B0" w14:textId="77777777">
        <w:trPr>
          <w:jc w:val="center"/>
        </w:trPr>
        <w:tc>
          <w:tcPr>
            <w:tcW w:w="5112" w:type="dxa"/>
            <w:vAlign w:val="center"/>
          </w:tcPr>
          <w:p w14:paraId="0B641F0D" w14:textId="77777777" w:rsidR="000E4AB2" w:rsidRDefault="00000000">
            <w:r>
              <w:rPr>
                <w:b/>
                <w:sz w:val="17"/>
              </w:rPr>
              <w:t>Review triggers / effectiveness measures</w:t>
            </w:r>
          </w:p>
        </w:tc>
        <w:tc>
          <w:tcPr>
            <w:tcW w:w="5112" w:type="dxa"/>
            <w:vAlign w:val="center"/>
          </w:tcPr>
          <w:p w14:paraId="1B07E0CF" w14:textId="77777777" w:rsidR="000E4AB2" w:rsidRDefault="00000000">
            <w:r>
              <w:rPr>
                <w:sz w:val="17"/>
              </w:rPr>
              <w:t xml:space="preserve"> </w:t>
            </w:r>
          </w:p>
        </w:tc>
      </w:tr>
    </w:tbl>
    <w:p w14:paraId="2373F92A" w14:textId="77777777" w:rsidR="000E4AB2" w:rsidRDefault="00000000">
      <w:pPr>
        <w:pStyle w:val="TemplateInstruction"/>
      </w:pPr>
      <w:r>
        <w:t>Where exclusion of the person or assistance animal appears to be the easiest control, analyse whether it controls the actual hazard and whether a less restrictive effective option is reasonably available.</w:t>
      </w:r>
    </w:p>
    <w:p w14:paraId="332A8AE3" w14:textId="77777777" w:rsidR="000E4AB2" w:rsidRDefault="00000000">
      <w:r>
        <w:br w:type="page"/>
      </w:r>
    </w:p>
    <w:p w14:paraId="021EFD03" w14:textId="77777777" w:rsidR="000E4AB2" w:rsidRDefault="00000000">
      <w:pPr>
        <w:pStyle w:val="Heading1"/>
      </w:pPr>
      <w:bookmarkStart w:id="23" w:name="_Toc240137294"/>
      <w:r>
        <w:lastRenderedPageBreak/>
        <w:t>Template 8: Hierarchy of Controls Analysis</w:t>
      </w:r>
      <w:bookmarkEnd w:id="23"/>
    </w:p>
    <w:p w14:paraId="79DD07B2" w14:textId="77777777" w:rsidR="000E4AB2" w:rsidRDefault="00000000">
      <w:r>
        <w:rPr>
          <w:b/>
        </w:rPr>
        <w:t xml:space="preserve">Purpose: </w:t>
      </w:r>
      <w:r>
        <w:t>Consider higher-order controls before relying on administrative controls or PPE.</w:t>
      </w:r>
    </w:p>
    <w:p w14:paraId="2F7D2CEE" w14:textId="77777777" w:rsidR="000E4AB2" w:rsidRDefault="00000000">
      <w:r>
        <w:rPr>
          <w:b/>
        </w:rPr>
        <w:t xml:space="preserve">Assessment use: </w:t>
      </w:r>
      <w:r>
        <w:t>Core Unit 1 resource.</w:t>
      </w:r>
    </w:p>
    <w:p w14:paraId="70317B34"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tbl>
      <w:tblPr>
        <w:tblStyle w:val="TableGrid"/>
        <w:tblW w:w="0" w:type="auto"/>
        <w:jc w:val="center"/>
        <w:tblLook w:val="04A0" w:firstRow="1" w:lastRow="0" w:firstColumn="1" w:lastColumn="0" w:noHBand="0" w:noVBand="1"/>
      </w:tblPr>
      <w:tblGrid>
        <w:gridCol w:w="2045"/>
        <w:gridCol w:w="2045"/>
        <w:gridCol w:w="2045"/>
        <w:gridCol w:w="2045"/>
        <w:gridCol w:w="2045"/>
      </w:tblGrid>
      <w:tr w:rsidR="000E4AB2" w14:paraId="38A6C400" w14:textId="77777777">
        <w:trPr>
          <w:jc w:val="center"/>
        </w:trPr>
        <w:tc>
          <w:tcPr>
            <w:tcW w:w="2045" w:type="dxa"/>
            <w:shd w:val="clear" w:color="auto" w:fill="D9EAF7"/>
            <w:vAlign w:val="center"/>
          </w:tcPr>
          <w:p w14:paraId="35506471" w14:textId="77777777" w:rsidR="000E4AB2" w:rsidRDefault="00000000">
            <w:r>
              <w:rPr>
                <w:b/>
                <w:sz w:val="16"/>
              </w:rPr>
              <w:t>Hierarchy level</w:t>
            </w:r>
          </w:p>
        </w:tc>
        <w:tc>
          <w:tcPr>
            <w:tcW w:w="2045" w:type="dxa"/>
            <w:shd w:val="clear" w:color="auto" w:fill="D9EAF7"/>
            <w:vAlign w:val="center"/>
          </w:tcPr>
          <w:p w14:paraId="682A01EA" w14:textId="77777777" w:rsidR="000E4AB2" w:rsidRDefault="00000000">
            <w:r>
              <w:rPr>
                <w:b/>
                <w:sz w:val="16"/>
              </w:rPr>
              <w:t>Possible control in this scenario</w:t>
            </w:r>
          </w:p>
        </w:tc>
        <w:tc>
          <w:tcPr>
            <w:tcW w:w="2045" w:type="dxa"/>
            <w:shd w:val="clear" w:color="auto" w:fill="D9EAF7"/>
            <w:vAlign w:val="center"/>
          </w:tcPr>
          <w:p w14:paraId="2E98570F" w14:textId="77777777" w:rsidR="000E4AB2" w:rsidRDefault="00000000">
            <w:r>
              <w:rPr>
                <w:b/>
                <w:sz w:val="16"/>
              </w:rPr>
              <w:t>Feasibility / limitations</w:t>
            </w:r>
          </w:p>
        </w:tc>
        <w:tc>
          <w:tcPr>
            <w:tcW w:w="2045" w:type="dxa"/>
            <w:shd w:val="clear" w:color="auto" w:fill="D9EAF7"/>
            <w:vAlign w:val="center"/>
          </w:tcPr>
          <w:p w14:paraId="2550A741" w14:textId="77777777" w:rsidR="000E4AB2" w:rsidRDefault="00000000">
            <w:r>
              <w:rPr>
                <w:b/>
                <w:sz w:val="16"/>
              </w:rPr>
              <w:t>Impact on participation / access</w:t>
            </w:r>
          </w:p>
        </w:tc>
        <w:tc>
          <w:tcPr>
            <w:tcW w:w="2045" w:type="dxa"/>
            <w:shd w:val="clear" w:color="auto" w:fill="D9EAF7"/>
            <w:vAlign w:val="center"/>
          </w:tcPr>
          <w:p w14:paraId="222D230F" w14:textId="77777777" w:rsidR="000E4AB2" w:rsidRDefault="00000000">
            <w:r>
              <w:rPr>
                <w:b/>
                <w:sz w:val="16"/>
              </w:rPr>
              <w:t>Animal welfare implications</w:t>
            </w:r>
          </w:p>
        </w:tc>
      </w:tr>
      <w:tr w:rsidR="000E4AB2" w14:paraId="15CCB659" w14:textId="77777777">
        <w:trPr>
          <w:jc w:val="center"/>
        </w:trPr>
        <w:tc>
          <w:tcPr>
            <w:tcW w:w="2045" w:type="dxa"/>
            <w:vAlign w:val="center"/>
          </w:tcPr>
          <w:p w14:paraId="70BA0DC3" w14:textId="77777777" w:rsidR="000E4AB2" w:rsidRDefault="00000000">
            <w:r>
              <w:rPr>
                <w:b/>
                <w:sz w:val="17"/>
              </w:rPr>
              <w:t>Eliminate actual hazard</w:t>
            </w:r>
          </w:p>
        </w:tc>
        <w:tc>
          <w:tcPr>
            <w:tcW w:w="2045" w:type="dxa"/>
            <w:vAlign w:val="center"/>
          </w:tcPr>
          <w:p w14:paraId="2CAEE2E8" w14:textId="77777777" w:rsidR="000E4AB2" w:rsidRDefault="00000000">
            <w:r>
              <w:rPr>
                <w:sz w:val="17"/>
              </w:rPr>
              <w:t xml:space="preserve"> </w:t>
            </w:r>
          </w:p>
        </w:tc>
        <w:tc>
          <w:tcPr>
            <w:tcW w:w="2045" w:type="dxa"/>
            <w:vAlign w:val="center"/>
          </w:tcPr>
          <w:p w14:paraId="4C43BBDE" w14:textId="77777777" w:rsidR="000E4AB2" w:rsidRDefault="00000000">
            <w:r>
              <w:rPr>
                <w:sz w:val="17"/>
              </w:rPr>
              <w:t xml:space="preserve"> </w:t>
            </w:r>
          </w:p>
        </w:tc>
        <w:tc>
          <w:tcPr>
            <w:tcW w:w="2045" w:type="dxa"/>
            <w:vAlign w:val="center"/>
          </w:tcPr>
          <w:p w14:paraId="5D8B0877" w14:textId="77777777" w:rsidR="000E4AB2" w:rsidRDefault="00000000">
            <w:r>
              <w:rPr>
                <w:sz w:val="17"/>
              </w:rPr>
              <w:t xml:space="preserve"> </w:t>
            </w:r>
          </w:p>
        </w:tc>
        <w:tc>
          <w:tcPr>
            <w:tcW w:w="2045" w:type="dxa"/>
            <w:vAlign w:val="center"/>
          </w:tcPr>
          <w:p w14:paraId="39D0AEBF" w14:textId="77777777" w:rsidR="000E4AB2" w:rsidRDefault="00000000">
            <w:r>
              <w:rPr>
                <w:sz w:val="17"/>
              </w:rPr>
              <w:t xml:space="preserve"> </w:t>
            </w:r>
          </w:p>
        </w:tc>
      </w:tr>
      <w:tr w:rsidR="000E4AB2" w14:paraId="09049396" w14:textId="77777777">
        <w:trPr>
          <w:jc w:val="center"/>
        </w:trPr>
        <w:tc>
          <w:tcPr>
            <w:tcW w:w="2045" w:type="dxa"/>
            <w:vAlign w:val="center"/>
          </w:tcPr>
          <w:p w14:paraId="697C2974" w14:textId="77777777" w:rsidR="000E4AB2" w:rsidRDefault="00000000">
            <w:r>
              <w:rPr>
                <w:b/>
                <w:sz w:val="17"/>
              </w:rPr>
              <w:t>Substitute</w:t>
            </w:r>
          </w:p>
        </w:tc>
        <w:tc>
          <w:tcPr>
            <w:tcW w:w="2045" w:type="dxa"/>
            <w:vAlign w:val="center"/>
          </w:tcPr>
          <w:p w14:paraId="5B4F3F06" w14:textId="77777777" w:rsidR="000E4AB2" w:rsidRDefault="00000000">
            <w:r>
              <w:rPr>
                <w:sz w:val="17"/>
              </w:rPr>
              <w:t xml:space="preserve"> </w:t>
            </w:r>
          </w:p>
        </w:tc>
        <w:tc>
          <w:tcPr>
            <w:tcW w:w="2045" w:type="dxa"/>
            <w:vAlign w:val="center"/>
          </w:tcPr>
          <w:p w14:paraId="0A31BB00" w14:textId="77777777" w:rsidR="000E4AB2" w:rsidRDefault="00000000">
            <w:r>
              <w:rPr>
                <w:sz w:val="17"/>
              </w:rPr>
              <w:t xml:space="preserve"> </w:t>
            </w:r>
          </w:p>
        </w:tc>
        <w:tc>
          <w:tcPr>
            <w:tcW w:w="2045" w:type="dxa"/>
            <w:vAlign w:val="center"/>
          </w:tcPr>
          <w:p w14:paraId="30DF9F1B" w14:textId="77777777" w:rsidR="000E4AB2" w:rsidRDefault="00000000">
            <w:r>
              <w:rPr>
                <w:sz w:val="17"/>
              </w:rPr>
              <w:t xml:space="preserve"> </w:t>
            </w:r>
          </w:p>
        </w:tc>
        <w:tc>
          <w:tcPr>
            <w:tcW w:w="2045" w:type="dxa"/>
            <w:vAlign w:val="center"/>
          </w:tcPr>
          <w:p w14:paraId="0DE799D1" w14:textId="77777777" w:rsidR="000E4AB2" w:rsidRDefault="00000000">
            <w:r>
              <w:rPr>
                <w:sz w:val="17"/>
              </w:rPr>
              <w:t xml:space="preserve"> </w:t>
            </w:r>
          </w:p>
        </w:tc>
      </w:tr>
      <w:tr w:rsidR="000E4AB2" w14:paraId="55DC7E3F" w14:textId="77777777">
        <w:trPr>
          <w:jc w:val="center"/>
        </w:trPr>
        <w:tc>
          <w:tcPr>
            <w:tcW w:w="2045" w:type="dxa"/>
            <w:vAlign w:val="center"/>
          </w:tcPr>
          <w:p w14:paraId="0F9E9EDD" w14:textId="77777777" w:rsidR="000E4AB2" w:rsidRDefault="00000000">
            <w:r>
              <w:rPr>
                <w:b/>
                <w:sz w:val="17"/>
              </w:rPr>
              <w:t>Isolate</w:t>
            </w:r>
          </w:p>
        </w:tc>
        <w:tc>
          <w:tcPr>
            <w:tcW w:w="2045" w:type="dxa"/>
            <w:vAlign w:val="center"/>
          </w:tcPr>
          <w:p w14:paraId="53412EB2" w14:textId="77777777" w:rsidR="000E4AB2" w:rsidRDefault="00000000">
            <w:r>
              <w:rPr>
                <w:sz w:val="17"/>
              </w:rPr>
              <w:t xml:space="preserve"> </w:t>
            </w:r>
          </w:p>
        </w:tc>
        <w:tc>
          <w:tcPr>
            <w:tcW w:w="2045" w:type="dxa"/>
            <w:vAlign w:val="center"/>
          </w:tcPr>
          <w:p w14:paraId="06A9352A" w14:textId="77777777" w:rsidR="000E4AB2" w:rsidRDefault="00000000">
            <w:r>
              <w:rPr>
                <w:sz w:val="17"/>
              </w:rPr>
              <w:t xml:space="preserve"> </w:t>
            </w:r>
          </w:p>
        </w:tc>
        <w:tc>
          <w:tcPr>
            <w:tcW w:w="2045" w:type="dxa"/>
            <w:vAlign w:val="center"/>
          </w:tcPr>
          <w:p w14:paraId="24693F36" w14:textId="77777777" w:rsidR="000E4AB2" w:rsidRDefault="00000000">
            <w:r>
              <w:rPr>
                <w:sz w:val="17"/>
              </w:rPr>
              <w:t xml:space="preserve"> </w:t>
            </w:r>
          </w:p>
        </w:tc>
        <w:tc>
          <w:tcPr>
            <w:tcW w:w="2045" w:type="dxa"/>
            <w:vAlign w:val="center"/>
          </w:tcPr>
          <w:p w14:paraId="74AAC1DF" w14:textId="77777777" w:rsidR="000E4AB2" w:rsidRDefault="00000000">
            <w:r>
              <w:rPr>
                <w:sz w:val="17"/>
              </w:rPr>
              <w:t xml:space="preserve"> </w:t>
            </w:r>
          </w:p>
        </w:tc>
      </w:tr>
      <w:tr w:rsidR="000E4AB2" w14:paraId="62E720C7" w14:textId="77777777">
        <w:trPr>
          <w:jc w:val="center"/>
        </w:trPr>
        <w:tc>
          <w:tcPr>
            <w:tcW w:w="2045" w:type="dxa"/>
            <w:vAlign w:val="center"/>
          </w:tcPr>
          <w:p w14:paraId="06E42902" w14:textId="77777777" w:rsidR="000E4AB2" w:rsidRDefault="00000000">
            <w:r>
              <w:rPr>
                <w:b/>
                <w:sz w:val="17"/>
              </w:rPr>
              <w:t>Engineering control</w:t>
            </w:r>
          </w:p>
        </w:tc>
        <w:tc>
          <w:tcPr>
            <w:tcW w:w="2045" w:type="dxa"/>
            <w:vAlign w:val="center"/>
          </w:tcPr>
          <w:p w14:paraId="7A05D756" w14:textId="77777777" w:rsidR="000E4AB2" w:rsidRDefault="00000000">
            <w:r>
              <w:rPr>
                <w:sz w:val="17"/>
              </w:rPr>
              <w:t xml:space="preserve"> </w:t>
            </w:r>
          </w:p>
        </w:tc>
        <w:tc>
          <w:tcPr>
            <w:tcW w:w="2045" w:type="dxa"/>
            <w:vAlign w:val="center"/>
          </w:tcPr>
          <w:p w14:paraId="4D23057D" w14:textId="77777777" w:rsidR="000E4AB2" w:rsidRDefault="00000000">
            <w:r>
              <w:rPr>
                <w:sz w:val="17"/>
              </w:rPr>
              <w:t xml:space="preserve"> </w:t>
            </w:r>
          </w:p>
        </w:tc>
        <w:tc>
          <w:tcPr>
            <w:tcW w:w="2045" w:type="dxa"/>
            <w:vAlign w:val="center"/>
          </w:tcPr>
          <w:p w14:paraId="53966101" w14:textId="77777777" w:rsidR="000E4AB2" w:rsidRDefault="00000000">
            <w:r>
              <w:rPr>
                <w:sz w:val="17"/>
              </w:rPr>
              <w:t xml:space="preserve"> </w:t>
            </w:r>
          </w:p>
        </w:tc>
        <w:tc>
          <w:tcPr>
            <w:tcW w:w="2045" w:type="dxa"/>
            <w:vAlign w:val="center"/>
          </w:tcPr>
          <w:p w14:paraId="4B143FF9" w14:textId="77777777" w:rsidR="000E4AB2" w:rsidRDefault="00000000">
            <w:r>
              <w:rPr>
                <w:sz w:val="17"/>
              </w:rPr>
              <w:t xml:space="preserve"> </w:t>
            </w:r>
          </w:p>
        </w:tc>
      </w:tr>
      <w:tr w:rsidR="000E4AB2" w14:paraId="08C03CD5" w14:textId="77777777">
        <w:trPr>
          <w:jc w:val="center"/>
        </w:trPr>
        <w:tc>
          <w:tcPr>
            <w:tcW w:w="2045" w:type="dxa"/>
            <w:vAlign w:val="center"/>
          </w:tcPr>
          <w:p w14:paraId="57E14CA8" w14:textId="77777777" w:rsidR="000E4AB2" w:rsidRDefault="00000000">
            <w:r>
              <w:rPr>
                <w:b/>
                <w:sz w:val="17"/>
              </w:rPr>
              <w:t>Administrative control</w:t>
            </w:r>
          </w:p>
        </w:tc>
        <w:tc>
          <w:tcPr>
            <w:tcW w:w="2045" w:type="dxa"/>
            <w:vAlign w:val="center"/>
          </w:tcPr>
          <w:p w14:paraId="7946A51D" w14:textId="77777777" w:rsidR="000E4AB2" w:rsidRDefault="00000000">
            <w:r>
              <w:rPr>
                <w:sz w:val="17"/>
              </w:rPr>
              <w:t xml:space="preserve"> </w:t>
            </w:r>
          </w:p>
        </w:tc>
        <w:tc>
          <w:tcPr>
            <w:tcW w:w="2045" w:type="dxa"/>
            <w:vAlign w:val="center"/>
          </w:tcPr>
          <w:p w14:paraId="263952CE" w14:textId="77777777" w:rsidR="000E4AB2" w:rsidRDefault="00000000">
            <w:r>
              <w:rPr>
                <w:sz w:val="17"/>
              </w:rPr>
              <w:t xml:space="preserve"> </w:t>
            </w:r>
          </w:p>
        </w:tc>
        <w:tc>
          <w:tcPr>
            <w:tcW w:w="2045" w:type="dxa"/>
            <w:vAlign w:val="center"/>
          </w:tcPr>
          <w:p w14:paraId="002A79B0" w14:textId="77777777" w:rsidR="000E4AB2" w:rsidRDefault="00000000">
            <w:r>
              <w:rPr>
                <w:sz w:val="17"/>
              </w:rPr>
              <w:t xml:space="preserve"> </w:t>
            </w:r>
          </w:p>
        </w:tc>
        <w:tc>
          <w:tcPr>
            <w:tcW w:w="2045" w:type="dxa"/>
            <w:vAlign w:val="center"/>
          </w:tcPr>
          <w:p w14:paraId="788B0809" w14:textId="77777777" w:rsidR="000E4AB2" w:rsidRDefault="00000000">
            <w:r>
              <w:rPr>
                <w:sz w:val="17"/>
              </w:rPr>
              <w:t xml:space="preserve"> </w:t>
            </w:r>
          </w:p>
        </w:tc>
      </w:tr>
      <w:tr w:rsidR="000E4AB2" w14:paraId="71BAA46D" w14:textId="77777777">
        <w:trPr>
          <w:jc w:val="center"/>
        </w:trPr>
        <w:tc>
          <w:tcPr>
            <w:tcW w:w="2045" w:type="dxa"/>
            <w:vAlign w:val="center"/>
          </w:tcPr>
          <w:p w14:paraId="51EA671C" w14:textId="77777777" w:rsidR="000E4AB2" w:rsidRDefault="00000000">
            <w:r>
              <w:rPr>
                <w:b/>
                <w:sz w:val="17"/>
              </w:rPr>
              <w:t>PPE</w:t>
            </w:r>
          </w:p>
        </w:tc>
        <w:tc>
          <w:tcPr>
            <w:tcW w:w="2045" w:type="dxa"/>
            <w:vAlign w:val="center"/>
          </w:tcPr>
          <w:p w14:paraId="28826BB3" w14:textId="77777777" w:rsidR="000E4AB2" w:rsidRDefault="00000000">
            <w:r>
              <w:rPr>
                <w:sz w:val="17"/>
              </w:rPr>
              <w:t xml:space="preserve"> </w:t>
            </w:r>
          </w:p>
        </w:tc>
        <w:tc>
          <w:tcPr>
            <w:tcW w:w="2045" w:type="dxa"/>
            <w:vAlign w:val="center"/>
          </w:tcPr>
          <w:p w14:paraId="2E6A734B" w14:textId="77777777" w:rsidR="000E4AB2" w:rsidRDefault="00000000">
            <w:r>
              <w:rPr>
                <w:sz w:val="17"/>
              </w:rPr>
              <w:t xml:space="preserve"> </w:t>
            </w:r>
          </w:p>
        </w:tc>
        <w:tc>
          <w:tcPr>
            <w:tcW w:w="2045" w:type="dxa"/>
            <w:vAlign w:val="center"/>
          </w:tcPr>
          <w:p w14:paraId="44D5BFBD" w14:textId="77777777" w:rsidR="000E4AB2" w:rsidRDefault="00000000">
            <w:r>
              <w:rPr>
                <w:sz w:val="17"/>
              </w:rPr>
              <w:t xml:space="preserve"> </w:t>
            </w:r>
          </w:p>
        </w:tc>
        <w:tc>
          <w:tcPr>
            <w:tcW w:w="2045" w:type="dxa"/>
            <w:vAlign w:val="center"/>
          </w:tcPr>
          <w:p w14:paraId="5729980A" w14:textId="77777777" w:rsidR="000E4AB2" w:rsidRDefault="00000000">
            <w:r>
              <w:rPr>
                <w:sz w:val="17"/>
              </w:rPr>
              <w:t xml:space="preserve"> </w:t>
            </w:r>
          </w:p>
        </w:tc>
      </w:tr>
    </w:tbl>
    <w:p w14:paraId="2042DFE9" w14:textId="77777777" w:rsidR="000E4AB2" w:rsidRDefault="00000000">
      <w:pPr>
        <w:pStyle w:val="Heading2"/>
      </w:pPr>
      <w:bookmarkStart w:id="24" w:name="_Toc240137295"/>
      <w:r>
        <w:t>Control selection</w:t>
      </w:r>
      <w:bookmarkEnd w:id="24"/>
    </w:p>
    <w:p w14:paraId="4094C04A" w14:textId="77777777" w:rsidR="000E4AB2" w:rsidRDefault="00000000">
      <w:r>
        <w:rPr>
          <w:b/>
        </w:rPr>
        <w:t xml:space="preserve">Selected control(s): </w:t>
      </w:r>
      <w:r>
        <w:t>________________________________________________________________________________</w:t>
      </w:r>
    </w:p>
    <w:p w14:paraId="25A1BE23" w14:textId="77777777" w:rsidR="000E4AB2" w:rsidRDefault="00000000">
      <w:r>
        <w:rPr>
          <w:b/>
        </w:rPr>
        <w:t xml:space="preserve">Why selected: </w:t>
      </w:r>
      <w:r>
        <w:t>________________________________________________________________________________</w:t>
      </w:r>
    </w:p>
    <w:p w14:paraId="490803BB" w14:textId="77777777" w:rsidR="000E4AB2" w:rsidRDefault="00000000">
      <w:r>
        <w:rPr>
          <w:b/>
        </w:rPr>
        <w:t xml:space="preserve">Could any control unnecessarily exclude the person or assistance animal? If yes, less restrictive alternative: </w:t>
      </w:r>
      <w:r>
        <w:t>________________________________________________________________________________</w:t>
      </w:r>
    </w:p>
    <w:p w14:paraId="5383ED8E" w14:textId="77777777" w:rsidR="000E4AB2" w:rsidRDefault="00000000">
      <w:r>
        <w:rPr>
          <w:b/>
        </w:rPr>
        <w:t xml:space="preserve">Residual risk: </w:t>
      </w:r>
      <w:r>
        <w:t>________________________________________________________________________________</w:t>
      </w:r>
    </w:p>
    <w:p w14:paraId="073D4B83" w14:textId="77777777" w:rsidR="000E4AB2" w:rsidRDefault="00000000">
      <w:r>
        <w:br w:type="page"/>
      </w:r>
    </w:p>
    <w:p w14:paraId="55869BC8" w14:textId="77777777" w:rsidR="000E4AB2" w:rsidRDefault="00000000">
      <w:pPr>
        <w:pStyle w:val="Heading1"/>
      </w:pPr>
      <w:bookmarkStart w:id="25" w:name="_Toc240137296"/>
      <w:r>
        <w:lastRenderedPageBreak/>
        <w:t>Template 9: WHS Risk Control Plan</w:t>
      </w:r>
      <w:bookmarkEnd w:id="25"/>
    </w:p>
    <w:p w14:paraId="28133487" w14:textId="77777777" w:rsidR="000E4AB2" w:rsidRDefault="00000000">
      <w:r>
        <w:rPr>
          <w:b/>
        </w:rPr>
        <w:t xml:space="preserve">Purpose: </w:t>
      </w:r>
      <w:r>
        <w:t>Translate risk assessment findings into assigned, measurable and reviewable controls.</w:t>
      </w:r>
    </w:p>
    <w:p w14:paraId="03D2F5F7" w14:textId="77777777" w:rsidR="000E4AB2" w:rsidRDefault="00000000">
      <w:r>
        <w:rPr>
          <w:b/>
        </w:rPr>
        <w:t xml:space="preserve">Assessment use: </w:t>
      </w:r>
      <w:r>
        <w:t>Core Unit 1 resource.</w:t>
      </w:r>
    </w:p>
    <w:p w14:paraId="4F32ACD1"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tbl>
      <w:tblPr>
        <w:tblStyle w:val="TableGrid"/>
        <w:tblW w:w="0" w:type="auto"/>
        <w:jc w:val="center"/>
        <w:tblLook w:val="04A0" w:firstRow="1" w:lastRow="0" w:firstColumn="1" w:lastColumn="0" w:noHBand="0" w:noVBand="1"/>
      </w:tblPr>
      <w:tblGrid>
        <w:gridCol w:w="1278"/>
        <w:gridCol w:w="1278"/>
        <w:gridCol w:w="1278"/>
        <w:gridCol w:w="1278"/>
        <w:gridCol w:w="1278"/>
        <w:gridCol w:w="1278"/>
        <w:gridCol w:w="1278"/>
        <w:gridCol w:w="1278"/>
      </w:tblGrid>
      <w:tr w:rsidR="000E4AB2" w14:paraId="0BC7564C" w14:textId="77777777">
        <w:trPr>
          <w:jc w:val="center"/>
        </w:trPr>
        <w:tc>
          <w:tcPr>
            <w:tcW w:w="1278" w:type="dxa"/>
            <w:shd w:val="clear" w:color="auto" w:fill="D9EAF7"/>
            <w:vAlign w:val="center"/>
          </w:tcPr>
          <w:p w14:paraId="661CAE95" w14:textId="77777777" w:rsidR="000E4AB2" w:rsidRDefault="00000000">
            <w:r>
              <w:rPr>
                <w:b/>
                <w:sz w:val="16"/>
              </w:rPr>
              <w:t>Risk / issue</w:t>
            </w:r>
          </w:p>
        </w:tc>
        <w:tc>
          <w:tcPr>
            <w:tcW w:w="1278" w:type="dxa"/>
            <w:shd w:val="clear" w:color="auto" w:fill="D9EAF7"/>
            <w:vAlign w:val="center"/>
          </w:tcPr>
          <w:p w14:paraId="7562701A" w14:textId="77777777" w:rsidR="000E4AB2" w:rsidRDefault="00000000">
            <w:r>
              <w:rPr>
                <w:b/>
                <w:sz w:val="16"/>
              </w:rPr>
              <w:t>Control action</w:t>
            </w:r>
          </w:p>
        </w:tc>
        <w:tc>
          <w:tcPr>
            <w:tcW w:w="1278" w:type="dxa"/>
            <w:shd w:val="clear" w:color="auto" w:fill="D9EAF7"/>
            <w:vAlign w:val="center"/>
          </w:tcPr>
          <w:p w14:paraId="5C739DD0" w14:textId="77777777" w:rsidR="000E4AB2" w:rsidRDefault="00000000">
            <w:r>
              <w:rPr>
                <w:b/>
                <w:sz w:val="16"/>
              </w:rPr>
              <w:t>Hierarchy level</w:t>
            </w:r>
          </w:p>
        </w:tc>
        <w:tc>
          <w:tcPr>
            <w:tcW w:w="1278" w:type="dxa"/>
            <w:shd w:val="clear" w:color="auto" w:fill="D9EAF7"/>
            <w:vAlign w:val="center"/>
          </w:tcPr>
          <w:p w14:paraId="5A7A24E1" w14:textId="77777777" w:rsidR="000E4AB2" w:rsidRDefault="00000000">
            <w:r>
              <w:rPr>
                <w:b/>
                <w:sz w:val="16"/>
              </w:rPr>
              <w:t>Responsible person</w:t>
            </w:r>
          </w:p>
        </w:tc>
        <w:tc>
          <w:tcPr>
            <w:tcW w:w="1278" w:type="dxa"/>
            <w:shd w:val="clear" w:color="auto" w:fill="D9EAF7"/>
            <w:vAlign w:val="center"/>
          </w:tcPr>
          <w:p w14:paraId="1AE5B04B" w14:textId="77777777" w:rsidR="000E4AB2" w:rsidRDefault="00000000">
            <w:r>
              <w:rPr>
                <w:b/>
                <w:sz w:val="16"/>
              </w:rPr>
              <w:t>Resources</w:t>
            </w:r>
          </w:p>
        </w:tc>
        <w:tc>
          <w:tcPr>
            <w:tcW w:w="1278" w:type="dxa"/>
            <w:shd w:val="clear" w:color="auto" w:fill="D9EAF7"/>
            <w:vAlign w:val="center"/>
          </w:tcPr>
          <w:p w14:paraId="78A8FDF1" w14:textId="77777777" w:rsidR="000E4AB2" w:rsidRDefault="00000000">
            <w:r>
              <w:rPr>
                <w:b/>
                <w:sz w:val="16"/>
              </w:rPr>
              <w:t>Due date</w:t>
            </w:r>
          </w:p>
        </w:tc>
        <w:tc>
          <w:tcPr>
            <w:tcW w:w="1278" w:type="dxa"/>
            <w:shd w:val="clear" w:color="auto" w:fill="D9EAF7"/>
            <w:vAlign w:val="center"/>
          </w:tcPr>
          <w:p w14:paraId="0622F872" w14:textId="77777777" w:rsidR="000E4AB2" w:rsidRDefault="00000000">
            <w:r>
              <w:rPr>
                <w:b/>
                <w:sz w:val="16"/>
              </w:rPr>
              <w:t>Status</w:t>
            </w:r>
          </w:p>
        </w:tc>
        <w:tc>
          <w:tcPr>
            <w:tcW w:w="1278" w:type="dxa"/>
            <w:shd w:val="clear" w:color="auto" w:fill="D9EAF7"/>
            <w:vAlign w:val="center"/>
          </w:tcPr>
          <w:p w14:paraId="06A1E47D" w14:textId="77777777" w:rsidR="000E4AB2" w:rsidRDefault="00000000">
            <w:r>
              <w:rPr>
                <w:b/>
                <w:sz w:val="16"/>
              </w:rPr>
              <w:t>Effectiveness measure / review</w:t>
            </w:r>
          </w:p>
        </w:tc>
      </w:tr>
      <w:tr w:rsidR="000E4AB2" w14:paraId="1A81A4A6" w14:textId="77777777">
        <w:trPr>
          <w:jc w:val="center"/>
        </w:trPr>
        <w:tc>
          <w:tcPr>
            <w:tcW w:w="1278" w:type="dxa"/>
            <w:vAlign w:val="center"/>
          </w:tcPr>
          <w:p w14:paraId="79464EA3" w14:textId="77777777" w:rsidR="000E4AB2" w:rsidRDefault="00000000">
            <w:r>
              <w:rPr>
                <w:sz w:val="16"/>
              </w:rPr>
              <w:t xml:space="preserve"> </w:t>
            </w:r>
          </w:p>
        </w:tc>
        <w:tc>
          <w:tcPr>
            <w:tcW w:w="1278" w:type="dxa"/>
            <w:vAlign w:val="center"/>
          </w:tcPr>
          <w:p w14:paraId="1943C9CA" w14:textId="77777777" w:rsidR="000E4AB2" w:rsidRDefault="00000000">
            <w:r>
              <w:rPr>
                <w:sz w:val="16"/>
              </w:rPr>
              <w:t xml:space="preserve"> </w:t>
            </w:r>
          </w:p>
        </w:tc>
        <w:tc>
          <w:tcPr>
            <w:tcW w:w="1278" w:type="dxa"/>
            <w:vAlign w:val="center"/>
          </w:tcPr>
          <w:p w14:paraId="58A1068D" w14:textId="77777777" w:rsidR="000E4AB2" w:rsidRDefault="00000000">
            <w:r>
              <w:rPr>
                <w:sz w:val="16"/>
              </w:rPr>
              <w:t xml:space="preserve"> </w:t>
            </w:r>
          </w:p>
        </w:tc>
        <w:tc>
          <w:tcPr>
            <w:tcW w:w="1278" w:type="dxa"/>
            <w:vAlign w:val="center"/>
          </w:tcPr>
          <w:p w14:paraId="34852398" w14:textId="77777777" w:rsidR="000E4AB2" w:rsidRDefault="00000000">
            <w:r>
              <w:rPr>
                <w:sz w:val="16"/>
              </w:rPr>
              <w:t xml:space="preserve"> </w:t>
            </w:r>
          </w:p>
        </w:tc>
        <w:tc>
          <w:tcPr>
            <w:tcW w:w="1278" w:type="dxa"/>
            <w:vAlign w:val="center"/>
          </w:tcPr>
          <w:p w14:paraId="72B345EC" w14:textId="77777777" w:rsidR="000E4AB2" w:rsidRDefault="00000000">
            <w:r>
              <w:rPr>
                <w:sz w:val="16"/>
              </w:rPr>
              <w:t xml:space="preserve"> </w:t>
            </w:r>
          </w:p>
        </w:tc>
        <w:tc>
          <w:tcPr>
            <w:tcW w:w="1278" w:type="dxa"/>
            <w:vAlign w:val="center"/>
          </w:tcPr>
          <w:p w14:paraId="628E686B" w14:textId="77777777" w:rsidR="000E4AB2" w:rsidRDefault="00000000">
            <w:r>
              <w:rPr>
                <w:sz w:val="16"/>
              </w:rPr>
              <w:t xml:space="preserve"> </w:t>
            </w:r>
          </w:p>
        </w:tc>
        <w:tc>
          <w:tcPr>
            <w:tcW w:w="1278" w:type="dxa"/>
            <w:vAlign w:val="center"/>
          </w:tcPr>
          <w:p w14:paraId="0C48AA1D" w14:textId="77777777" w:rsidR="000E4AB2" w:rsidRDefault="00000000">
            <w:r>
              <w:rPr>
                <w:sz w:val="16"/>
              </w:rPr>
              <w:t xml:space="preserve"> </w:t>
            </w:r>
          </w:p>
        </w:tc>
        <w:tc>
          <w:tcPr>
            <w:tcW w:w="1278" w:type="dxa"/>
            <w:vAlign w:val="center"/>
          </w:tcPr>
          <w:p w14:paraId="5AB2DAD3" w14:textId="77777777" w:rsidR="000E4AB2" w:rsidRDefault="00000000">
            <w:r>
              <w:rPr>
                <w:sz w:val="16"/>
              </w:rPr>
              <w:t xml:space="preserve"> </w:t>
            </w:r>
          </w:p>
        </w:tc>
      </w:tr>
      <w:tr w:rsidR="000E4AB2" w14:paraId="33161A2E" w14:textId="77777777">
        <w:trPr>
          <w:jc w:val="center"/>
        </w:trPr>
        <w:tc>
          <w:tcPr>
            <w:tcW w:w="1278" w:type="dxa"/>
            <w:vAlign w:val="center"/>
          </w:tcPr>
          <w:p w14:paraId="7A963F88" w14:textId="77777777" w:rsidR="000E4AB2" w:rsidRDefault="00000000">
            <w:r>
              <w:rPr>
                <w:sz w:val="16"/>
              </w:rPr>
              <w:t xml:space="preserve"> </w:t>
            </w:r>
          </w:p>
        </w:tc>
        <w:tc>
          <w:tcPr>
            <w:tcW w:w="1278" w:type="dxa"/>
            <w:vAlign w:val="center"/>
          </w:tcPr>
          <w:p w14:paraId="71102C54" w14:textId="77777777" w:rsidR="000E4AB2" w:rsidRDefault="00000000">
            <w:r>
              <w:rPr>
                <w:sz w:val="16"/>
              </w:rPr>
              <w:t xml:space="preserve"> </w:t>
            </w:r>
          </w:p>
        </w:tc>
        <w:tc>
          <w:tcPr>
            <w:tcW w:w="1278" w:type="dxa"/>
            <w:vAlign w:val="center"/>
          </w:tcPr>
          <w:p w14:paraId="14819053" w14:textId="77777777" w:rsidR="000E4AB2" w:rsidRDefault="00000000">
            <w:r>
              <w:rPr>
                <w:sz w:val="16"/>
              </w:rPr>
              <w:t xml:space="preserve"> </w:t>
            </w:r>
          </w:p>
        </w:tc>
        <w:tc>
          <w:tcPr>
            <w:tcW w:w="1278" w:type="dxa"/>
            <w:vAlign w:val="center"/>
          </w:tcPr>
          <w:p w14:paraId="498A72BB" w14:textId="77777777" w:rsidR="000E4AB2" w:rsidRDefault="00000000">
            <w:r>
              <w:rPr>
                <w:sz w:val="16"/>
              </w:rPr>
              <w:t xml:space="preserve"> </w:t>
            </w:r>
          </w:p>
        </w:tc>
        <w:tc>
          <w:tcPr>
            <w:tcW w:w="1278" w:type="dxa"/>
            <w:vAlign w:val="center"/>
          </w:tcPr>
          <w:p w14:paraId="5F603AB6" w14:textId="77777777" w:rsidR="000E4AB2" w:rsidRDefault="00000000">
            <w:r>
              <w:rPr>
                <w:sz w:val="16"/>
              </w:rPr>
              <w:t xml:space="preserve"> </w:t>
            </w:r>
          </w:p>
        </w:tc>
        <w:tc>
          <w:tcPr>
            <w:tcW w:w="1278" w:type="dxa"/>
            <w:vAlign w:val="center"/>
          </w:tcPr>
          <w:p w14:paraId="09B93C9A" w14:textId="77777777" w:rsidR="000E4AB2" w:rsidRDefault="00000000">
            <w:r>
              <w:rPr>
                <w:sz w:val="16"/>
              </w:rPr>
              <w:t xml:space="preserve"> </w:t>
            </w:r>
          </w:p>
        </w:tc>
        <w:tc>
          <w:tcPr>
            <w:tcW w:w="1278" w:type="dxa"/>
            <w:vAlign w:val="center"/>
          </w:tcPr>
          <w:p w14:paraId="22568350" w14:textId="77777777" w:rsidR="000E4AB2" w:rsidRDefault="00000000">
            <w:r>
              <w:rPr>
                <w:sz w:val="16"/>
              </w:rPr>
              <w:t xml:space="preserve"> </w:t>
            </w:r>
          </w:p>
        </w:tc>
        <w:tc>
          <w:tcPr>
            <w:tcW w:w="1278" w:type="dxa"/>
            <w:vAlign w:val="center"/>
          </w:tcPr>
          <w:p w14:paraId="6BF863B5" w14:textId="77777777" w:rsidR="000E4AB2" w:rsidRDefault="00000000">
            <w:r>
              <w:rPr>
                <w:sz w:val="16"/>
              </w:rPr>
              <w:t xml:space="preserve"> </w:t>
            </w:r>
          </w:p>
        </w:tc>
      </w:tr>
      <w:tr w:rsidR="000E4AB2" w14:paraId="2B9EA6A7" w14:textId="77777777">
        <w:trPr>
          <w:jc w:val="center"/>
        </w:trPr>
        <w:tc>
          <w:tcPr>
            <w:tcW w:w="1278" w:type="dxa"/>
            <w:vAlign w:val="center"/>
          </w:tcPr>
          <w:p w14:paraId="71F72143" w14:textId="77777777" w:rsidR="000E4AB2" w:rsidRDefault="00000000">
            <w:r>
              <w:rPr>
                <w:sz w:val="16"/>
              </w:rPr>
              <w:t xml:space="preserve"> </w:t>
            </w:r>
          </w:p>
        </w:tc>
        <w:tc>
          <w:tcPr>
            <w:tcW w:w="1278" w:type="dxa"/>
            <w:vAlign w:val="center"/>
          </w:tcPr>
          <w:p w14:paraId="30C3FD47" w14:textId="77777777" w:rsidR="000E4AB2" w:rsidRDefault="00000000">
            <w:r>
              <w:rPr>
                <w:sz w:val="16"/>
              </w:rPr>
              <w:t xml:space="preserve"> </w:t>
            </w:r>
          </w:p>
        </w:tc>
        <w:tc>
          <w:tcPr>
            <w:tcW w:w="1278" w:type="dxa"/>
            <w:vAlign w:val="center"/>
          </w:tcPr>
          <w:p w14:paraId="69D86309" w14:textId="77777777" w:rsidR="000E4AB2" w:rsidRDefault="00000000">
            <w:r>
              <w:rPr>
                <w:sz w:val="16"/>
              </w:rPr>
              <w:t xml:space="preserve"> </w:t>
            </w:r>
          </w:p>
        </w:tc>
        <w:tc>
          <w:tcPr>
            <w:tcW w:w="1278" w:type="dxa"/>
            <w:vAlign w:val="center"/>
          </w:tcPr>
          <w:p w14:paraId="2D5C2CBC" w14:textId="77777777" w:rsidR="000E4AB2" w:rsidRDefault="00000000">
            <w:r>
              <w:rPr>
                <w:sz w:val="16"/>
              </w:rPr>
              <w:t xml:space="preserve"> </w:t>
            </w:r>
          </w:p>
        </w:tc>
        <w:tc>
          <w:tcPr>
            <w:tcW w:w="1278" w:type="dxa"/>
            <w:vAlign w:val="center"/>
          </w:tcPr>
          <w:p w14:paraId="442CE151" w14:textId="77777777" w:rsidR="000E4AB2" w:rsidRDefault="00000000">
            <w:r>
              <w:rPr>
                <w:sz w:val="16"/>
              </w:rPr>
              <w:t xml:space="preserve"> </w:t>
            </w:r>
          </w:p>
        </w:tc>
        <w:tc>
          <w:tcPr>
            <w:tcW w:w="1278" w:type="dxa"/>
            <w:vAlign w:val="center"/>
          </w:tcPr>
          <w:p w14:paraId="08CCC309" w14:textId="77777777" w:rsidR="000E4AB2" w:rsidRDefault="00000000">
            <w:r>
              <w:rPr>
                <w:sz w:val="16"/>
              </w:rPr>
              <w:t xml:space="preserve"> </w:t>
            </w:r>
          </w:p>
        </w:tc>
        <w:tc>
          <w:tcPr>
            <w:tcW w:w="1278" w:type="dxa"/>
            <w:vAlign w:val="center"/>
          </w:tcPr>
          <w:p w14:paraId="3262E53F" w14:textId="77777777" w:rsidR="000E4AB2" w:rsidRDefault="00000000">
            <w:r>
              <w:rPr>
                <w:sz w:val="16"/>
              </w:rPr>
              <w:t xml:space="preserve"> </w:t>
            </w:r>
          </w:p>
        </w:tc>
        <w:tc>
          <w:tcPr>
            <w:tcW w:w="1278" w:type="dxa"/>
            <w:vAlign w:val="center"/>
          </w:tcPr>
          <w:p w14:paraId="1701657A" w14:textId="77777777" w:rsidR="000E4AB2" w:rsidRDefault="00000000">
            <w:r>
              <w:rPr>
                <w:sz w:val="16"/>
              </w:rPr>
              <w:t xml:space="preserve"> </w:t>
            </w:r>
          </w:p>
        </w:tc>
      </w:tr>
      <w:tr w:rsidR="000E4AB2" w14:paraId="6BAC51FC" w14:textId="77777777">
        <w:trPr>
          <w:jc w:val="center"/>
        </w:trPr>
        <w:tc>
          <w:tcPr>
            <w:tcW w:w="1278" w:type="dxa"/>
            <w:vAlign w:val="center"/>
          </w:tcPr>
          <w:p w14:paraId="006C2A64" w14:textId="77777777" w:rsidR="000E4AB2" w:rsidRDefault="00000000">
            <w:r>
              <w:rPr>
                <w:sz w:val="16"/>
              </w:rPr>
              <w:t xml:space="preserve"> </w:t>
            </w:r>
          </w:p>
        </w:tc>
        <w:tc>
          <w:tcPr>
            <w:tcW w:w="1278" w:type="dxa"/>
            <w:vAlign w:val="center"/>
          </w:tcPr>
          <w:p w14:paraId="50A2EA03" w14:textId="77777777" w:rsidR="000E4AB2" w:rsidRDefault="00000000">
            <w:r>
              <w:rPr>
                <w:sz w:val="16"/>
              </w:rPr>
              <w:t xml:space="preserve"> </w:t>
            </w:r>
          </w:p>
        </w:tc>
        <w:tc>
          <w:tcPr>
            <w:tcW w:w="1278" w:type="dxa"/>
            <w:vAlign w:val="center"/>
          </w:tcPr>
          <w:p w14:paraId="14F84AF6" w14:textId="77777777" w:rsidR="000E4AB2" w:rsidRDefault="00000000">
            <w:r>
              <w:rPr>
                <w:sz w:val="16"/>
              </w:rPr>
              <w:t xml:space="preserve"> </w:t>
            </w:r>
          </w:p>
        </w:tc>
        <w:tc>
          <w:tcPr>
            <w:tcW w:w="1278" w:type="dxa"/>
            <w:vAlign w:val="center"/>
          </w:tcPr>
          <w:p w14:paraId="14608474" w14:textId="77777777" w:rsidR="000E4AB2" w:rsidRDefault="00000000">
            <w:r>
              <w:rPr>
                <w:sz w:val="16"/>
              </w:rPr>
              <w:t xml:space="preserve"> </w:t>
            </w:r>
          </w:p>
        </w:tc>
        <w:tc>
          <w:tcPr>
            <w:tcW w:w="1278" w:type="dxa"/>
            <w:vAlign w:val="center"/>
          </w:tcPr>
          <w:p w14:paraId="55C61BBF" w14:textId="77777777" w:rsidR="000E4AB2" w:rsidRDefault="00000000">
            <w:r>
              <w:rPr>
                <w:sz w:val="16"/>
              </w:rPr>
              <w:t xml:space="preserve"> </w:t>
            </w:r>
          </w:p>
        </w:tc>
        <w:tc>
          <w:tcPr>
            <w:tcW w:w="1278" w:type="dxa"/>
            <w:vAlign w:val="center"/>
          </w:tcPr>
          <w:p w14:paraId="2C2364C6" w14:textId="77777777" w:rsidR="000E4AB2" w:rsidRDefault="00000000">
            <w:r>
              <w:rPr>
                <w:sz w:val="16"/>
              </w:rPr>
              <w:t xml:space="preserve"> </w:t>
            </w:r>
          </w:p>
        </w:tc>
        <w:tc>
          <w:tcPr>
            <w:tcW w:w="1278" w:type="dxa"/>
            <w:vAlign w:val="center"/>
          </w:tcPr>
          <w:p w14:paraId="64DDD978" w14:textId="77777777" w:rsidR="000E4AB2" w:rsidRDefault="00000000">
            <w:r>
              <w:rPr>
                <w:sz w:val="16"/>
              </w:rPr>
              <w:t xml:space="preserve"> </w:t>
            </w:r>
          </w:p>
        </w:tc>
        <w:tc>
          <w:tcPr>
            <w:tcW w:w="1278" w:type="dxa"/>
            <w:vAlign w:val="center"/>
          </w:tcPr>
          <w:p w14:paraId="2DECACC2" w14:textId="77777777" w:rsidR="000E4AB2" w:rsidRDefault="00000000">
            <w:r>
              <w:rPr>
                <w:sz w:val="16"/>
              </w:rPr>
              <w:t xml:space="preserve"> </w:t>
            </w:r>
          </w:p>
        </w:tc>
      </w:tr>
      <w:tr w:rsidR="000E4AB2" w14:paraId="229C568E" w14:textId="77777777">
        <w:trPr>
          <w:jc w:val="center"/>
        </w:trPr>
        <w:tc>
          <w:tcPr>
            <w:tcW w:w="1278" w:type="dxa"/>
            <w:vAlign w:val="center"/>
          </w:tcPr>
          <w:p w14:paraId="4CD223A3" w14:textId="77777777" w:rsidR="000E4AB2" w:rsidRDefault="00000000">
            <w:r>
              <w:rPr>
                <w:sz w:val="16"/>
              </w:rPr>
              <w:t xml:space="preserve"> </w:t>
            </w:r>
          </w:p>
        </w:tc>
        <w:tc>
          <w:tcPr>
            <w:tcW w:w="1278" w:type="dxa"/>
            <w:vAlign w:val="center"/>
          </w:tcPr>
          <w:p w14:paraId="34ADFE0E" w14:textId="77777777" w:rsidR="000E4AB2" w:rsidRDefault="00000000">
            <w:r>
              <w:rPr>
                <w:sz w:val="16"/>
              </w:rPr>
              <w:t xml:space="preserve"> </w:t>
            </w:r>
          </w:p>
        </w:tc>
        <w:tc>
          <w:tcPr>
            <w:tcW w:w="1278" w:type="dxa"/>
            <w:vAlign w:val="center"/>
          </w:tcPr>
          <w:p w14:paraId="11F830C3" w14:textId="77777777" w:rsidR="000E4AB2" w:rsidRDefault="00000000">
            <w:r>
              <w:rPr>
                <w:sz w:val="16"/>
              </w:rPr>
              <w:t xml:space="preserve"> </w:t>
            </w:r>
          </w:p>
        </w:tc>
        <w:tc>
          <w:tcPr>
            <w:tcW w:w="1278" w:type="dxa"/>
            <w:vAlign w:val="center"/>
          </w:tcPr>
          <w:p w14:paraId="79735BDD" w14:textId="77777777" w:rsidR="000E4AB2" w:rsidRDefault="00000000">
            <w:r>
              <w:rPr>
                <w:sz w:val="16"/>
              </w:rPr>
              <w:t xml:space="preserve"> </w:t>
            </w:r>
          </w:p>
        </w:tc>
        <w:tc>
          <w:tcPr>
            <w:tcW w:w="1278" w:type="dxa"/>
            <w:vAlign w:val="center"/>
          </w:tcPr>
          <w:p w14:paraId="599821DF" w14:textId="77777777" w:rsidR="000E4AB2" w:rsidRDefault="00000000">
            <w:r>
              <w:rPr>
                <w:sz w:val="16"/>
              </w:rPr>
              <w:t xml:space="preserve"> </w:t>
            </w:r>
          </w:p>
        </w:tc>
        <w:tc>
          <w:tcPr>
            <w:tcW w:w="1278" w:type="dxa"/>
            <w:vAlign w:val="center"/>
          </w:tcPr>
          <w:p w14:paraId="3C585A21" w14:textId="77777777" w:rsidR="000E4AB2" w:rsidRDefault="00000000">
            <w:r>
              <w:rPr>
                <w:sz w:val="16"/>
              </w:rPr>
              <w:t xml:space="preserve"> </w:t>
            </w:r>
          </w:p>
        </w:tc>
        <w:tc>
          <w:tcPr>
            <w:tcW w:w="1278" w:type="dxa"/>
            <w:vAlign w:val="center"/>
          </w:tcPr>
          <w:p w14:paraId="24866FF8" w14:textId="77777777" w:rsidR="000E4AB2" w:rsidRDefault="00000000">
            <w:r>
              <w:rPr>
                <w:sz w:val="16"/>
              </w:rPr>
              <w:t xml:space="preserve"> </w:t>
            </w:r>
          </w:p>
        </w:tc>
        <w:tc>
          <w:tcPr>
            <w:tcW w:w="1278" w:type="dxa"/>
            <w:vAlign w:val="center"/>
          </w:tcPr>
          <w:p w14:paraId="5482379D" w14:textId="77777777" w:rsidR="000E4AB2" w:rsidRDefault="00000000">
            <w:r>
              <w:rPr>
                <w:sz w:val="16"/>
              </w:rPr>
              <w:t xml:space="preserve"> </w:t>
            </w:r>
          </w:p>
        </w:tc>
      </w:tr>
      <w:tr w:rsidR="000E4AB2" w14:paraId="103B4F3B" w14:textId="77777777">
        <w:trPr>
          <w:jc w:val="center"/>
        </w:trPr>
        <w:tc>
          <w:tcPr>
            <w:tcW w:w="1278" w:type="dxa"/>
            <w:vAlign w:val="center"/>
          </w:tcPr>
          <w:p w14:paraId="62B15B3A" w14:textId="77777777" w:rsidR="000E4AB2" w:rsidRDefault="00000000">
            <w:r>
              <w:rPr>
                <w:sz w:val="16"/>
              </w:rPr>
              <w:t xml:space="preserve"> </w:t>
            </w:r>
          </w:p>
        </w:tc>
        <w:tc>
          <w:tcPr>
            <w:tcW w:w="1278" w:type="dxa"/>
            <w:vAlign w:val="center"/>
          </w:tcPr>
          <w:p w14:paraId="4905B183" w14:textId="77777777" w:rsidR="000E4AB2" w:rsidRDefault="00000000">
            <w:r>
              <w:rPr>
                <w:sz w:val="16"/>
              </w:rPr>
              <w:t xml:space="preserve"> </w:t>
            </w:r>
          </w:p>
        </w:tc>
        <w:tc>
          <w:tcPr>
            <w:tcW w:w="1278" w:type="dxa"/>
            <w:vAlign w:val="center"/>
          </w:tcPr>
          <w:p w14:paraId="7A77C893" w14:textId="77777777" w:rsidR="000E4AB2" w:rsidRDefault="00000000">
            <w:r>
              <w:rPr>
                <w:sz w:val="16"/>
              </w:rPr>
              <w:t xml:space="preserve"> </w:t>
            </w:r>
          </w:p>
        </w:tc>
        <w:tc>
          <w:tcPr>
            <w:tcW w:w="1278" w:type="dxa"/>
            <w:vAlign w:val="center"/>
          </w:tcPr>
          <w:p w14:paraId="6056B55F" w14:textId="77777777" w:rsidR="000E4AB2" w:rsidRDefault="00000000">
            <w:r>
              <w:rPr>
                <w:sz w:val="16"/>
              </w:rPr>
              <w:t xml:space="preserve"> </w:t>
            </w:r>
          </w:p>
        </w:tc>
        <w:tc>
          <w:tcPr>
            <w:tcW w:w="1278" w:type="dxa"/>
            <w:vAlign w:val="center"/>
          </w:tcPr>
          <w:p w14:paraId="7978F505" w14:textId="77777777" w:rsidR="000E4AB2" w:rsidRDefault="00000000">
            <w:r>
              <w:rPr>
                <w:sz w:val="16"/>
              </w:rPr>
              <w:t xml:space="preserve"> </w:t>
            </w:r>
          </w:p>
        </w:tc>
        <w:tc>
          <w:tcPr>
            <w:tcW w:w="1278" w:type="dxa"/>
            <w:vAlign w:val="center"/>
          </w:tcPr>
          <w:p w14:paraId="305CB628" w14:textId="77777777" w:rsidR="000E4AB2" w:rsidRDefault="00000000">
            <w:r>
              <w:rPr>
                <w:sz w:val="16"/>
              </w:rPr>
              <w:t xml:space="preserve"> </w:t>
            </w:r>
          </w:p>
        </w:tc>
        <w:tc>
          <w:tcPr>
            <w:tcW w:w="1278" w:type="dxa"/>
            <w:vAlign w:val="center"/>
          </w:tcPr>
          <w:p w14:paraId="6FC4E163" w14:textId="77777777" w:rsidR="000E4AB2" w:rsidRDefault="00000000">
            <w:r>
              <w:rPr>
                <w:sz w:val="16"/>
              </w:rPr>
              <w:t xml:space="preserve"> </w:t>
            </w:r>
          </w:p>
        </w:tc>
        <w:tc>
          <w:tcPr>
            <w:tcW w:w="1278" w:type="dxa"/>
            <w:vAlign w:val="center"/>
          </w:tcPr>
          <w:p w14:paraId="6F079064" w14:textId="77777777" w:rsidR="000E4AB2" w:rsidRDefault="00000000">
            <w:r>
              <w:rPr>
                <w:sz w:val="16"/>
              </w:rPr>
              <w:t xml:space="preserve"> </w:t>
            </w:r>
          </w:p>
        </w:tc>
      </w:tr>
      <w:tr w:rsidR="000E4AB2" w14:paraId="6BA119FE" w14:textId="77777777">
        <w:trPr>
          <w:jc w:val="center"/>
        </w:trPr>
        <w:tc>
          <w:tcPr>
            <w:tcW w:w="1278" w:type="dxa"/>
            <w:vAlign w:val="center"/>
          </w:tcPr>
          <w:p w14:paraId="4E5B4A7F" w14:textId="77777777" w:rsidR="000E4AB2" w:rsidRDefault="00000000">
            <w:r>
              <w:rPr>
                <w:sz w:val="16"/>
              </w:rPr>
              <w:t xml:space="preserve"> </w:t>
            </w:r>
          </w:p>
        </w:tc>
        <w:tc>
          <w:tcPr>
            <w:tcW w:w="1278" w:type="dxa"/>
            <w:vAlign w:val="center"/>
          </w:tcPr>
          <w:p w14:paraId="1F45CF98" w14:textId="77777777" w:rsidR="000E4AB2" w:rsidRDefault="00000000">
            <w:r>
              <w:rPr>
                <w:sz w:val="16"/>
              </w:rPr>
              <w:t xml:space="preserve"> </w:t>
            </w:r>
          </w:p>
        </w:tc>
        <w:tc>
          <w:tcPr>
            <w:tcW w:w="1278" w:type="dxa"/>
            <w:vAlign w:val="center"/>
          </w:tcPr>
          <w:p w14:paraId="5439AB72" w14:textId="77777777" w:rsidR="000E4AB2" w:rsidRDefault="00000000">
            <w:r>
              <w:rPr>
                <w:sz w:val="16"/>
              </w:rPr>
              <w:t xml:space="preserve"> </w:t>
            </w:r>
          </w:p>
        </w:tc>
        <w:tc>
          <w:tcPr>
            <w:tcW w:w="1278" w:type="dxa"/>
            <w:vAlign w:val="center"/>
          </w:tcPr>
          <w:p w14:paraId="43731B37" w14:textId="77777777" w:rsidR="000E4AB2" w:rsidRDefault="00000000">
            <w:r>
              <w:rPr>
                <w:sz w:val="16"/>
              </w:rPr>
              <w:t xml:space="preserve"> </w:t>
            </w:r>
          </w:p>
        </w:tc>
        <w:tc>
          <w:tcPr>
            <w:tcW w:w="1278" w:type="dxa"/>
            <w:vAlign w:val="center"/>
          </w:tcPr>
          <w:p w14:paraId="31E7EEEA" w14:textId="77777777" w:rsidR="000E4AB2" w:rsidRDefault="00000000">
            <w:r>
              <w:rPr>
                <w:sz w:val="16"/>
              </w:rPr>
              <w:t xml:space="preserve"> </w:t>
            </w:r>
          </w:p>
        </w:tc>
        <w:tc>
          <w:tcPr>
            <w:tcW w:w="1278" w:type="dxa"/>
            <w:vAlign w:val="center"/>
          </w:tcPr>
          <w:p w14:paraId="29C549FF" w14:textId="77777777" w:rsidR="000E4AB2" w:rsidRDefault="00000000">
            <w:r>
              <w:rPr>
                <w:sz w:val="16"/>
              </w:rPr>
              <w:t xml:space="preserve"> </w:t>
            </w:r>
          </w:p>
        </w:tc>
        <w:tc>
          <w:tcPr>
            <w:tcW w:w="1278" w:type="dxa"/>
            <w:vAlign w:val="center"/>
          </w:tcPr>
          <w:p w14:paraId="10B47DF4" w14:textId="77777777" w:rsidR="000E4AB2" w:rsidRDefault="00000000">
            <w:r>
              <w:rPr>
                <w:sz w:val="16"/>
              </w:rPr>
              <w:t xml:space="preserve"> </w:t>
            </w:r>
          </w:p>
        </w:tc>
        <w:tc>
          <w:tcPr>
            <w:tcW w:w="1278" w:type="dxa"/>
            <w:vAlign w:val="center"/>
          </w:tcPr>
          <w:p w14:paraId="7750A399" w14:textId="77777777" w:rsidR="000E4AB2" w:rsidRDefault="00000000">
            <w:r>
              <w:rPr>
                <w:sz w:val="16"/>
              </w:rPr>
              <w:t xml:space="preserve"> </w:t>
            </w:r>
          </w:p>
        </w:tc>
      </w:tr>
    </w:tbl>
    <w:p w14:paraId="1E6F1764" w14:textId="77777777" w:rsidR="000E4AB2" w:rsidRDefault="00000000">
      <w:pPr>
        <w:pStyle w:val="Heading2"/>
      </w:pPr>
      <w:bookmarkStart w:id="26" w:name="_Toc240137297"/>
      <w:r>
        <w:t>Participation and welfare check</w:t>
      </w:r>
      <w:bookmarkEnd w:id="26"/>
    </w:p>
    <w:p w14:paraId="26E12362" w14:textId="77777777" w:rsidR="000E4AB2" w:rsidRDefault="00000000">
      <w:r>
        <w:t>☐ Does any proposed control unnecessarily restrict client autonomy, access or occupational participation?</w:t>
      </w:r>
    </w:p>
    <w:p w14:paraId="26172817" w14:textId="77777777" w:rsidR="000E4AB2" w:rsidRDefault="00000000">
      <w:r>
        <w:t>☐ Is there a less restrictive effective control available?</w:t>
      </w:r>
    </w:p>
    <w:p w14:paraId="6169CAC0" w14:textId="77777777" w:rsidR="000E4AB2" w:rsidRDefault="00000000">
      <w:r>
        <w:t>☐ Have reasonable adjustments been considered?</w:t>
      </w:r>
    </w:p>
    <w:p w14:paraId="32942422" w14:textId="77777777" w:rsidR="000E4AB2" w:rsidRDefault="00000000">
      <w:r>
        <w:t>☐ Have assistance animal welfare implications been considered?</w:t>
      </w:r>
    </w:p>
    <w:p w14:paraId="783AF3E8" w14:textId="77777777" w:rsidR="000E4AB2" w:rsidRDefault="00000000">
      <w:r>
        <w:t>☐ Have relevant people been consulted?</w:t>
      </w:r>
    </w:p>
    <w:p w14:paraId="08ABF708" w14:textId="77777777" w:rsidR="000E4AB2" w:rsidRDefault="00000000">
      <w:r>
        <w:br w:type="page"/>
      </w:r>
    </w:p>
    <w:p w14:paraId="4830A92D" w14:textId="77777777" w:rsidR="000E4AB2" w:rsidRDefault="00000000">
      <w:pPr>
        <w:pStyle w:val="Heading1"/>
      </w:pPr>
      <w:bookmarkStart w:id="27" w:name="_Toc240137298"/>
      <w:r>
        <w:lastRenderedPageBreak/>
        <w:t>Template 10: WHS Consultation and Communication Record</w:t>
      </w:r>
      <w:bookmarkEnd w:id="27"/>
    </w:p>
    <w:p w14:paraId="0DD6F0D4" w14:textId="77777777" w:rsidR="000E4AB2" w:rsidRDefault="00000000">
      <w:r>
        <w:rPr>
          <w:b/>
        </w:rPr>
        <w:t xml:space="preserve">Purpose: </w:t>
      </w:r>
      <w:r>
        <w:t>Record meaningful consultation and how stakeholder input influenced WHS decisions.</w:t>
      </w:r>
    </w:p>
    <w:p w14:paraId="09E1A174" w14:textId="77777777" w:rsidR="000E4AB2" w:rsidRDefault="00000000">
      <w:r>
        <w:rPr>
          <w:b/>
        </w:rPr>
        <w:t xml:space="preserve">Assessment use: </w:t>
      </w:r>
      <w:r>
        <w:t>Core Unit 1 resource; one completed or simulated record is required.</w:t>
      </w:r>
    </w:p>
    <w:p w14:paraId="2FFB879A"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5F8DFC14" w14:textId="77777777" w:rsidR="000E4AB2" w:rsidRDefault="00000000">
      <w:r>
        <w:rPr>
          <w:b/>
        </w:rPr>
        <w:t xml:space="preserve">Issue / decision being considered: </w:t>
      </w:r>
      <w:r>
        <w:t>________________________________________________________________________________</w:t>
      </w:r>
    </w:p>
    <w:p w14:paraId="650C8300" w14:textId="77777777" w:rsidR="000E4AB2" w:rsidRDefault="00000000">
      <w:r>
        <w:rPr>
          <w:b/>
        </w:rPr>
        <w:t xml:space="preserve">Date: </w:t>
      </w:r>
      <w:r>
        <w:t>________________________________________________________________________________</w:t>
      </w:r>
    </w:p>
    <w:p w14:paraId="2C0A7AE2" w14:textId="77777777" w:rsidR="000E4AB2" w:rsidRDefault="00000000">
      <w:r>
        <w:rPr>
          <w:b/>
        </w:rPr>
        <w:t xml:space="preserve">Consultation method: </w:t>
      </w:r>
      <w:r>
        <w:t>________________________________________________________________________________</w:t>
      </w:r>
    </w:p>
    <w:p w14:paraId="2918E873" w14:textId="77777777" w:rsidR="000E4AB2" w:rsidRDefault="00000000">
      <w:r>
        <w:rPr>
          <w:b/>
        </w:rPr>
        <w:t xml:space="preserve">Facilitator / responsible person: </w:t>
      </w:r>
      <w:r>
        <w:t>________________________________________________________________________________</w:t>
      </w:r>
    </w:p>
    <w:tbl>
      <w:tblPr>
        <w:tblStyle w:val="TableGrid"/>
        <w:tblW w:w="0" w:type="auto"/>
        <w:jc w:val="center"/>
        <w:tblLook w:val="04A0" w:firstRow="1" w:lastRow="0" w:firstColumn="1" w:lastColumn="0" w:noHBand="0" w:noVBand="1"/>
      </w:tblPr>
      <w:tblGrid>
        <w:gridCol w:w="2556"/>
        <w:gridCol w:w="2556"/>
        <w:gridCol w:w="2556"/>
        <w:gridCol w:w="2556"/>
      </w:tblGrid>
      <w:tr w:rsidR="000E4AB2" w14:paraId="551651F0" w14:textId="77777777">
        <w:trPr>
          <w:jc w:val="center"/>
        </w:trPr>
        <w:tc>
          <w:tcPr>
            <w:tcW w:w="2556" w:type="dxa"/>
            <w:shd w:val="clear" w:color="auto" w:fill="D9EAF7"/>
            <w:vAlign w:val="center"/>
          </w:tcPr>
          <w:p w14:paraId="3B9A4E08" w14:textId="77777777" w:rsidR="000E4AB2" w:rsidRDefault="00000000">
            <w:r>
              <w:rPr>
                <w:b/>
                <w:sz w:val="16"/>
              </w:rPr>
              <w:t>Participant / stakeholder</w:t>
            </w:r>
          </w:p>
        </w:tc>
        <w:tc>
          <w:tcPr>
            <w:tcW w:w="2556" w:type="dxa"/>
            <w:shd w:val="clear" w:color="auto" w:fill="D9EAF7"/>
            <w:vAlign w:val="center"/>
          </w:tcPr>
          <w:p w14:paraId="29B062F9" w14:textId="77777777" w:rsidR="000E4AB2" w:rsidRDefault="00000000">
            <w:r>
              <w:rPr>
                <w:b/>
                <w:sz w:val="16"/>
              </w:rPr>
              <w:t>Role / interest</w:t>
            </w:r>
          </w:p>
        </w:tc>
        <w:tc>
          <w:tcPr>
            <w:tcW w:w="2556" w:type="dxa"/>
            <w:shd w:val="clear" w:color="auto" w:fill="D9EAF7"/>
            <w:vAlign w:val="center"/>
          </w:tcPr>
          <w:p w14:paraId="6ED1AAAB" w14:textId="77777777" w:rsidR="000E4AB2" w:rsidRDefault="00000000">
            <w:r>
              <w:rPr>
                <w:b/>
                <w:sz w:val="16"/>
              </w:rPr>
              <w:t>Communication or accessibility adjustment</w:t>
            </w:r>
          </w:p>
        </w:tc>
        <w:tc>
          <w:tcPr>
            <w:tcW w:w="2556" w:type="dxa"/>
            <w:shd w:val="clear" w:color="auto" w:fill="D9EAF7"/>
            <w:vAlign w:val="center"/>
          </w:tcPr>
          <w:p w14:paraId="7C8D5582" w14:textId="77777777" w:rsidR="000E4AB2" w:rsidRDefault="00000000">
            <w:r>
              <w:rPr>
                <w:b/>
                <w:sz w:val="16"/>
              </w:rPr>
              <w:t>Feedback / concern / information provided</w:t>
            </w:r>
          </w:p>
        </w:tc>
      </w:tr>
      <w:tr w:rsidR="000E4AB2" w14:paraId="3E6B6F41" w14:textId="77777777">
        <w:trPr>
          <w:jc w:val="center"/>
        </w:trPr>
        <w:tc>
          <w:tcPr>
            <w:tcW w:w="2556" w:type="dxa"/>
            <w:vAlign w:val="center"/>
          </w:tcPr>
          <w:p w14:paraId="54524BD0" w14:textId="77777777" w:rsidR="000E4AB2" w:rsidRDefault="00000000">
            <w:r>
              <w:rPr>
                <w:sz w:val="16"/>
              </w:rPr>
              <w:t xml:space="preserve"> </w:t>
            </w:r>
          </w:p>
        </w:tc>
        <w:tc>
          <w:tcPr>
            <w:tcW w:w="2556" w:type="dxa"/>
            <w:vAlign w:val="center"/>
          </w:tcPr>
          <w:p w14:paraId="74334C6A" w14:textId="77777777" w:rsidR="000E4AB2" w:rsidRDefault="00000000">
            <w:r>
              <w:rPr>
                <w:sz w:val="16"/>
              </w:rPr>
              <w:t xml:space="preserve"> </w:t>
            </w:r>
          </w:p>
        </w:tc>
        <w:tc>
          <w:tcPr>
            <w:tcW w:w="2556" w:type="dxa"/>
            <w:vAlign w:val="center"/>
          </w:tcPr>
          <w:p w14:paraId="6F078740" w14:textId="77777777" w:rsidR="000E4AB2" w:rsidRDefault="00000000">
            <w:r>
              <w:rPr>
                <w:sz w:val="16"/>
              </w:rPr>
              <w:t xml:space="preserve"> </w:t>
            </w:r>
          </w:p>
        </w:tc>
        <w:tc>
          <w:tcPr>
            <w:tcW w:w="2556" w:type="dxa"/>
            <w:vAlign w:val="center"/>
          </w:tcPr>
          <w:p w14:paraId="0EDC8F20" w14:textId="77777777" w:rsidR="000E4AB2" w:rsidRDefault="00000000">
            <w:r>
              <w:rPr>
                <w:sz w:val="16"/>
              </w:rPr>
              <w:t xml:space="preserve"> </w:t>
            </w:r>
          </w:p>
        </w:tc>
      </w:tr>
      <w:tr w:rsidR="000E4AB2" w14:paraId="7723805E" w14:textId="77777777">
        <w:trPr>
          <w:jc w:val="center"/>
        </w:trPr>
        <w:tc>
          <w:tcPr>
            <w:tcW w:w="2556" w:type="dxa"/>
            <w:vAlign w:val="center"/>
          </w:tcPr>
          <w:p w14:paraId="3A97E608" w14:textId="77777777" w:rsidR="000E4AB2" w:rsidRDefault="00000000">
            <w:r>
              <w:rPr>
                <w:sz w:val="16"/>
              </w:rPr>
              <w:t xml:space="preserve"> </w:t>
            </w:r>
          </w:p>
        </w:tc>
        <w:tc>
          <w:tcPr>
            <w:tcW w:w="2556" w:type="dxa"/>
            <w:vAlign w:val="center"/>
          </w:tcPr>
          <w:p w14:paraId="70609D71" w14:textId="77777777" w:rsidR="000E4AB2" w:rsidRDefault="00000000">
            <w:r>
              <w:rPr>
                <w:sz w:val="16"/>
              </w:rPr>
              <w:t xml:space="preserve"> </w:t>
            </w:r>
          </w:p>
        </w:tc>
        <w:tc>
          <w:tcPr>
            <w:tcW w:w="2556" w:type="dxa"/>
            <w:vAlign w:val="center"/>
          </w:tcPr>
          <w:p w14:paraId="4584DE67" w14:textId="77777777" w:rsidR="000E4AB2" w:rsidRDefault="00000000">
            <w:r>
              <w:rPr>
                <w:sz w:val="16"/>
              </w:rPr>
              <w:t xml:space="preserve"> </w:t>
            </w:r>
          </w:p>
        </w:tc>
        <w:tc>
          <w:tcPr>
            <w:tcW w:w="2556" w:type="dxa"/>
            <w:vAlign w:val="center"/>
          </w:tcPr>
          <w:p w14:paraId="1554F40E" w14:textId="77777777" w:rsidR="000E4AB2" w:rsidRDefault="00000000">
            <w:r>
              <w:rPr>
                <w:sz w:val="16"/>
              </w:rPr>
              <w:t xml:space="preserve"> </w:t>
            </w:r>
          </w:p>
        </w:tc>
      </w:tr>
      <w:tr w:rsidR="000E4AB2" w14:paraId="714A5FC7" w14:textId="77777777">
        <w:trPr>
          <w:jc w:val="center"/>
        </w:trPr>
        <w:tc>
          <w:tcPr>
            <w:tcW w:w="2556" w:type="dxa"/>
            <w:vAlign w:val="center"/>
          </w:tcPr>
          <w:p w14:paraId="28009AB3" w14:textId="77777777" w:rsidR="000E4AB2" w:rsidRDefault="00000000">
            <w:r>
              <w:rPr>
                <w:sz w:val="16"/>
              </w:rPr>
              <w:t xml:space="preserve"> </w:t>
            </w:r>
          </w:p>
        </w:tc>
        <w:tc>
          <w:tcPr>
            <w:tcW w:w="2556" w:type="dxa"/>
            <w:vAlign w:val="center"/>
          </w:tcPr>
          <w:p w14:paraId="3A3B84F1" w14:textId="77777777" w:rsidR="000E4AB2" w:rsidRDefault="00000000">
            <w:r>
              <w:rPr>
                <w:sz w:val="16"/>
              </w:rPr>
              <w:t xml:space="preserve"> </w:t>
            </w:r>
          </w:p>
        </w:tc>
        <w:tc>
          <w:tcPr>
            <w:tcW w:w="2556" w:type="dxa"/>
            <w:vAlign w:val="center"/>
          </w:tcPr>
          <w:p w14:paraId="1867E912" w14:textId="77777777" w:rsidR="000E4AB2" w:rsidRDefault="00000000">
            <w:r>
              <w:rPr>
                <w:sz w:val="16"/>
              </w:rPr>
              <w:t xml:space="preserve"> </w:t>
            </w:r>
          </w:p>
        </w:tc>
        <w:tc>
          <w:tcPr>
            <w:tcW w:w="2556" w:type="dxa"/>
            <w:vAlign w:val="center"/>
          </w:tcPr>
          <w:p w14:paraId="65651102" w14:textId="77777777" w:rsidR="000E4AB2" w:rsidRDefault="00000000">
            <w:r>
              <w:rPr>
                <w:sz w:val="16"/>
              </w:rPr>
              <w:t xml:space="preserve"> </w:t>
            </w:r>
          </w:p>
        </w:tc>
      </w:tr>
      <w:tr w:rsidR="000E4AB2" w14:paraId="0E80B833" w14:textId="77777777">
        <w:trPr>
          <w:jc w:val="center"/>
        </w:trPr>
        <w:tc>
          <w:tcPr>
            <w:tcW w:w="2556" w:type="dxa"/>
            <w:vAlign w:val="center"/>
          </w:tcPr>
          <w:p w14:paraId="4D493E44" w14:textId="77777777" w:rsidR="000E4AB2" w:rsidRDefault="00000000">
            <w:r>
              <w:rPr>
                <w:sz w:val="16"/>
              </w:rPr>
              <w:t xml:space="preserve"> </w:t>
            </w:r>
          </w:p>
        </w:tc>
        <w:tc>
          <w:tcPr>
            <w:tcW w:w="2556" w:type="dxa"/>
            <w:vAlign w:val="center"/>
          </w:tcPr>
          <w:p w14:paraId="0DE6A2FA" w14:textId="77777777" w:rsidR="000E4AB2" w:rsidRDefault="00000000">
            <w:r>
              <w:rPr>
                <w:sz w:val="16"/>
              </w:rPr>
              <w:t xml:space="preserve"> </w:t>
            </w:r>
          </w:p>
        </w:tc>
        <w:tc>
          <w:tcPr>
            <w:tcW w:w="2556" w:type="dxa"/>
            <w:vAlign w:val="center"/>
          </w:tcPr>
          <w:p w14:paraId="6407165A" w14:textId="77777777" w:rsidR="000E4AB2" w:rsidRDefault="00000000">
            <w:r>
              <w:rPr>
                <w:sz w:val="16"/>
              </w:rPr>
              <w:t xml:space="preserve"> </w:t>
            </w:r>
          </w:p>
        </w:tc>
        <w:tc>
          <w:tcPr>
            <w:tcW w:w="2556" w:type="dxa"/>
            <w:vAlign w:val="center"/>
          </w:tcPr>
          <w:p w14:paraId="7EF16A1C" w14:textId="77777777" w:rsidR="000E4AB2" w:rsidRDefault="00000000">
            <w:r>
              <w:rPr>
                <w:sz w:val="16"/>
              </w:rPr>
              <w:t xml:space="preserve"> </w:t>
            </w:r>
          </w:p>
        </w:tc>
      </w:tr>
      <w:tr w:rsidR="000E4AB2" w14:paraId="1E6748A1" w14:textId="77777777">
        <w:trPr>
          <w:jc w:val="center"/>
        </w:trPr>
        <w:tc>
          <w:tcPr>
            <w:tcW w:w="2556" w:type="dxa"/>
            <w:vAlign w:val="center"/>
          </w:tcPr>
          <w:p w14:paraId="7B273219" w14:textId="77777777" w:rsidR="000E4AB2" w:rsidRDefault="00000000">
            <w:r>
              <w:rPr>
                <w:sz w:val="16"/>
              </w:rPr>
              <w:t xml:space="preserve"> </w:t>
            </w:r>
          </w:p>
        </w:tc>
        <w:tc>
          <w:tcPr>
            <w:tcW w:w="2556" w:type="dxa"/>
            <w:vAlign w:val="center"/>
          </w:tcPr>
          <w:p w14:paraId="29B9E46A" w14:textId="77777777" w:rsidR="000E4AB2" w:rsidRDefault="00000000">
            <w:r>
              <w:rPr>
                <w:sz w:val="16"/>
              </w:rPr>
              <w:t xml:space="preserve"> </w:t>
            </w:r>
          </w:p>
        </w:tc>
        <w:tc>
          <w:tcPr>
            <w:tcW w:w="2556" w:type="dxa"/>
            <w:vAlign w:val="center"/>
          </w:tcPr>
          <w:p w14:paraId="5B7C8FBF" w14:textId="77777777" w:rsidR="000E4AB2" w:rsidRDefault="00000000">
            <w:r>
              <w:rPr>
                <w:sz w:val="16"/>
              </w:rPr>
              <w:t xml:space="preserve"> </w:t>
            </w:r>
          </w:p>
        </w:tc>
        <w:tc>
          <w:tcPr>
            <w:tcW w:w="2556" w:type="dxa"/>
            <w:vAlign w:val="center"/>
          </w:tcPr>
          <w:p w14:paraId="54A3790A" w14:textId="77777777" w:rsidR="000E4AB2" w:rsidRDefault="00000000">
            <w:r>
              <w:rPr>
                <w:sz w:val="16"/>
              </w:rPr>
              <w:t xml:space="preserve"> </w:t>
            </w:r>
          </w:p>
        </w:tc>
      </w:tr>
    </w:tbl>
    <w:p w14:paraId="7B5A13B7" w14:textId="77777777" w:rsidR="000E4AB2" w:rsidRDefault="00000000">
      <w:pPr>
        <w:pStyle w:val="Heading2"/>
      </w:pPr>
      <w:bookmarkStart w:id="28" w:name="_Toc240137299"/>
      <w:r>
        <w:t>Outcome</w:t>
      </w:r>
      <w:bookmarkEnd w:id="28"/>
    </w:p>
    <w:tbl>
      <w:tblPr>
        <w:tblStyle w:val="TableGrid"/>
        <w:tblW w:w="0" w:type="auto"/>
        <w:jc w:val="center"/>
        <w:tblLook w:val="04A0" w:firstRow="1" w:lastRow="0" w:firstColumn="1" w:lastColumn="0" w:noHBand="0" w:noVBand="1"/>
      </w:tblPr>
      <w:tblGrid>
        <w:gridCol w:w="2045"/>
        <w:gridCol w:w="2045"/>
        <w:gridCol w:w="2045"/>
        <w:gridCol w:w="2045"/>
        <w:gridCol w:w="2045"/>
      </w:tblGrid>
      <w:tr w:rsidR="000E4AB2" w14:paraId="5B87EF7B" w14:textId="77777777">
        <w:trPr>
          <w:jc w:val="center"/>
        </w:trPr>
        <w:tc>
          <w:tcPr>
            <w:tcW w:w="2045" w:type="dxa"/>
            <w:shd w:val="clear" w:color="auto" w:fill="D9EAF7"/>
            <w:vAlign w:val="center"/>
          </w:tcPr>
          <w:p w14:paraId="49B33B68" w14:textId="77777777" w:rsidR="000E4AB2" w:rsidRDefault="00000000">
            <w:r>
              <w:rPr>
                <w:b/>
                <w:sz w:val="16"/>
              </w:rPr>
              <w:t>Decision / action</w:t>
            </w:r>
          </w:p>
        </w:tc>
        <w:tc>
          <w:tcPr>
            <w:tcW w:w="2045" w:type="dxa"/>
            <w:shd w:val="clear" w:color="auto" w:fill="D9EAF7"/>
            <w:vAlign w:val="center"/>
          </w:tcPr>
          <w:p w14:paraId="7BFADC38" w14:textId="77777777" w:rsidR="000E4AB2" w:rsidRDefault="00000000">
            <w:r>
              <w:rPr>
                <w:b/>
                <w:sz w:val="16"/>
              </w:rPr>
              <w:t>How consultation influenced decision</w:t>
            </w:r>
          </w:p>
        </w:tc>
        <w:tc>
          <w:tcPr>
            <w:tcW w:w="2045" w:type="dxa"/>
            <w:shd w:val="clear" w:color="auto" w:fill="D9EAF7"/>
            <w:vAlign w:val="center"/>
          </w:tcPr>
          <w:p w14:paraId="61DF4F92" w14:textId="77777777" w:rsidR="000E4AB2" w:rsidRDefault="00000000">
            <w:r>
              <w:rPr>
                <w:b/>
                <w:sz w:val="16"/>
              </w:rPr>
              <w:t>Responsible person</w:t>
            </w:r>
          </w:p>
        </w:tc>
        <w:tc>
          <w:tcPr>
            <w:tcW w:w="2045" w:type="dxa"/>
            <w:shd w:val="clear" w:color="auto" w:fill="D9EAF7"/>
            <w:vAlign w:val="center"/>
          </w:tcPr>
          <w:p w14:paraId="4EFC7E5D" w14:textId="77777777" w:rsidR="000E4AB2" w:rsidRDefault="00000000">
            <w:r>
              <w:rPr>
                <w:b/>
                <w:sz w:val="16"/>
              </w:rPr>
              <w:t>Due date</w:t>
            </w:r>
          </w:p>
        </w:tc>
        <w:tc>
          <w:tcPr>
            <w:tcW w:w="2045" w:type="dxa"/>
            <w:shd w:val="clear" w:color="auto" w:fill="D9EAF7"/>
            <w:vAlign w:val="center"/>
          </w:tcPr>
          <w:p w14:paraId="478885F5" w14:textId="77777777" w:rsidR="000E4AB2" w:rsidRDefault="00000000">
            <w:r>
              <w:rPr>
                <w:b/>
                <w:sz w:val="16"/>
              </w:rPr>
              <w:t>How outcome will be communicated</w:t>
            </w:r>
          </w:p>
        </w:tc>
      </w:tr>
      <w:tr w:rsidR="000E4AB2" w14:paraId="79903273" w14:textId="77777777">
        <w:trPr>
          <w:jc w:val="center"/>
        </w:trPr>
        <w:tc>
          <w:tcPr>
            <w:tcW w:w="2045" w:type="dxa"/>
            <w:vAlign w:val="center"/>
          </w:tcPr>
          <w:p w14:paraId="08FB159B" w14:textId="77777777" w:rsidR="000E4AB2" w:rsidRDefault="00000000">
            <w:r>
              <w:rPr>
                <w:sz w:val="16"/>
              </w:rPr>
              <w:t xml:space="preserve"> </w:t>
            </w:r>
          </w:p>
        </w:tc>
        <w:tc>
          <w:tcPr>
            <w:tcW w:w="2045" w:type="dxa"/>
            <w:vAlign w:val="center"/>
          </w:tcPr>
          <w:p w14:paraId="23789F92" w14:textId="77777777" w:rsidR="000E4AB2" w:rsidRDefault="00000000">
            <w:r>
              <w:rPr>
                <w:sz w:val="16"/>
              </w:rPr>
              <w:t xml:space="preserve"> </w:t>
            </w:r>
          </w:p>
        </w:tc>
        <w:tc>
          <w:tcPr>
            <w:tcW w:w="2045" w:type="dxa"/>
            <w:vAlign w:val="center"/>
          </w:tcPr>
          <w:p w14:paraId="658E69B8" w14:textId="77777777" w:rsidR="000E4AB2" w:rsidRDefault="00000000">
            <w:r>
              <w:rPr>
                <w:sz w:val="16"/>
              </w:rPr>
              <w:t xml:space="preserve"> </w:t>
            </w:r>
          </w:p>
        </w:tc>
        <w:tc>
          <w:tcPr>
            <w:tcW w:w="2045" w:type="dxa"/>
            <w:vAlign w:val="center"/>
          </w:tcPr>
          <w:p w14:paraId="237AB533" w14:textId="77777777" w:rsidR="000E4AB2" w:rsidRDefault="00000000">
            <w:r>
              <w:rPr>
                <w:sz w:val="16"/>
              </w:rPr>
              <w:t xml:space="preserve"> </w:t>
            </w:r>
          </w:p>
        </w:tc>
        <w:tc>
          <w:tcPr>
            <w:tcW w:w="2045" w:type="dxa"/>
            <w:vAlign w:val="center"/>
          </w:tcPr>
          <w:p w14:paraId="35863AF2" w14:textId="77777777" w:rsidR="000E4AB2" w:rsidRDefault="00000000">
            <w:r>
              <w:rPr>
                <w:sz w:val="16"/>
              </w:rPr>
              <w:t xml:space="preserve"> </w:t>
            </w:r>
          </w:p>
        </w:tc>
      </w:tr>
      <w:tr w:rsidR="000E4AB2" w14:paraId="29263665" w14:textId="77777777">
        <w:trPr>
          <w:jc w:val="center"/>
        </w:trPr>
        <w:tc>
          <w:tcPr>
            <w:tcW w:w="2045" w:type="dxa"/>
            <w:vAlign w:val="center"/>
          </w:tcPr>
          <w:p w14:paraId="2BEC4C22" w14:textId="77777777" w:rsidR="000E4AB2" w:rsidRDefault="00000000">
            <w:r>
              <w:rPr>
                <w:sz w:val="16"/>
              </w:rPr>
              <w:t xml:space="preserve"> </w:t>
            </w:r>
          </w:p>
        </w:tc>
        <w:tc>
          <w:tcPr>
            <w:tcW w:w="2045" w:type="dxa"/>
            <w:vAlign w:val="center"/>
          </w:tcPr>
          <w:p w14:paraId="23316CA0" w14:textId="77777777" w:rsidR="000E4AB2" w:rsidRDefault="00000000">
            <w:r>
              <w:rPr>
                <w:sz w:val="16"/>
              </w:rPr>
              <w:t xml:space="preserve"> </w:t>
            </w:r>
          </w:p>
        </w:tc>
        <w:tc>
          <w:tcPr>
            <w:tcW w:w="2045" w:type="dxa"/>
            <w:vAlign w:val="center"/>
          </w:tcPr>
          <w:p w14:paraId="3A20F969" w14:textId="77777777" w:rsidR="000E4AB2" w:rsidRDefault="00000000">
            <w:r>
              <w:rPr>
                <w:sz w:val="16"/>
              </w:rPr>
              <w:t xml:space="preserve"> </w:t>
            </w:r>
          </w:p>
        </w:tc>
        <w:tc>
          <w:tcPr>
            <w:tcW w:w="2045" w:type="dxa"/>
            <w:vAlign w:val="center"/>
          </w:tcPr>
          <w:p w14:paraId="1E0D0F55" w14:textId="77777777" w:rsidR="000E4AB2" w:rsidRDefault="00000000">
            <w:r>
              <w:rPr>
                <w:sz w:val="16"/>
              </w:rPr>
              <w:t xml:space="preserve"> </w:t>
            </w:r>
          </w:p>
        </w:tc>
        <w:tc>
          <w:tcPr>
            <w:tcW w:w="2045" w:type="dxa"/>
            <w:vAlign w:val="center"/>
          </w:tcPr>
          <w:p w14:paraId="7611EFB7" w14:textId="77777777" w:rsidR="000E4AB2" w:rsidRDefault="00000000">
            <w:r>
              <w:rPr>
                <w:sz w:val="16"/>
              </w:rPr>
              <w:t xml:space="preserve"> </w:t>
            </w:r>
          </w:p>
        </w:tc>
      </w:tr>
      <w:tr w:rsidR="000E4AB2" w14:paraId="7891A016" w14:textId="77777777">
        <w:trPr>
          <w:jc w:val="center"/>
        </w:trPr>
        <w:tc>
          <w:tcPr>
            <w:tcW w:w="2045" w:type="dxa"/>
            <w:vAlign w:val="center"/>
          </w:tcPr>
          <w:p w14:paraId="3A017E5C" w14:textId="77777777" w:rsidR="000E4AB2" w:rsidRDefault="00000000">
            <w:r>
              <w:rPr>
                <w:sz w:val="16"/>
              </w:rPr>
              <w:t xml:space="preserve"> </w:t>
            </w:r>
          </w:p>
        </w:tc>
        <w:tc>
          <w:tcPr>
            <w:tcW w:w="2045" w:type="dxa"/>
            <w:vAlign w:val="center"/>
          </w:tcPr>
          <w:p w14:paraId="665955B4" w14:textId="77777777" w:rsidR="000E4AB2" w:rsidRDefault="00000000">
            <w:r>
              <w:rPr>
                <w:sz w:val="16"/>
              </w:rPr>
              <w:t xml:space="preserve"> </w:t>
            </w:r>
          </w:p>
        </w:tc>
        <w:tc>
          <w:tcPr>
            <w:tcW w:w="2045" w:type="dxa"/>
            <w:vAlign w:val="center"/>
          </w:tcPr>
          <w:p w14:paraId="0C39C2C5" w14:textId="77777777" w:rsidR="000E4AB2" w:rsidRDefault="00000000">
            <w:r>
              <w:rPr>
                <w:sz w:val="16"/>
              </w:rPr>
              <w:t xml:space="preserve"> </w:t>
            </w:r>
          </w:p>
        </w:tc>
        <w:tc>
          <w:tcPr>
            <w:tcW w:w="2045" w:type="dxa"/>
            <w:vAlign w:val="center"/>
          </w:tcPr>
          <w:p w14:paraId="1EF1B405" w14:textId="77777777" w:rsidR="000E4AB2" w:rsidRDefault="00000000">
            <w:r>
              <w:rPr>
                <w:sz w:val="16"/>
              </w:rPr>
              <w:t xml:space="preserve"> </w:t>
            </w:r>
          </w:p>
        </w:tc>
        <w:tc>
          <w:tcPr>
            <w:tcW w:w="2045" w:type="dxa"/>
            <w:vAlign w:val="center"/>
          </w:tcPr>
          <w:p w14:paraId="3993DCFD" w14:textId="77777777" w:rsidR="000E4AB2" w:rsidRDefault="00000000">
            <w:r>
              <w:rPr>
                <w:sz w:val="16"/>
              </w:rPr>
              <w:t xml:space="preserve"> </w:t>
            </w:r>
          </w:p>
        </w:tc>
      </w:tr>
      <w:tr w:rsidR="000E4AB2" w14:paraId="2A492916" w14:textId="77777777">
        <w:trPr>
          <w:jc w:val="center"/>
        </w:trPr>
        <w:tc>
          <w:tcPr>
            <w:tcW w:w="2045" w:type="dxa"/>
            <w:vAlign w:val="center"/>
          </w:tcPr>
          <w:p w14:paraId="05B76574" w14:textId="77777777" w:rsidR="000E4AB2" w:rsidRDefault="00000000">
            <w:r>
              <w:rPr>
                <w:sz w:val="16"/>
              </w:rPr>
              <w:t xml:space="preserve"> </w:t>
            </w:r>
          </w:p>
        </w:tc>
        <w:tc>
          <w:tcPr>
            <w:tcW w:w="2045" w:type="dxa"/>
            <w:vAlign w:val="center"/>
          </w:tcPr>
          <w:p w14:paraId="67BBD78C" w14:textId="77777777" w:rsidR="000E4AB2" w:rsidRDefault="00000000">
            <w:r>
              <w:rPr>
                <w:sz w:val="16"/>
              </w:rPr>
              <w:t xml:space="preserve"> </w:t>
            </w:r>
          </w:p>
        </w:tc>
        <w:tc>
          <w:tcPr>
            <w:tcW w:w="2045" w:type="dxa"/>
            <w:vAlign w:val="center"/>
          </w:tcPr>
          <w:p w14:paraId="2C490FD8" w14:textId="77777777" w:rsidR="000E4AB2" w:rsidRDefault="00000000">
            <w:r>
              <w:rPr>
                <w:sz w:val="16"/>
              </w:rPr>
              <w:t xml:space="preserve"> </w:t>
            </w:r>
          </w:p>
        </w:tc>
        <w:tc>
          <w:tcPr>
            <w:tcW w:w="2045" w:type="dxa"/>
            <w:vAlign w:val="center"/>
          </w:tcPr>
          <w:p w14:paraId="09F1A039" w14:textId="77777777" w:rsidR="000E4AB2" w:rsidRDefault="00000000">
            <w:r>
              <w:rPr>
                <w:sz w:val="16"/>
              </w:rPr>
              <w:t xml:space="preserve"> </w:t>
            </w:r>
          </w:p>
        </w:tc>
        <w:tc>
          <w:tcPr>
            <w:tcW w:w="2045" w:type="dxa"/>
            <w:vAlign w:val="center"/>
          </w:tcPr>
          <w:p w14:paraId="159C5A84" w14:textId="77777777" w:rsidR="000E4AB2" w:rsidRDefault="00000000">
            <w:r>
              <w:rPr>
                <w:sz w:val="16"/>
              </w:rPr>
              <w:t xml:space="preserve"> </w:t>
            </w:r>
          </w:p>
        </w:tc>
      </w:tr>
    </w:tbl>
    <w:p w14:paraId="53B9EE22" w14:textId="77777777" w:rsidR="000E4AB2" w:rsidRDefault="00000000">
      <w:r>
        <w:rPr>
          <w:b/>
        </w:rPr>
        <w:t xml:space="preserve">Further consultation / review required: </w:t>
      </w:r>
      <w:r>
        <w:t>________________________________________________________________________________</w:t>
      </w:r>
    </w:p>
    <w:p w14:paraId="1EF17096" w14:textId="77777777" w:rsidR="000E4AB2" w:rsidRDefault="00000000">
      <w:r>
        <w:br w:type="page"/>
      </w:r>
    </w:p>
    <w:p w14:paraId="2F78E2FD" w14:textId="77777777" w:rsidR="000E4AB2" w:rsidRDefault="00000000">
      <w:pPr>
        <w:pStyle w:val="Heading1"/>
      </w:pPr>
      <w:bookmarkStart w:id="29" w:name="_Toc240137300"/>
      <w:r>
        <w:lastRenderedPageBreak/>
        <w:t>Template 11: Assistance Animal Emergency and Continuity Plan</w:t>
      </w:r>
      <w:bookmarkEnd w:id="29"/>
    </w:p>
    <w:p w14:paraId="4BA8DC1A" w14:textId="77777777" w:rsidR="000E4AB2" w:rsidRDefault="00000000">
      <w:r>
        <w:rPr>
          <w:b/>
        </w:rPr>
        <w:t xml:space="preserve">Purpose: </w:t>
      </w:r>
      <w:r>
        <w:t>Plan for emergencies affecting the person, assistance animal, practitioner or environment, including temporary separation and continuity of disability-related supports.</w:t>
      </w:r>
    </w:p>
    <w:p w14:paraId="2810A345" w14:textId="77777777" w:rsidR="000E4AB2" w:rsidRDefault="00000000">
      <w:r>
        <w:rPr>
          <w:b/>
        </w:rPr>
        <w:t xml:space="preserve">Assessment use: </w:t>
      </w:r>
      <w:r>
        <w:t>Core Unit 1 resource.</w:t>
      </w:r>
    </w:p>
    <w:p w14:paraId="21544F08"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3A68ABE4" w14:textId="77777777" w:rsidR="000E4AB2" w:rsidRDefault="00000000">
      <w:r>
        <w:rPr>
          <w:b/>
        </w:rPr>
        <w:t xml:space="preserve">Practice / service: </w:t>
      </w:r>
      <w:r>
        <w:t>________________________________________________________________________________</w:t>
      </w:r>
    </w:p>
    <w:p w14:paraId="5C971654" w14:textId="77777777" w:rsidR="000E4AB2" w:rsidRDefault="00000000">
      <w:r>
        <w:rPr>
          <w:b/>
        </w:rPr>
        <w:t xml:space="preserve">Plan owner: </w:t>
      </w:r>
      <w:r>
        <w:t>________________________________________________________________________________</w:t>
      </w:r>
    </w:p>
    <w:p w14:paraId="2B407FD1" w14:textId="77777777" w:rsidR="000E4AB2" w:rsidRDefault="00000000">
      <w:r>
        <w:rPr>
          <w:b/>
        </w:rPr>
        <w:t xml:space="preserve">Emergency contact number(s): </w:t>
      </w:r>
      <w:r>
        <w:t>________________________________________________________________________________</w:t>
      </w:r>
    </w:p>
    <w:p w14:paraId="64742C98" w14:textId="77777777" w:rsidR="000E4AB2" w:rsidRDefault="00000000">
      <w:pPr>
        <w:pStyle w:val="Heading2"/>
      </w:pPr>
      <w:bookmarkStart w:id="30" w:name="_Toc240137301"/>
      <w:r>
        <w:t>Person-related emergency</w:t>
      </w:r>
      <w:bookmarkEnd w:id="30"/>
    </w:p>
    <w:tbl>
      <w:tblPr>
        <w:tblStyle w:val="TableGrid"/>
        <w:tblW w:w="0" w:type="auto"/>
        <w:jc w:val="center"/>
        <w:tblLook w:val="04A0" w:firstRow="1" w:lastRow="0" w:firstColumn="1" w:lastColumn="0" w:noHBand="0" w:noVBand="1"/>
      </w:tblPr>
      <w:tblGrid>
        <w:gridCol w:w="2045"/>
        <w:gridCol w:w="2045"/>
        <w:gridCol w:w="2045"/>
        <w:gridCol w:w="2045"/>
        <w:gridCol w:w="2045"/>
      </w:tblGrid>
      <w:tr w:rsidR="000E4AB2" w14:paraId="5A0BB2F4" w14:textId="77777777">
        <w:trPr>
          <w:jc w:val="center"/>
        </w:trPr>
        <w:tc>
          <w:tcPr>
            <w:tcW w:w="2045" w:type="dxa"/>
            <w:shd w:val="clear" w:color="auto" w:fill="D9EAF7"/>
            <w:vAlign w:val="center"/>
          </w:tcPr>
          <w:p w14:paraId="57DFC1D9" w14:textId="77777777" w:rsidR="000E4AB2" w:rsidRDefault="00000000">
            <w:r>
              <w:rPr>
                <w:b/>
                <w:sz w:val="16"/>
              </w:rPr>
              <w:t>Foreseeable scenario</w:t>
            </w:r>
          </w:p>
        </w:tc>
        <w:tc>
          <w:tcPr>
            <w:tcW w:w="2045" w:type="dxa"/>
            <w:shd w:val="clear" w:color="auto" w:fill="D9EAF7"/>
            <w:vAlign w:val="center"/>
          </w:tcPr>
          <w:p w14:paraId="3E1C7A9F" w14:textId="77777777" w:rsidR="000E4AB2" w:rsidRDefault="00000000">
            <w:r>
              <w:rPr>
                <w:b/>
                <w:sz w:val="16"/>
              </w:rPr>
              <w:t>Immediate actions</w:t>
            </w:r>
          </w:p>
        </w:tc>
        <w:tc>
          <w:tcPr>
            <w:tcW w:w="2045" w:type="dxa"/>
            <w:shd w:val="clear" w:color="auto" w:fill="D9EAF7"/>
            <w:vAlign w:val="center"/>
          </w:tcPr>
          <w:p w14:paraId="659908F7" w14:textId="77777777" w:rsidR="000E4AB2" w:rsidRDefault="00000000">
            <w:r>
              <w:rPr>
                <w:b/>
                <w:sz w:val="16"/>
              </w:rPr>
              <w:t>Who is responsible</w:t>
            </w:r>
          </w:p>
        </w:tc>
        <w:tc>
          <w:tcPr>
            <w:tcW w:w="2045" w:type="dxa"/>
            <w:shd w:val="clear" w:color="auto" w:fill="D9EAF7"/>
            <w:vAlign w:val="center"/>
          </w:tcPr>
          <w:p w14:paraId="3AF9D874" w14:textId="77777777" w:rsidR="000E4AB2" w:rsidRDefault="00000000">
            <w:r>
              <w:rPr>
                <w:b/>
                <w:sz w:val="16"/>
              </w:rPr>
              <w:t>Communication / contacts</w:t>
            </w:r>
          </w:p>
        </w:tc>
        <w:tc>
          <w:tcPr>
            <w:tcW w:w="2045" w:type="dxa"/>
            <w:shd w:val="clear" w:color="auto" w:fill="D9EAF7"/>
            <w:vAlign w:val="center"/>
          </w:tcPr>
          <w:p w14:paraId="1DF1A320" w14:textId="77777777" w:rsidR="000E4AB2" w:rsidRDefault="00000000">
            <w:r>
              <w:rPr>
                <w:b/>
                <w:sz w:val="16"/>
              </w:rPr>
              <w:t>Animal / client continuity arrangements</w:t>
            </w:r>
          </w:p>
        </w:tc>
      </w:tr>
      <w:tr w:rsidR="000E4AB2" w14:paraId="79943E13" w14:textId="77777777">
        <w:trPr>
          <w:jc w:val="center"/>
        </w:trPr>
        <w:tc>
          <w:tcPr>
            <w:tcW w:w="2045" w:type="dxa"/>
            <w:vAlign w:val="center"/>
          </w:tcPr>
          <w:p w14:paraId="0DDD1A8D" w14:textId="77777777" w:rsidR="000E4AB2" w:rsidRDefault="00000000">
            <w:r>
              <w:rPr>
                <w:sz w:val="16"/>
              </w:rPr>
              <w:t xml:space="preserve"> </w:t>
            </w:r>
          </w:p>
        </w:tc>
        <w:tc>
          <w:tcPr>
            <w:tcW w:w="2045" w:type="dxa"/>
            <w:vAlign w:val="center"/>
          </w:tcPr>
          <w:p w14:paraId="765059E1" w14:textId="77777777" w:rsidR="000E4AB2" w:rsidRDefault="00000000">
            <w:r>
              <w:rPr>
                <w:sz w:val="16"/>
              </w:rPr>
              <w:t xml:space="preserve"> </w:t>
            </w:r>
          </w:p>
        </w:tc>
        <w:tc>
          <w:tcPr>
            <w:tcW w:w="2045" w:type="dxa"/>
            <w:vAlign w:val="center"/>
          </w:tcPr>
          <w:p w14:paraId="0394F199" w14:textId="77777777" w:rsidR="000E4AB2" w:rsidRDefault="00000000">
            <w:r>
              <w:rPr>
                <w:sz w:val="16"/>
              </w:rPr>
              <w:t xml:space="preserve"> </w:t>
            </w:r>
          </w:p>
        </w:tc>
        <w:tc>
          <w:tcPr>
            <w:tcW w:w="2045" w:type="dxa"/>
            <w:vAlign w:val="center"/>
          </w:tcPr>
          <w:p w14:paraId="04051A95" w14:textId="77777777" w:rsidR="000E4AB2" w:rsidRDefault="00000000">
            <w:r>
              <w:rPr>
                <w:sz w:val="16"/>
              </w:rPr>
              <w:t xml:space="preserve"> </w:t>
            </w:r>
          </w:p>
        </w:tc>
        <w:tc>
          <w:tcPr>
            <w:tcW w:w="2045" w:type="dxa"/>
            <w:vAlign w:val="center"/>
          </w:tcPr>
          <w:p w14:paraId="52D968BF" w14:textId="77777777" w:rsidR="000E4AB2" w:rsidRDefault="00000000">
            <w:r>
              <w:rPr>
                <w:sz w:val="16"/>
              </w:rPr>
              <w:t xml:space="preserve"> </w:t>
            </w:r>
          </w:p>
        </w:tc>
      </w:tr>
      <w:tr w:rsidR="000E4AB2" w14:paraId="4696B413" w14:textId="77777777">
        <w:trPr>
          <w:jc w:val="center"/>
        </w:trPr>
        <w:tc>
          <w:tcPr>
            <w:tcW w:w="2045" w:type="dxa"/>
            <w:vAlign w:val="center"/>
          </w:tcPr>
          <w:p w14:paraId="471E652C" w14:textId="77777777" w:rsidR="000E4AB2" w:rsidRDefault="00000000">
            <w:r>
              <w:rPr>
                <w:sz w:val="16"/>
              </w:rPr>
              <w:t xml:space="preserve"> </w:t>
            </w:r>
          </w:p>
        </w:tc>
        <w:tc>
          <w:tcPr>
            <w:tcW w:w="2045" w:type="dxa"/>
            <w:vAlign w:val="center"/>
          </w:tcPr>
          <w:p w14:paraId="741C3601" w14:textId="77777777" w:rsidR="000E4AB2" w:rsidRDefault="00000000">
            <w:r>
              <w:rPr>
                <w:sz w:val="16"/>
              </w:rPr>
              <w:t xml:space="preserve"> </w:t>
            </w:r>
          </w:p>
        </w:tc>
        <w:tc>
          <w:tcPr>
            <w:tcW w:w="2045" w:type="dxa"/>
            <w:vAlign w:val="center"/>
          </w:tcPr>
          <w:p w14:paraId="7950A937" w14:textId="77777777" w:rsidR="000E4AB2" w:rsidRDefault="00000000">
            <w:r>
              <w:rPr>
                <w:sz w:val="16"/>
              </w:rPr>
              <w:t xml:space="preserve"> </w:t>
            </w:r>
          </w:p>
        </w:tc>
        <w:tc>
          <w:tcPr>
            <w:tcW w:w="2045" w:type="dxa"/>
            <w:vAlign w:val="center"/>
          </w:tcPr>
          <w:p w14:paraId="26788FB4" w14:textId="77777777" w:rsidR="000E4AB2" w:rsidRDefault="00000000">
            <w:r>
              <w:rPr>
                <w:sz w:val="16"/>
              </w:rPr>
              <w:t xml:space="preserve"> </w:t>
            </w:r>
          </w:p>
        </w:tc>
        <w:tc>
          <w:tcPr>
            <w:tcW w:w="2045" w:type="dxa"/>
            <w:vAlign w:val="center"/>
          </w:tcPr>
          <w:p w14:paraId="7A2DB571" w14:textId="77777777" w:rsidR="000E4AB2" w:rsidRDefault="00000000">
            <w:r>
              <w:rPr>
                <w:sz w:val="16"/>
              </w:rPr>
              <w:t xml:space="preserve"> </w:t>
            </w:r>
          </w:p>
        </w:tc>
      </w:tr>
      <w:tr w:rsidR="000E4AB2" w14:paraId="7372DC5B" w14:textId="77777777">
        <w:trPr>
          <w:jc w:val="center"/>
        </w:trPr>
        <w:tc>
          <w:tcPr>
            <w:tcW w:w="2045" w:type="dxa"/>
            <w:vAlign w:val="center"/>
          </w:tcPr>
          <w:p w14:paraId="1E8718D7" w14:textId="77777777" w:rsidR="000E4AB2" w:rsidRDefault="00000000">
            <w:r>
              <w:rPr>
                <w:sz w:val="16"/>
              </w:rPr>
              <w:t xml:space="preserve"> </w:t>
            </w:r>
          </w:p>
        </w:tc>
        <w:tc>
          <w:tcPr>
            <w:tcW w:w="2045" w:type="dxa"/>
            <w:vAlign w:val="center"/>
          </w:tcPr>
          <w:p w14:paraId="3FD0C513" w14:textId="77777777" w:rsidR="000E4AB2" w:rsidRDefault="00000000">
            <w:r>
              <w:rPr>
                <w:sz w:val="16"/>
              </w:rPr>
              <w:t xml:space="preserve"> </w:t>
            </w:r>
          </w:p>
        </w:tc>
        <w:tc>
          <w:tcPr>
            <w:tcW w:w="2045" w:type="dxa"/>
            <w:vAlign w:val="center"/>
          </w:tcPr>
          <w:p w14:paraId="472542FE" w14:textId="77777777" w:rsidR="000E4AB2" w:rsidRDefault="00000000">
            <w:r>
              <w:rPr>
                <w:sz w:val="16"/>
              </w:rPr>
              <w:t xml:space="preserve"> </w:t>
            </w:r>
          </w:p>
        </w:tc>
        <w:tc>
          <w:tcPr>
            <w:tcW w:w="2045" w:type="dxa"/>
            <w:vAlign w:val="center"/>
          </w:tcPr>
          <w:p w14:paraId="7B87E2FC" w14:textId="77777777" w:rsidR="000E4AB2" w:rsidRDefault="00000000">
            <w:r>
              <w:rPr>
                <w:sz w:val="16"/>
              </w:rPr>
              <w:t xml:space="preserve"> </w:t>
            </w:r>
          </w:p>
        </w:tc>
        <w:tc>
          <w:tcPr>
            <w:tcW w:w="2045" w:type="dxa"/>
            <w:vAlign w:val="center"/>
          </w:tcPr>
          <w:p w14:paraId="271BE026" w14:textId="77777777" w:rsidR="000E4AB2" w:rsidRDefault="00000000">
            <w:r>
              <w:rPr>
                <w:sz w:val="16"/>
              </w:rPr>
              <w:t xml:space="preserve"> </w:t>
            </w:r>
          </w:p>
        </w:tc>
      </w:tr>
    </w:tbl>
    <w:p w14:paraId="187C8500" w14:textId="77777777" w:rsidR="000E4AB2" w:rsidRDefault="00000000">
      <w:pPr>
        <w:pStyle w:val="Heading2"/>
      </w:pPr>
      <w:bookmarkStart w:id="31" w:name="_Toc240137302"/>
      <w:r>
        <w:t>Assistance animal emergency</w:t>
      </w:r>
      <w:bookmarkEnd w:id="31"/>
    </w:p>
    <w:tbl>
      <w:tblPr>
        <w:tblStyle w:val="TableGrid"/>
        <w:tblW w:w="0" w:type="auto"/>
        <w:jc w:val="center"/>
        <w:tblLook w:val="04A0" w:firstRow="1" w:lastRow="0" w:firstColumn="1" w:lastColumn="0" w:noHBand="0" w:noVBand="1"/>
      </w:tblPr>
      <w:tblGrid>
        <w:gridCol w:w="2045"/>
        <w:gridCol w:w="2045"/>
        <w:gridCol w:w="2045"/>
        <w:gridCol w:w="2045"/>
        <w:gridCol w:w="2045"/>
      </w:tblGrid>
      <w:tr w:rsidR="000E4AB2" w14:paraId="4F828696" w14:textId="77777777">
        <w:trPr>
          <w:jc w:val="center"/>
        </w:trPr>
        <w:tc>
          <w:tcPr>
            <w:tcW w:w="2045" w:type="dxa"/>
            <w:shd w:val="clear" w:color="auto" w:fill="D9EAF7"/>
            <w:vAlign w:val="center"/>
          </w:tcPr>
          <w:p w14:paraId="7C0700E0" w14:textId="77777777" w:rsidR="000E4AB2" w:rsidRDefault="00000000">
            <w:r>
              <w:rPr>
                <w:b/>
                <w:sz w:val="16"/>
              </w:rPr>
              <w:t>Foreseeable scenario</w:t>
            </w:r>
          </w:p>
        </w:tc>
        <w:tc>
          <w:tcPr>
            <w:tcW w:w="2045" w:type="dxa"/>
            <w:shd w:val="clear" w:color="auto" w:fill="D9EAF7"/>
            <w:vAlign w:val="center"/>
          </w:tcPr>
          <w:p w14:paraId="33B99433" w14:textId="77777777" w:rsidR="000E4AB2" w:rsidRDefault="00000000">
            <w:r>
              <w:rPr>
                <w:b/>
                <w:sz w:val="16"/>
              </w:rPr>
              <w:t>Immediate actions</w:t>
            </w:r>
          </w:p>
        </w:tc>
        <w:tc>
          <w:tcPr>
            <w:tcW w:w="2045" w:type="dxa"/>
            <w:shd w:val="clear" w:color="auto" w:fill="D9EAF7"/>
            <w:vAlign w:val="center"/>
          </w:tcPr>
          <w:p w14:paraId="7177480F" w14:textId="77777777" w:rsidR="000E4AB2" w:rsidRDefault="00000000">
            <w:r>
              <w:rPr>
                <w:b/>
                <w:sz w:val="16"/>
              </w:rPr>
              <w:t>Who is responsible</w:t>
            </w:r>
          </w:p>
        </w:tc>
        <w:tc>
          <w:tcPr>
            <w:tcW w:w="2045" w:type="dxa"/>
            <w:shd w:val="clear" w:color="auto" w:fill="D9EAF7"/>
            <w:vAlign w:val="center"/>
          </w:tcPr>
          <w:p w14:paraId="081457FF" w14:textId="77777777" w:rsidR="000E4AB2" w:rsidRDefault="00000000">
            <w:r>
              <w:rPr>
                <w:b/>
                <w:sz w:val="16"/>
              </w:rPr>
              <w:t>Communication / contacts</w:t>
            </w:r>
          </w:p>
        </w:tc>
        <w:tc>
          <w:tcPr>
            <w:tcW w:w="2045" w:type="dxa"/>
            <w:shd w:val="clear" w:color="auto" w:fill="D9EAF7"/>
            <w:vAlign w:val="center"/>
          </w:tcPr>
          <w:p w14:paraId="0F807E86" w14:textId="77777777" w:rsidR="000E4AB2" w:rsidRDefault="00000000">
            <w:r>
              <w:rPr>
                <w:b/>
                <w:sz w:val="16"/>
              </w:rPr>
              <w:t>Animal / client continuity arrangements</w:t>
            </w:r>
          </w:p>
        </w:tc>
      </w:tr>
      <w:tr w:rsidR="000E4AB2" w14:paraId="1CF20472" w14:textId="77777777">
        <w:trPr>
          <w:jc w:val="center"/>
        </w:trPr>
        <w:tc>
          <w:tcPr>
            <w:tcW w:w="2045" w:type="dxa"/>
            <w:vAlign w:val="center"/>
          </w:tcPr>
          <w:p w14:paraId="5D721343" w14:textId="77777777" w:rsidR="000E4AB2" w:rsidRDefault="00000000">
            <w:r>
              <w:rPr>
                <w:sz w:val="16"/>
              </w:rPr>
              <w:t xml:space="preserve"> </w:t>
            </w:r>
          </w:p>
        </w:tc>
        <w:tc>
          <w:tcPr>
            <w:tcW w:w="2045" w:type="dxa"/>
            <w:vAlign w:val="center"/>
          </w:tcPr>
          <w:p w14:paraId="7C59EB52" w14:textId="77777777" w:rsidR="000E4AB2" w:rsidRDefault="00000000">
            <w:r>
              <w:rPr>
                <w:sz w:val="16"/>
              </w:rPr>
              <w:t xml:space="preserve"> </w:t>
            </w:r>
          </w:p>
        </w:tc>
        <w:tc>
          <w:tcPr>
            <w:tcW w:w="2045" w:type="dxa"/>
            <w:vAlign w:val="center"/>
          </w:tcPr>
          <w:p w14:paraId="20A59DE7" w14:textId="77777777" w:rsidR="000E4AB2" w:rsidRDefault="00000000">
            <w:r>
              <w:rPr>
                <w:sz w:val="16"/>
              </w:rPr>
              <w:t xml:space="preserve"> </w:t>
            </w:r>
          </w:p>
        </w:tc>
        <w:tc>
          <w:tcPr>
            <w:tcW w:w="2045" w:type="dxa"/>
            <w:vAlign w:val="center"/>
          </w:tcPr>
          <w:p w14:paraId="0CA77D2A" w14:textId="77777777" w:rsidR="000E4AB2" w:rsidRDefault="00000000">
            <w:r>
              <w:rPr>
                <w:sz w:val="16"/>
              </w:rPr>
              <w:t xml:space="preserve"> </w:t>
            </w:r>
          </w:p>
        </w:tc>
        <w:tc>
          <w:tcPr>
            <w:tcW w:w="2045" w:type="dxa"/>
            <w:vAlign w:val="center"/>
          </w:tcPr>
          <w:p w14:paraId="10796A5C" w14:textId="77777777" w:rsidR="000E4AB2" w:rsidRDefault="00000000">
            <w:r>
              <w:rPr>
                <w:sz w:val="16"/>
              </w:rPr>
              <w:t xml:space="preserve"> </w:t>
            </w:r>
          </w:p>
        </w:tc>
      </w:tr>
      <w:tr w:rsidR="000E4AB2" w14:paraId="680D5822" w14:textId="77777777">
        <w:trPr>
          <w:jc w:val="center"/>
        </w:trPr>
        <w:tc>
          <w:tcPr>
            <w:tcW w:w="2045" w:type="dxa"/>
            <w:vAlign w:val="center"/>
          </w:tcPr>
          <w:p w14:paraId="0BA145A9" w14:textId="77777777" w:rsidR="000E4AB2" w:rsidRDefault="00000000">
            <w:r>
              <w:rPr>
                <w:sz w:val="16"/>
              </w:rPr>
              <w:t xml:space="preserve"> </w:t>
            </w:r>
          </w:p>
        </w:tc>
        <w:tc>
          <w:tcPr>
            <w:tcW w:w="2045" w:type="dxa"/>
            <w:vAlign w:val="center"/>
          </w:tcPr>
          <w:p w14:paraId="44FA195E" w14:textId="77777777" w:rsidR="000E4AB2" w:rsidRDefault="00000000">
            <w:r>
              <w:rPr>
                <w:sz w:val="16"/>
              </w:rPr>
              <w:t xml:space="preserve"> </w:t>
            </w:r>
          </w:p>
        </w:tc>
        <w:tc>
          <w:tcPr>
            <w:tcW w:w="2045" w:type="dxa"/>
            <w:vAlign w:val="center"/>
          </w:tcPr>
          <w:p w14:paraId="49AC1519" w14:textId="77777777" w:rsidR="000E4AB2" w:rsidRDefault="00000000">
            <w:r>
              <w:rPr>
                <w:sz w:val="16"/>
              </w:rPr>
              <w:t xml:space="preserve"> </w:t>
            </w:r>
          </w:p>
        </w:tc>
        <w:tc>
          <w:tcPr>
            <w:tcW w:w="2045" w:type="dxa"/>
            <w:vAlign w:val="center"/>
          </w:tcPr>
          <w:p w14:paraId="69B233C6" w14:textId="77777777" w:rsidR="000E4AB2" w:rsidRDefault="00000000">
            <w:r>
              <w:rPr>
                <w:sz w:val="16"/>
              </w:rPr>
              <w:t xml:space="preserve"> </w:t>
            </w:r>
          </w:p>
        </w:tc>
        <w:tc>
          <w:tcPr>
            <w:tcW w:w="2045" w:type="dxa"/>
            <w:vAlign w:val="center"/>
          </w:tcPr>
          <w:p w14:paraId="74792F02" w14:textId="77777777" w:rsidR="000E4AB2" w:rsidRDefault="00000000">
            <w:r>
              <w:rPr>
                <w:sz w:val="16"/>
              </w:rPr>
              <w:t xml:space="preserve"> </w:t>
            </w:r>
          </w:p>
        </w:tc>
      </w:tr>
      <w:tr w:rsidR="000E4AB2" w14:paraId="79B0F954" w14:textId="77777777">
        <w:trPr>
          <w:jc w:val="center"/>
        </w:trPr>
        <w:tc>
          <w:tcPr>
            <w:tcW w:w="2045" w:type="dxa"/>
            <w:vAlign w:val="center"/>
          </w:tcPr>
          <w:p w14:paraId="62FB0CA8" w14:textId="77777777" w:rsidR="000E4AB2" w:rsidRDefault="00000000">
            <w:r>
              <w:rPr>
                <w:sz w:val="16"/>
              </w:rPr>
              <w:t xml:space="preserve"> </w:t>
            </w:r>
          </w:p>
        </w:tc>
        <w:tc>
          <w:tcPr>
            <w:tcW w:w="2045" w:type="dxa"/>
            <w:vAlign w:val="center"/>
          </w:tcPr>
          <w:p w14:paraId="54216FFB" w14:textId="77777777" w:rsidR="000E4AB2" w:rsidRDefault="00000000">
            <w:r>
              <w:rPr>
                <w:sz w:val="16"/>
              </w:rPr>
              <w:t xml:space="preserve"> </w:t>
            </w:r>
          </w:p>
        </w:tc>
        <w:tc>
          <w:tcPr>
            <w:tcW w:w="2045" w:type="dxa"/>
            <w:vAlign w:val="center"/>
          </w:tcPr>
          <w:p w14:paraId="21D1E00E" w14:textId="77777777" w:rsidR="000E4AB2" w:rsidRDefault="00000000">
            <w:r>
              <w:rPr>
                <w:sz w:val="16"/>
              </w:rPr>
              <w:t xml:space="preserve"> </w:t>
            </w:r>
          </w:p>
        </w:tc>
        <w:tc>
          <w:tcPr>
            <w:tcW w:w="2045" w:type="dxa"/>
            <w:vAlign w:val="center"/>
          </w:tcPr>
          <w:p w14:paraId="0B8D33D5" w14:textId="77777777" w:rsidR="000E4AB2" w:rsidRDefault="00000000">
            <w:r>
              <w:rPr>
                <w:sz w:val="16"/>
              </w:rPr>
              <w:t xml:space="preserve"> </w:t>
            </w:r>
          </w:p>
        </w:tc>
        <w:tc>
          <w:tcPr>
            <w:tcW w:w="2045" w:type="dxa"/>
            <w:vAlign w:val="center"/>
          </w:tcPr>
          <w:p w14:paraId="430A3571" w14:textId="77777777" w:rsidR="000E4AB2" w:rsidRDefault="00000000">
            <w:r>
              <w:rPr>
                <w:sz w:val="16"/>
              </w:rPr>
              <w:t xml:space="preserve"> </w:t>
            </w:r>
          </w:p>
        </w:tc>
      </w:tr>
    </w:tbl>
    <w:p w14:paraId="1559FE15" w14:textId="77777777" w:rsidR="000E4AB2" w:rsidRDefault="00000000">
      <w:pPr>
        <w:pStyle w:val="Heading2"/>
      </w:pPr>
      <w:bookmarkStart w:id="32" w:name="_Toc240137303"/>
      <w:r>
        <w:t>Temporary separation / transfer of care</w:t>
      </w:r>
      <w:bookmarkEnd w:id="32"/>
    </w:p>
    <w:tbl>
      <w:tblPr>
        <w:tblStyle w:val="TableGrid"/>
        <w:tblW w:w="0" w:type="auto"/>
        <w:jc w:val="center"/>
        <w:tblLook w:val="04A0" w:firstRow="1" w:lastRow="0" w:firstColumn="1" w:lastColumn="0" w:noHBand="0" w:noVBand="1"/>
      </w:tblPr>
      <w:tblGrid>
        <w:gridCol w:w="2045"/>
        <w:gridCol w:w="2045"/>
        <w:gridCol w:w="2045"/>
        <w:gridCol w:w="2045"/>
        <w:gridCol w:w="2045"/>
      </w:tblGrid>
      <w:tr w:rsidR="000E4AB2" w14:paraId="696713C0" w14:textId="77777777">
        <w:trPr>
          <w:jc w:val="center"/>
        </w:trPr>
        <w:tc>
          <w:tcPr>
            <w:tcW w:w="2045" w:type="dxa"/>
            <w:shd w:val="clear" w:color="auto" w:fill="D9EAF7"/>
            <w:vAlign w:val="center"/>
          </w:tcPr>
          <w:p w14:paraId="38753B21" w14:textId="77777777" w:rsidR="000E4AB2" w:rsidRDefault="00000000">
            <w:r>
              <w:rPr>
                <w:b/>
                <w:sz w:val="16"/>
              </w:rPr>
              <w:t>Foreseeable scenario</w:t>
            </w:r>
          </w:p>
        </w:tc>
        <w:tc>
          <w:tcPr>
            <w:tcW w:w="2045" w:type="dxa"/>
            <w:shd w:val="clear" w:color="auto" w:fill="D9EAF7"/>
            <w:vAlign w:val="center"/>
          </w:tcPr>
          <w:p w14:paraId="046A301E" w14:textId="77777777" w:rsidR="000E4AB2" w:rsidRDefault="00000000">
            <w:r>
              <w:rPr>
                <w:b/>
                <w:sz w:val="16"/>
              </w:rPr>
              <w:t>Immediate actions</w:t>
            </w:r>
          </w:p>
        </w:tc>
        <w:tc>
          <w:tcPr>
            <w:tcW w:w="2045" w:type="dxa"/>
            <w:shd w:val="clear" w:color="auto" w:fill="D9EAF7"/>
            <w:vAlign w:val="center"/>
          </w:tcPr>
          <w:p w14:paraId="78C49B2E" w14:textId="77777777" w:rsidR="000E4AB2" w:rsidRDefault="00000000">
            <w:r>
              <w:rPr>
                <w:b/>
                <w:sz w:val="16"/>
              </w:rPr>
              <w:t>Who is responsible</w:t>
            </w:r>
          </w:p>
        </w:tc>
        <w:tc>
          <w:tcPr>
            <w:tcW w:w="2045" w:type="dxa"/>
            <w:shd w:val="clear" w:color="auto" w:fill="D9EAF7"/>
            <w:vAlign w:val="center"/>
          </w:tcPr>
          <w:p w14:paraId="29821AF7" w14:textId="77777777" w:rsidR="000E4AB2" w:rsidRDefault="00000000">
            <w:r>
              <w:rPr>
                <w:b/>
                <w:sz w:val="16"/>
              </w:rPr>
              <w:t>Communication / contacts</w:t>
            </w:r>
          </w:p>
        </w:tc>
        <w:tc>
          <w:tcPr>
            <w:tcW w:w="2045" w:type="dxa"/>
            <w:shd w:val="clear" w:color="auto" w:fill="D9EAF7"/>
            <w:vAlign w:val="center"/>
          </w:tcPr>
          <w:p w14:paraId="7F5134E4" w14:textId="77777777" w:rsidR="000E4AB2" w:rsidRDefault="00000000">
            <w:r>
              <w:rPr>
                <w:b/>
                <w:sz w:val="16"/>
              </w:rPr>
              <w:t>Animal / client continuity arrangements</w:t>
            </w:r>
          </w:p>
        </w:tc>
      </w:tr>
      <w:tr w:rsidR="000E4AB2" w14:paraId="3D29CFA5" w14:textId="77777777">
        <w:trPr>
          <w:jc w:val="center"/>
        </w:trPr>
        <w:tc>
          <w:tcPr>
            <w:tcW w:w="2045" w:type="dxa"/>
            <w:vAlign w:val="center"/>
          </w:tcPr>
          <w:p w14:paraId="326D8F95" w14:textId="77777777" w:rsidR="000E4AB2" w:rsidRDefault="00000000">
            <w:r>
              <w:rPr>
                <w:sz w:val="16"/>
              </w:rPr>
              <w:t xml:space="preserve"> </w:t>
            </w:r>
          </w:p>
        </w:tc>
        <w:tc>
          <w:tcPr>
            <w:tcW w:w="2045" w:type="dxa"/>
            <w:vAlign w:val="center"/>
          </w:tcPr>
          <w:p w14:paraId="302A1102" w14:textId="77777777" w:rsidR="000E4AB2" w:rsidRDefault="00000000">
            <w:r>
              <w:rPr>
                <w:sz w:val="16"/>
              </w:rPr>
              <w:t xml:space="preserve"> </w:t>
            </w:r>
          </w:p>
        </w:tc>
        <w:tc>
          <w:tcPr>
            <w:tcW w:w="2045" w:type="dxa"/>
            <w:vAlign w:val="center"/>
          </w:tcPr>
          <w:p w14:paraId="58DB5750" w14:textId="77777777" w:rsidR="000E4AB2" w:rsidRDefault="00000000">
            <w:r>
              <w:rPr>
                <w:sz w:val="16"/>
              </w:rPr>
              <w:t xml:space="preserve"> </w:t>
            </w:r>
          </w:p>
        </w:tc>
        <w:tc>
          <w:tcPr>
            <w:tcW w:w="2045" w:type="dxa"/>
            <w:vAlign w:val="center"/>
          </w:tcPr>
          <w:p w14:paraId="71B16CE1" w14:textId="77777777" w:rsidR="000E4AB2" w:rsidRDefault="00000000">
            <w:r>
              <w:rPr>
                <w:sz w:val="16"/>
              </w:rPr>
              <w:t xml:space="preserve"> </w:t>
            </w:r>
          </w:p>
        </w:tc>
        <w:tc>
          <w:tcPr>
            <w:tcW w:w="2045" w:type="dxa"/>
            <w:vAlign w:val="center"/>
          </w:tcPr>
          <w:p w14:paraId="3EAAE541" w14:textId="77777777" w:rsidR="000E4AB2" w:rsidRDefault="00000000">
            <w:r>
              <w:rPr>
                <w:sz w:val="16"/>
              </w:rPr>
              <w:t xml:space="preserve"> </w:t>
            </w:r>
          </w:p>
        </w:tc>
      </w:tr>
      <w:tr w:rsidR="000E4AB2" w14:paraId="53D1EA67" w14:textId="77777777">
        <w:trPr>
          <w:jc w:val="center"/>
        </w:trPr>
        <w:tc>
          <w:tcPr>
            <w:tcW w:w="2045" w:type="dxa"/>
            <w:vAlign w:val="center"/>
          </w:tcPr>
          <w:p w14:paraId="080FCF67" w14:textId="77777777" w:rsidR="000E4AB2" w:rsidRDefault="00000000">
            <w:r>
              <w:rPr>
                <w:sz w:val="16"/>
              </w:rPr>
              <w:t xml:space="preserve"> </w:t>
            </w:r>
          </w:p>
        </w:tc>
        <w:tc>
          <w:tcPr>
            <w:tcW w:w="2045" w:type="dxa"/>
            <w:vAlign w:val="center"/>
          </w:tcPr>
          <w:p w14:paraId="61944974" w14:textId="77777777" w:rsidR="000E4AB2" w:rsidRDefault="00000000">
            <w:r>
              <w:rPr>
                <w:sz w:val="16"/>
              </w:rPr>
              <w:t xml:space="preserve"> </w:t>
            </w:r>
          </w:p>
        </w:tc>
        <w:tc>
          <w:tcPr>
            <w:tcW w:w="2045" w:type="dxa"/>
            <w:vAlign w:val="center"/>
          </w:tcPr>
          <w:p w14:paraId="10D2D956" w14:textId="77777777" w:rsidR="000E4AB2" w:rsidRDefault="00000000">
            <w:r>
              <w:rPr>
                <w:sz w:val="16"/>
              </w:rPr>
              <w:t xml:space="preserve"> </w:t>
            </w:r>
          </w:p>
        </w:tc>
        <w:tc>
          <w:tcPr>
            <w:tcW w:w="2045" w:type="dxa"/>
            <w:vAlign w:val="center"/>
          </w:tcPr>
          <w:p w14:paraId="03E864D4" w14:textId="77777777" w:rsidR="000E4AB2" w:rsidRDefault="00000000">
            <w:r>
              <w:rPr>
                <w:sz w:val="16"/>
              </w:rPr>
              <w:t xml:space="preserve"> </w:t>
            </w:r>
          </w:p>
        </w:tc>
        <w:tc>
          <w:tcPr>
            <w:tcW w:w="2045" w:type="dxa"/>
            <w:vAlign w:val="center"/>
          </w:tcPr>
          <w:p w14:paraId="0570CF6B" w14:textId="77777777" w:rsidR="000E4AB2" w:rsidRDefault="00000000">
            <w:r>
              <w:rPr>
                <w:sz w:val="16"/>
              </w:rPr>
              <w:t xml:space="preserve"> </w:t>
            </w:r>
          </w:p>
        </w:tc>
      </w:tr>
      <w:tr w:rsidR="000E4AB2" w14:paraId="77AF2DBD" w14:textId="77777777">
        <w:trPr>
          <w:jc w:val="center"/>
        </w:trPr>
        <w:tc>
          <w:tcPr>
            <w:tcW w:w="2045" w:type="dxa"/>
            <w:vAlign w:val="center"/>
          </w:tcPr>
          <w:p w14:paraId="371A438A" w14:textId="77777777" w:rsidR="000E4AB2" w:rsidRDefault="00000000">
            <w:r>
              <w:rPr>
                <w:sz w:val="16"/>
              </w:rPr>
              <w:t xml:space="preserve"> </w:t>
            </w:r>
          </w:p>
        </w:tc>
        <w:tc>
          <w:tcPr>
            <w:tcW w:w="2045" w:type="dxa"/>
            <w:vAlign w:val="center"/>
          </w:tcPr>
          <w:p w14:paraId="059DE1F9" w14:textId="77777777" w:rsidR="000E4AB2" w:rsidRDefault="00000000">
            <w:r>
              <w:rPr>
                <w:sz w:val="16"/>
              </w:rPr>
              <w:t xml:space="preserve"> </w:t>
            </w:r>
          </w:p>
        </w:tc>
        <w:tc>
          <w:tcPr>
            <w:tcW w:w="2045" w:type="dxa"/>
            <w:vAlign w:val="center"/>
          </w:tcPr>
          <w:p w14:paraId="14F2C2F5" w14:textId="77777777" w:rsidR="000E4AB2" w:rsidRDefault="00000000">
            <w:r>
              <w:rPr>
                <w:sz w:val="16"/>
              </w:rPr>
              <w:t xml:space="preserve"> </w:t>
            </w:r>
          </w:p>
        </w:tc>
        <w:tc>
          <w:tcPr>
            <w:tcW w:w="2045" w:type="dxa"/>
            <w:vAlign w:val="center"/>
          </w:tcPr>
          <w:p w14:paraId="402DFF01" w14:textId="77777777" w:rsidR="000E4AB2" w:rsidRDefault="00000000">
            <w:r>
              <w:rPr>
                <w:sz w:val="16"/>
              </w:rPr>
              <w:t xml:space="preserve"> </w:t>
            </w:r>
          </w:p>
        </w:tc>
        <w:tc>
          <w:tcPr>
            <w:tcW w:w="2045" w:type="dxa"/>
            <w:vAlign w:val="center"/>
          </w:tcPr>
          <w:p w14:paraId="3F9CA693" w14:textId="77777777" w:rsidR="000E4AB2" w:rsidRDefault="00000000">
            <w:r>
              <w:rPr>
                <w:sz w:val="16"/>
              </w:rPr>
              <w:t xml:space="preserve"> </w:t>
            </w:r>
          </w:p>
        </w:tc>
      </w:tr>
    </w:tbl>
    <w:p w14:paraId="167AB1C9" w14:textId="77777777" w:rsidR="000E4AB2" w:rsidRDefault="00000000">
      <w:pPr>
        <w:pStyle w:val="Heading2"/>
      </w:pPr>
      <w:bookmarkStart w:id="33" w:name="_Toc240137304"/>
      <w:r>
        <w:t>Environmental / transport emergency</w:t>
      </w:r>
      <w:bookmarkEnd w:id="33"/>
    </w:p>
    <w:tbl>
      <w:tblPr>
        <w:tblStyle w:val="TableGrid"/>
        <w:tblW w:w="0" w:type="auto"/>
        <w:jc w:val="center"/>
        <w:tblLook w:val="04A0" w:firstRow="1" w:lastRow="0" w:firstColumn="1" w:lastColumn="0" w:noHBand="0" w:noVBand="1"/>
      </w:tblPr>
      <w:tblGrid>
        <w:gridCol w:w="2045"/>
        <w:gridCol w:w="2045"/>
        <w:gridCol w:w="2045"/>
        <w:gridCol w:w="2045"/>
        <w:gridCol w:w="2045"/>
      </w:tblGrid>
      <w:tr w:rsidR="000E4AB2" w14:paraId="020EDEC1" w14:textId="77777777">
        <w:trPr>
          <w:jc w:val="center"/>
        </w:trPr>
        <w:tc>
          <w:tcPr>
            <w:tcW w:w="2045" w:type="dxa"/>
            <w:shd w:val="clear" w:color="auto" w:fill="D9EAF7"/>
            <w:vAlign w:val="center"/>
          </w:tcPr>
          <w:p w14:paraId="7C0324E3" w14:textId="77777777" w:rsidR="000E4AB2" w:rsidRDefault="00000000">
            <w:r>
              <w:rPr>
                <w:b/>
                <w:sz w:val="16"/>
              </w:rPr>
              <w:t>Foreseeable scenario</w:t>
            </w:r>
          </w:p>
        </w:tc>
        <w:tc>
          <w:tcPr>
            <w:tcW w:w="2045" w:type="dxa"/>
            <w:shd w:val="clear" w:color="auto" w:fill="D9EAF7"/>
            <w:vAlign w:val="center"/>
          </w:tcPr>
          <w:p w14:paraId="1FAB1380" w14:textId="77777777" w:rsidR="000E4AB2" w:rsidRDefault="00000000">
            <w:r>
              <w:rPr>
                <w:b/>
                <w:sz w:val="16"/>
              </w:rPr>
              <w:t>Immediate actions</w:t>
            </w:r>
          </w:p>
        </w:tc>
        <w:tc>
          <w:tcPr>
            <w:tcW w:w="2045" w:type="dxa"/>
            <w:shd w:val="clear" w:color="auto" w:fill="D9EAF7"/>
            <w:vAlign w:val="center"/>
          </w:tcPr>
          <w:p w14:paraId="0117D2DF" w14:textId="77777777" w:rsidR="000E4AB2" w:rsidRDefault="00000000">
            <w:r>
              <w:rPr>
                <w:b/>
                <w:sz w:val="16"/>
              </w:rPr>
              <w:t>Who is responsible</w:t>
            </w:r>
          </w:p>
        </w:tc>
        <w:tc>
          <w:tcPr>
            <w:tcW w:w="2045" w:type="dxa"/>
            <w:shd w:val="clear" w:color="auto" w:fill="D9EAF7"/>
            <w:vAlign w:val="center"/>
          </w:tcPr>
          <w:p w14:paraId="0A015F6D" w14:textId="77777777" w:rsidR="000E4AB2" w:rsidRDefault="00000000">
            <w:r>
              <w:rPr>
                <w:b/>
                <w:sz w:val="16"/>
              </w:rPr>
              <w:t>Communication / contacts</w:t>
            </w:r>
          </w:p>
        </w:tc>
        <w:tc>
          <w:tcPr>
            <w:tcW w:w="2045" w:type="dxa"/>
            <w:shd w:val="clear" w:color="auto" w:fill="D9EAF7"/>
            <w:vAlign w:val="center"/>
          </w:tcPr>
          <w:p w14:paraId="71B684BB" w14:textId="77777777" w:rsidR="000E4AB2" w:rsidRDefault="00000000">
            <w:r>
              <w:rPr>
                <w:b/>
                <w:sz w:val="16"/>
              </w:rPr>
              <w:t>Animal / client continuity arrangements</w:t>
            </w:r>
          </w:p>
        </w:tc>
      </w:tr>
      <w:tr w:rsidR="000E4AB2" w14:paraId="414BDCEA" w14:textId="77777777">
        <w:trPr>
          <w:jc w:val="center"/>
        </w:trPr>
        <w:tc>
          <w:tcPr>
            <w:tcW w:w="2045" w:type="dxa"/>
            <w:vAlign w:val="center"/>
          </w:tcPr>
          <w:p w14:paraId="0F8441B2" w14:textId="77777777" w:rsidR="000E4AB2" w:rsidRDefault="00000000">
            <w:r>
              <w:rPr>
                <w:sz w:val="16"/>
              </w:rPr>
              <w:t xml:space="preserve"> </w:t>
            </w:r>
          </w:p>
        </w:tc>
        <w:tc>
          <w:tcPr>
            <w:tcW w:w="2045" w:type="dxa"/>
            <w:vAlign w:val="center"/>
          </w:tcPr>
          <w:p w14:paraId="5FD90A41" w14:textId="77777777" w:rsidR="000E4AB2" w:rsidRDefault="00000000">
            <w:r>
              <w:rPr>
                <w:sz w:val="16"/>
              </w:rPr>
              <w:t xml:space="preserve"> </w:t>
            </w:r>
          </w:p>
        </w:tc>
        <w:tc>
          <w:tcPr>
            <w:tcW w:w="2045" w:type="dxa"/>
            <w:vAlign w:val="center"/>
          </w:tcPr>
          <w:p w14:paraId="246B401F" w14:textId="77777777" w:rsidR="000E4AB2" w:rsidRDefault="00000000">
            <w:r>
              <w:rPr>
                <w:sz w:val="16"/>
              </w:rPr>
              <w:t xml:space="preserve"> </w:t>
            </w:r>
          </w:p>
        </w:tc>
        <w:tc>
          <w:tcPr>
            <w:tcW w:w="2045" w:type="dxa"/>
            <w:vAlign w:val="center"/>
          </w:tcPr>
          <w:p w14:paraId="4187BD4D" w14:textId="77777777" w:rsidR="000E4AB2" w:rsidRDefault="00000000">
            <w:r>
              <w:rPr>
                <w:sz w:val="16"/>
              </w:rPr>
              <w:t xml:space="preserve"> </w:t>
            </w:r>
          </w:p>
        </w:tc>
        <w:tc>
          <w:tcPr>
            <w:tcW w:w="2045" w:type="dxa"/>
            <w:vAlign w:val="center"/>
          </w:tcPr>
          <w:p w14:paraId="0F761D39" w14:textId="77777777" w:rsidR="000E4AB2" w:rsidRDefault="00000000">
            <w:r>
              <w:rPr>
                <w:sz w:val="16"/>
              </w:rPr>
              <w:t xml:space="preserve"> </w:t>
            </w:r>
          </w:p>
        </w:tc>
      </w:tr>
      <w:tr w:rsidR="000E4AB2" w14:paraId="578C0C47" w14:textId="77777777">
        <w:trPr>
          <w:jc w:val="center"/>
        </w:trPr>
        <w:tc>
          <w:tcPr>
            <w:tcW w:w="2045" w:type="dxa"/>
            <w:vAlign w:val="center"/>
          </w:tcPr>
          <w:p w14:paraId="1666C23F" w14:textId="77777777" w:rsidR="000E4AB2" w:rsidRDefault="00000000">
            <w:r>
              <w:rPr>
                <w:sz w:val="16"/>
              </w:rPr>
              <w:t xml:space="preserve"> </w:t>
            </w:r>
          </w:p>
        </w:tc>
        <w:tc>
          <w:tcPr>
            <w:tcW w:w="2045" w:type="dxa"/>
            <w:vAlign w:val="center"/>
          </w:tcPr>
          <w:p w14:paraId="7F369811" w14:textId="77777777" w:rsidR="000E4AB2" w:rsidRDefault="00000000">
            <w:r>
              <w:rPr>
                <w:sz w:val="16"/>
              </w:rPr>
              <w:t xml:space="preserve"> </w:t>
            </w:r>
          </w:p>
        </w:tc>
        <w:tc>
          <w:tcPr>
            <w:tcW w:w="2045" w:type="dxa"/>
            <w:vAlign w:val="center"/>
          </w:tcPr>
          <w:p w14:paraId="6C74B251" w14:textId="77777777" w:rsidR="000E4AB2" w:rsidRDefault="00000000">
            <w:r>
              <w:rPr>
                <w:sz w:val="16"/>
              </w:rPr>
              <w:t xml:space="preserve"> </w:t>
            </w:r>
          </w:p>
        </w:tc>
        <w:tc>
          <w:tcPr>
            <w:tcW w:w="2045" w:type="dxa"/>
            <w:vAlign w:val="center"/>
          </w:tcPr>
          <w:p w14:paraId="53E9CE3A" w14:textId="77777777" w:rsidR="000E4AB2" w:rsidRDefault="00000000">
            <w:r>
              <w:rPr>
                <w:sz w:val="16"/>
              </w:rPr>
              <w:t xml:space="preserve"> </w:t>
            </w:r>
          </w:p>
        </w:tc>
        <w:tc>
          <w:tcPr>
            <w:tcW w:w="2045" w:type="dxa"/>
            <w:vAlign w:val="center"/>
          </w:tcPr>
          <w:p w14:paraId="4B996A33" w14:textId="77777777" w:rsidR="000E4AB2" w:rsidRDefault="00000000">
            <w:r>
              <w:rPr>
                <w:sz w:val="16"/>
              </w:rPr>
              <w:t xml:space="preserve"> </w:t>
            </w:r>
          </w:p>
        </w:tc>
      </w:tr>
      <w:tr w:rsidR="000E4AB2" w14:paraId="0384C9FD" w14:textId="77777777">
        <w:trPr>
          <w:jc w:val="center"/>
        </w:trPr>
        <w:tc>
          <w:tcPr>
            <w:tcW w:w="2045" w:type="dxa"/>
            <w:vAlign w:val="center"/>
          </w:tcPr>
          <w:p w14:paraId="32BFF342" w14:textId="77777777" w:rsidR="000E4AB2" w:rsidRDefault="00000000">
            <w:r>
              <w:rPr>
                <w:sz w:val="16"/>
              </w:rPr>
              <w:t xml:space="preserve"> </w:t>
            </w:r>
          </w:p>
        </w:tc>
        <w:tc>
          <w:tcPr>
            <w:tcW w:w="2045" w:type="dxa"/>
            <w:vAlign w:val="center"/>
          </w:tcPr>
          <w:p w14:paraId="08E4014C" w14:textId="77777777" w:rsidR="000E4AB2" w:rsidRDefault="00000000">
            <w:r>
              <w:rPr>
                <w:sz w:val="16"/>
              </w:rPr>
              <w:t xml:space="preserve"> </w:t>
            </w:r>
          </w:p>
        </w:tc>
        <w:tc>
          <w:tcPr>
            <w:tcW w:w="2045" w:type="dxa"/>
            <w:vAlign w:val="center"/>
          </w:tcPr>
          <w:p w14:paraId="2E127DAD" w14:textId="77777777" w:rsidR="000E4AB2" w:rsidRDefault="00000000">
            <w:r>
              <w:rPr>
                <w:sz w:val="16"/>
              </w:rPr>
              <w:t xml:space="preserve"> </w:t>
            </w:r>
          </w:p>
        </w:tc>
        <w:tc>
          <w:tcPr>
            <w:tcW w:w="2045" w:type="dxa"/>
            <w:vAlign w:val="center"/>
          </w:tcPr>
          <w:p w14:paraId="166C311D" w14:textId="77777777" w:rsidR="000E4AB2" w:rsidRDefault="00000000">
            <w:r>
              <w:rPr>
                <w:sz w:val="16"/>
              </w:rPr>
              <w:t xml:space="preserve"> </w:t>
            </w:r>
          </w:p>
        </w:tc>
        <w:tc>
          <w:tcPr>
            <w:tcW w:w="2045" w:type="dxa"/>
            <w:vAlign w:val="center"/>
          </w:tcPr>
          <w:p w14:paraId="4FA4E227" w14:textId="77777777" w:rsidR="000E4AB2" w:rsidRDefault="00000000">
            <w:r>
              <w:rPr>
                <w:sz w:val="16"/>
              </w:rPr>
              <w:t xml:space="preserve"> </w:t>
            </w:r>
          </w:p>
        </w:tc>
      </w:tr>
    </w:tbl>
    <w:p w14:paraId="18459DE5" w14:textId="77777777" w:rsidR="000E4AB2" w:rsidRDefault="00000000">
      <w:pPr>
        <w:pStyle w:val="Heading2"/>
      </w:pPr>
      <w:bookmarkStart w:id="34" w:name="_Toc240137305"/>
      <w:r>
        <w:t>Continuity of disability-related supports</w:t>
      </w:r>
      <w:bookmarkEnd w:id="34"/>
    </w:p>
    <w:tbl>
      <w:tblPr>
        <w:tblStyle w:val="TableGrid"/>
        <w:tblW w:w="0" w:type="auto"/>
        <w:jc w:val="center"/>
        <w:tblLook w:val="04A0" w:firstRow="1" w:lastRow="0" w:firstColumn="1" w:lastColumn="0" w:noHBand="0" w:noVBand="1"/>
      </w:tblPr>
      <w:tblGrid>
        <w:gridCol w:w="2045"/>
        <w:gridCol w:w="2045"/>
        <w:gridCol w:w="2045"/>
        <w:gridCol w:w="2045"/>
        <w:gridCol w:w="2045"/>
      </w:tblGrid>
      <w:tr w:rsidR="000E4AB2" w14:paraId="07252A85" w14:textId="77777777">
        <w:trPr>
          <w:jc w:val="center"/>
        </w:trPr>
        <w:tc>
          <w:tcPr>
            <w:tcW w:w="2045" w:type="dxa"/>
            <w:shd w:val="clear" w:color="auto" w:fill="D9EAF7"/>
            <w:vAlign w:val="center"/>
          </w:tcPr>
          <w:p w14:paraId="41C70965" w14:textId="77777777" w:rsidR="000E4AB2" w:rsidRDefault="00000000">
            <w:r>
              <w:rPr>
                <w:b/>
                <w:sz w:val="16"/>
              </w:rPr>
              <w:t>Foreseeable scenario</w:t>
            </w:r>
          </w:p>
        </w:tc>
        <w:tc>
          <w:tcPr>
            <w:tcW w:w="2045" w:type="dxa"/>
            <w:shd w:val="clear" w:color="auto" w:fill="D9EAF7"/>
            <w:vAlign w:val="center"/>
          </w:tcPr>
          <w:p w14:paraId="0BC0522B" w14:textId="77777777" w:rsidR="000E4AB2" w:rsidRDefault="00000000">
            <w:r>
              <w:rPr>
                <w:b/>
                <w:sz w:val="16"/>
              </w:rPr>
              <w:t>Immediate actions</w:t>
            </w:r>
          </w:p>
        </w:tc>
        <w:tc>
          <w:tcPr>
            <w:tcW w:w="2045" w:type="dxa"/>
            <w:shd w:val="clear" w:color="auto" w:fill="D9EAF7"/>
            <w:vAlign w:val="center"/>
          </w:tcPr>
          <w:p w14:paraId="6C1CF35E" w14:textId="77777777" w:rsidR="000E4AB2" w:rsidRDefault="00000000">
            <w:r>
              <w:rPr>
                <w:b/>
                <w:sz w:val="16"/>
              </w:rPr>
              <w:t>Who is responsible</w:t>
            </w:r>
          </w:p>
        </w:tc>
        <w:tc>
          <w:tcPr>
            <w:tcW w:w="2045" w:type="dxa"/>
            <w:shd w:val="clear" w:color="auto" w:fill="D9EAF7"/>
            <w:vAlign w:val="center"/>
          </w:tcPr>
          <w:p w14:paraId="2DB13C62" w14:textId="77777777" w:rsidR="000E4AB2" w:rsidRDefault="00000000">
            <w:r>
              <w:rPr>
                <w:b/>
                <w:sz w:val="16"/>
              </w:rPr>
              <w:t>Communication / contacts</w:t>
            </w:r>
          </w:p>
        </w:tc>
        <w:tc>
          <w:tcPr>
            <w:tcW w:w="2045" w:type="dxa"/>
            <w:shd w:val="clear" w:color="auto" w:fill="D9EAF7"/>
            <w:vAlign w:val="center"/>
          </w:tcPr>
          <w:p w14:paraId="03665059" w14:textId="77777777" w:rsidR="000E4AB2" w:rsidRDefault="00000000">
            <w:r>
              <w:rPr>
                <w:b/>
                <w:sz w:val="16"/>
              </w:rPr>
              <w:t>Animal / client continuity arrangements</w:t>
            </w:r>
          </w:p>
        </w:tc>
      </w:tr>
      <w:tr w:rsidR="000E4AB2" w14:paraId="17091FE8" w14:textId="77777777">
        <w:trPr>
          <w:jc w:val="center"/>
        </w:trPr>
        <w:tc>
          <w:tcPr>
            <w:tcW w:w="2045" w:type="dxa"/>
            <w:vAlign w:val="center"/>
          </w:tcPr>
          <w:p w14:paraId="37DCEF08" w14:textId="77777777" w:rsidR="000E4AB2" w:rsidRDefault="00000000">
            <w:r>
              <w:rPr>
                <w:sz w:val="16"/>
              </w:rPr>
              <w:t xml:space="preserve"> </w:t>
            </w:r>
          </w:p>
        </w:tc>
        <w:tc>
          <w:tcPr>
            <w:tcW w:w="2045" w:type="dxa"/>
            <w:vAlign w:val="center"/>
          </w:tcPr>
          <w:p w14:paraId="31CAE105" w14:textId="77777777" w:rsidR="000E4AB2" w:rsidRDefault="00000000">
            <w:r>
              <w:rPr>
                <w:sz w:val="16"/>
              </w:rPr>
              <w:t xml:space="preserve"> </w:t>
            </w:r>
          </w:p>
        </w:tc>
        <w:tc>
          <w:tcPr>
            <w:tcW w:w="2045" w:type="dxa"/>
            <w:vAlign w:val="center"/>
          </w:tcPr>
          <w:p w14:paraId="4F2751DC" w14:textId="77777777" w:rsidR="000E4AB2" w:rsidRDefault="00000000">
            <w:r>
              <w:rPr>
                <w:sz w:val="16"/>
              </w:rPr>
              <w:t xml:space="preserve"> </w:t>
            </w:r>
          </w:p>
        </w:tc>
        <w:tc>
          <w:tcPr>
            <w:tcW w:w="2045" w:type="dxa"/>
            <w:vAlign w:val="center"/>
          </w:tcPr>
          <w:p w14:paraId="327C44FB" w14:textId="77777777" w:rsidR="000E4AB2" w:rsidRDefault="00000000">
            <w:r>
              <w:rPr>
                <w:sz w:val="16"/>
              </w:rPr>
              <w:t xml:space="preserve"> </w:t>
            </w:r>
          </w:p>
        </w:tc>
        <w:tc>
          <w:tcPr>
            <w:tcW w:w="2045" w:type="dxa"/>
            <w:vAlign w:val="center"/>
          </w:tcPr>
          <w:p w14:paraId="646F25C7" w14:textId="77777777" w:rsidR="000E4AB2" w:rsidRDefault="00000000">
            <w:r>
              <w:rPr>
                <w:sz w:val="16"/>
              </w:rPr>
              <w:t xml:space="preserve"> </w:t>
            </w:r>
          </w:p>
        </w:tc>
      </w:tr>
      <w:tr w:rsidR="000E4AB2" w14:paraId="4655901E" w14:textId="77777777">
        <w:trPr>
          <w:jc w:val="center"/>
        </w:trPr>
        <w:tc>
          <w:tcPr>
            <w:tcW w:w="2045" w:type="dxa"/>
            <w:vAlign w:val="center"/>
          </w:tcPr>
          <w:p w14:paraId="5419CE3D" w14:textId="77777777" w:rsidR="000E4AB2" w:rsidRDefault="00000000">
            <w:r>
              <w:rPr>
                <w:sz w:val="16"/>
              </w:rPr>
              <w:t xml:space="preserve"> </w:t>
            </w:r>
          </w:p>
        </w:tc>
        <w:tc>
          <w:tcPr>
            <w:tcW w:w="2045" w:type="dxa"/>
            <w:vAlign w:val="center"/>
          </w:tcPr>
          <w:p w14:paraId="7D09D485" w14:textId="77777777" w:rsidR="000E4AB2" w:rsidRDefault="00000000">
            <w:r>
              <w:rPr>
                <w:sz w:val="16"/>
              </w:rPr>
              <w:t xml:space="preserve"> </w:t>
            </w:r>
          </w:p>
        </w:tc>
        <w:tc>
          <w:tcPr>
            <w:tcW w:w="2045" w:type="dxa"/>
            <w:vAlign w:val="center"/>
          </w:tcPr>
          <w:p w14:paraId="7D2AF4C3" w14:textId="77777777" w:rsidR="000E4AB2" w:rsidRDefault="00000000">
            <w:r>
              <w:rPr>
                <w:sz w:val="16"/>
              </w:rPr>
              <w:t xml:space="preserve"> </w:t>
            </w:r>
          </w:p>
        </w:tc>
        <w:tc>
          <w:tcPr>
            <w:tcW w:w="2045" w:type="dxa"/>
            <w:vAlign w:val="center"/>
          </w:tcPr>
          <w:p w14:paraId="73FCE62E" w14:textId="77777777" w:rsidR="000E4AB2" w:rsidRDefault="00000000">
            <w:r>
              <w:rPr>
                <w:sz w:val="16"/>
              </w:rPr>
              <w:t xml:space="preserve"> </w:t>
            </w:r>
          </w:p>
        </w:tc>
        <w:tc>
          <w:tcPr>
            <w:tcW w:w="2045" w:type="dxa"/>
            <w:vAlign w:val="center"/>
          </w:tcPr>
          <w:p w14:paraId="481770F7" w14:textId="77777777" w:rsidR="000E4AB2" w:rsidRDefault="00000000">
            <w:r>
              <w:rPr>
                <w:sz w:val="16"/>
              </w:rPr>
              <w:t xml:space="preserve"> </w:t>
            </w:r>
          </w:p>
        </w:tc>
      </w:tr>
      <w:tr w:rsidR="000E4AB2" w14:paraId="4AD000C1" w14:textId="77777777">
        <w:trPr>
          <w:jc w:val="center"/>
        </w:trPr>
        <w:tc>
          <w:tcPr>
            <w:tcW w:w="2045" w:type="dxa"/>
            <w:vAlign w:val="center"/>
          </w:tcPr>
          <w:p w14:paraId="5B86A750" w14:textId="77777777" w:rsidR="000E4AB2" w:rsidRDefault="00000000">
            <w:r>
              <w:rPr>
                <w:sz w:val="16"/>
              </w:rPr>
              <w:t xml:space="preserve"> </w:t>
            </w:r>
          </w:p>
        </w:tc>
        <w:tc>
          <w:tcPr>
            <w:tcW w:w="2045" w:type="dxa"/>
            <w:vAlign w:val="center"/>
          </w:tcPr>
          <w:p w14:paraId="57CD8ECA" w14:textId="77777777" w:rsidR="000E4AB2" w:rsidRDefault="00000000">
            <w:r>
              <w:rPr>
                <w:sz w:val="16"/>
              </w:rPr>
              <w:t xml:space="preserve"> </w:t>
            </w:r>
          </w:p>
        </w:tc>
        <w:tc>
          <w:tcPr>
            <w:tcW w:w="2045" w:type="dxa"/>
            <w:vAlign w:val="center"/>
          </w:tcPr>
          <w:p w14:paraId="03EBB65A" w14:textId="77777777" w:rsidR="000E4AB2" w:rsidRDefault="00000000">
            <w:r>
              <w:rPr>
                <w:sz w:val="16"/>
              </w:rPr>
              <w:t xml:space="preserve"> </w:t>
            </w:r>
          </w:p>
        </w:tc>
        <w:tc>
          <w:tcPr>
            <w:tcW w:w="2045" w:type="dxa"/>
            <w:vAlign w:val="center"/>
          </w:tcPr>
          <w:p w14:paraId="04BF3B71" w14:textId="77777777" w:rsidR="000E4AB2" w:rsidRDefault="00000000">
            <w:r>
              <w:rPr>
                <w:sz w:val="16"/>
              </w:rPr>
              <w:t xml:space="preserve"> </w:t>
            </w:r>
          </w:p>
        </w:tc>
        <w:tc>
          <w:tcPr>
            <w:tcW w:w="2045" w:type="dxa"/>
            <w:vAlign w:val="center"/>
          </w:tcPr>
          <w:p w14:paraId="37581FFD" w14:textId="77777777" w:rsidR="000E4AB2" w:rsidRDefault="00000000">
            <w:r>
              <w:rPr>
                <w:sz w:val="16"/>
              </w:rPr>
              <w:t xml:space="preserve"> </w:t>
            </w:r>
          </w:p>
        </w:tc>
      </w:tr>
    </w:tbl>
    <w:p w14:paraId="28B9CFC5" w14:textId="77777777" w:rsidR="000E4AB2" w:rsidRDefault="00000000">
      <w:pPr>
        <w:pStyle w:val="Heading2"/>
      </w:pPr>
      <w:bookmarkStart w:id="35" w:name="_Toc240137306"/>
      <w:r>
        <w:t>Emergency readiness</w:t>
      </w:r>
      <w:bookmarkEnd w:id="35"/>
    </w:p>
    <w:p w14:paraId="7B64825E" w14:textId="77777777" w:rsidR="000E4AB2" w:rsidRDefault="00000000">
      <w:r>
        <w:t>☐ Accessible emergency communication considered</w:t>
      </w:r>
    </w:p>
    <w:p w14:paraId="59EA4D21" w14:textId="77777777" w:rsidR="000E4AB2" w:rsidRDefault="00000000">
      <w:r>
        <w:lastRenderedPageBreak/>
        <w:t>☐ Ambulance / hospital transfer considered</w:t>
      </w:r>
    </w:p>
    <w:p w14:paraId="0C9DC3EE" w14:textId="77777777" w:rsidR="000E4AB2" w:rsidRDefault="00000000">
      <w:r>
        <w:t>☐ Authorised temporary animal carers identified where relevant</w:t>
      </w:r>
    </w:p>
    <w:p w14:paraId="1B724C3E" w14:textId="77777777" w:rsidR="000E4AB2" w:rsidRDefault="00000000">
      <w:r>
        <w:t>☐ Veterinary details available</w:t>
      </w:r>
    </w:p>
    <w:p w14:paraId="0AE3A4A4" w14:textId="77777777" w:rsidR="000E4AB2" w:rsidRDefault="00000000">
      <w:r>
        <w:t>☐ Animal medication / feeding / toileting / handling information available</w:t>
      </w:r>
    </w:p>
    <w:p w14:paraId="5A2FF14E" w14:textId="77777777" w:rsidR="000E4AB2" w:rsidRDefault="00000000">
      <w:r>
        <w:t>☐ Backup transport considered</w:t>
      </w:r>
    </w:p>
    <w:p w14:paraId="7C493358" w14:textId="77777777" w:rsidR="000E4AB2" w:rsidRDefault="00000000">
      <w:r>
        <w:t>☐ Reunification process considered</w:t>
      </w:r>
    </w:p>
    <w:p w14:paraId="1F43BA65" w14:textId="77777777" w:rsidR="000E4AB2" w:rsidRDefault="00000000">
      <w:r>
        <w:t>☐ Plan addresses circumstances where the assistance animal cannot work</w:t>
      </w:r>
    </w:p>
    <w:p w14:paraId="04527F40" w14:textId="77777777" w:rsidR="000E4AB2" w:rsidRDefault="00000000">
      <w:r>
        <w:t>☐ Emergency drills / review arrangements established</w:t>
      </w:r>
    </w:p>
    <w:p w14:paraId="6BE86375" w14:textId="77777777" w:rsidR="000E4AB2" w:rsidRDefault="00000000">
      <w:r>
        <w:rPr>
          <w:b/>
        </w:rPr>
        <w:t xml:space="preserve">Review date / trigger: </w:t>
      </w:r>
      <w:r>
        <w:t>________________________________________________________________________________</w:t>
      </w:r>
    </w:p>
    <w:p w14:paraId="4D3C7BF6" w14:textId="77777777" w:rsidR="000E4AB2" w:rsidRDefault="00000000">
      <w:r>
        <w:br w:type="page"/>
      </w:r>
    </w:p>
    <w:p w14:paraId="246C5AF8" w14:textId="77777777" w:rsidR="000E4AB2" w:rsidRDefault="00000000">
      <w:pPr>
        <w:pStyle w:val="Heading1"/>
      </w:pPr>
      <w:bookmarkStart w:id="36" w:name="_Toc240137307"/>
      <w:r>
        <w:lastRenderedPageBreak/>
        <w:t>Template 12: Emergency Contact and Temporary Animal Care Information Sheet</w:t>
      </w:r>
      <w:bookmarkEnd w:id="36"/>
    </w:p>
    <w:p w14:paraId="6BEAA453" w14:textId="77777777" w:rsidR="000E4AB2" w:rsidRDefault="00000000">
      <w:r>
        <w:rPr>
          <w:b/>
        </w:rPr>
        <w:t xml:space="preserve">Purpose: </w:t>
      </w:r>
      <w:r>
        <w:t>Provide concise, accessible information for temporary care of an assistance animal during an emergency.</w:t>
      </w:r>
    </w:p>
    <w:p w14:paraId="23AEE1E4" w14:textId="77777777" w:rsidR="000E4AB2" w:rsidRDefault="00000000">
      <w:r>
        <w:rPr>
          <w:b/>
        </w:rPr>
        <w:t xml:space="preserve">Assessment use: </w:t>
      </w:r>
      <w:r>
        <w:t>Core Unit 1 supporting resource.</w:t>
      </w:r>
    </w:p>
    <w:p w14:paraId="071CA44D"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70D7C17C" w14:textId="77777777" w:rsidR="000E4AB2" w:rsidRDefault="00000000">
      <w:r>
        <w:rPr>
          <w:b/>
        </w:rPr>
        <w:t xml:space="preserve">Person / handler name or identifier: </w:t>
      </w:r>
      <w:r>
        <w:t>________________________________________________________________________________</w:t>
      </w:r>
    </w:p>
    <w:p w14:paraId="2026B5FF" w14:textId="77777777" w:rsidR="000E4AB2" w:rsidRDefault="00000000">
      <w:r>
        <w:rPr>
          <w:b/>
        </w:rPr>
        <w:t xml:space="preserve">Assistance animal name: </w:t>
      </w:r>
      <w:r>
        <w:t>________________________________________________________________________________</w:t>
      </w:r>
    </w:p>
    <w:p w14:paraId="0820CC89" w14:textId="77777777" w:rsidR="000E4AB2" w:rsidRDefault="00000000">
      <w:r>
        <w:rPr>
          <w:b/>
        </w:rPr>
        <w:t xml:space="preserve">Species / breed / description: </w:t>
      </w:r>
      <w:r>
        <w:t>________________________________________________________________________________</w:t>
      </w:r>
    </w:p>
    <w:p w14:paraId="6D534F86" w14:textId="77777777" w:rsidR="000E4AB2" w:rsidRDefault="00000000">
      <w:r>
        <w:rPr>
          <w:b/>
        </w:rPr>
        <w:t xml:space="preserve">Primary emergency contact: </w:t>
      </w:r>
      <w:r>
        <w:t>________________________________________________________________________________</w:t>
      </w:r>
    </w:p>
    <w:p w14:paraId="301ECAE1" w14:textId="77777777" w:rsidR="000E4AB2" w:rsidRDefault="00000000">
      <w:r>
        <w:rPr>
          <w:b/>
        </w:rPr>
        <w:t xml:space="preserve">Secondary emergency contact: </w:t>
      </w:r>
      <w:r>
        <w:t>________________________________________________________________________________</w:t>
      </w:r>
    </w:p>
    <w:p w14:paraId="2859F5AD" w14:textId="77777777" w:rsidR="000E4AB2" w:rsidRDefault="00000000">
      <w:r>
        <w:rPr>
          <w:b/>
        </w:rPr>
        <w:t xml:space="preserve">Veterinary clinic / veterinarian: </w:t>
      </w:r>
      <w:r>
        <w:t>________________________________________________________________________________</w:t>
      </w:r>
    </w:p>
    <w:p w14:paraId="1E32C2D2" w14:textId="77777777" w:rsidR="000E4AB2" w:rsidRDefault="00000000">
      <w:r>
        <w:rPr>
          <w:b/>
        </w:rPr>
        <w:t xml:space="preserve">Veterinary phone: </w:t>
      </w:r>
      <w:r>
        <w:t>________________________________________________________________________________</w:t>
      </w:r>
    </w:p>
    <w:p w14:paraId="1C68A505" w14:textId="77777777" w:rsidR="000E4AB2" w:rsidRDefault="00000000">
      <w:r>
        <w:rPr>
          <w:b/>
        </w:rPr>
        <w:t xml:space="preserve">Authorised temporary carer(s): </w:t>
      </w:r>
      <w:r>
        <w:t>________________________________________________________________________________</w:t>
      </w:r>
    </w:p>
    <w:tbl>
      <w:tblPr>
        <w:tblStyle w:val="TableGrid"/>
        <w:tblW w:w="0" w:type="auto"/>
        <w:jc w:val="center"/>
        <w:tblLook w:val="04A0" w:firstRow="1" w:lastRow="0" w:firstColumn="1" w:lastColumn="0" w:noHBand="0" w:noVBand="1"/>
      </w:tblPr>
      <w:tblGrid>
        <w:gridCol w:w="5112"/>
        <w:gridCol w:w="5112"/>
      </w:tblGrid>
      <w:tr w:rsidR="000E4AB2" w14:paraId="554A7679" w14:textId="77777777">
        <w:trPr>
          <w:jc w:val="center"/>
        </w:trPr>
        <w:tc>
          <w:tcPr>
            <w:tcW w:w="5112" w:type="dxa"/>
            <w:shd w:val="clear" w:color="auto" w:fill="D9EAF7"/>
            <w:vAlign w:val="center"/>
          </w:tcPr>
          <w:p w14:paraId="758F632A" w14:textId="77777777" w:rsidR="000E4AB2" w:rsidRDefault="00000000">
            <w:r>
              <w:rPr>
                <w:b/>
                <w:sz w:val="16"/>
              </w:rPr>
              <w:t>Area</w:t>
            </w:r>
          </w:p>
        </w:tc>
        <w:tc>
          <w:tcPr>
            <w:tcW w:w="5112" w:type="dxa"/>
            <w:shd w:val="clear" w:color="auto" w:fill="D9EAF7"/>
            <w:vAlign w:val="center"/>
          </w:tcPr>
          <w:p w14:paraId="18DC44DC" w14:textId="77777777" w:rsidR="000E4AB2" w:rsidRDefault="00000000">
            <w:r>
              <w:rPr>
                <w:b/>
                <w:sz w:val="16"/>
              </w:rPr>
              <w:t>Essential information</w:t>
            </w:r>
          </w:p>
        </w:tc>
      </w:tr>
      <w:tr w:rsidR="000E4AB2" w14:paraId="7C0B470B" w14:textId="77777777">
        <w:trPr>
          <w:jc w:val="center"/>
        </w:trPr>
        <w:tc>
          <w:tcPr>
            <w:tcW w:w="5112" w:type="dxa"/>
            <w:vAlign w:val="center"/>
          </w:tcPr>
          <w:p w14:paraId="24AFF5E5" w14:textId="77777777" w:rsidR="000E4AB2" w:rsidRDefault="00000000">
            <w:r>
              <w:rPr>
                <w:b/>
                <w:sz w:val="17"/>
              </w:rPr>
              <w:t>Medication / health needs</w:t>
            </w:r>
          </w:p>
        </w:tc>
        <w:tc>
          <w:tcPr>
            <w:tcW w:w="5112" w:type="dxa"/>
            <w:vAlign w:val="center"/>
          </w:tcPr>
          <w:p w14:paraId="0D79284A" w14:textId="77777777" w:rsidR="000E4AB2" w:rsidRDefault="00000000">
            <w:r>
              <w:rPr>
                <w:sz w:val="17"/>
              </w:rPr>
              <w:t xml:space="preserve"> </w:t>
            </w:r>
          </w:p>
        </w:tc>
      </w:tr>
      <w:tr w:rsidR="000E4AB2" w14:paraId="5A9148A6" w14:textId="77777777">
        <w:trPr>
          <w:jc w:val="center"/>
        </w:trPr>
        <w:tc>
          <w:tcPr>
            <w:tcW w:w="5112" w:type="dxa"/>
            <w:vAlign w:val="center"/>
          </w:tcPr>
          <w:p w14:paraId="57B1589F" w14:textId="77777777" w:rsidR="000E4AB2" w:rsidRDefault="00000000">
            <w:r>
              <w:rPr>
                <w:b/>
                <w:sz w:val="17"/>
              </w:rPr>
              <w:t>Feeding</w:t>
            </w:r>
          </w:p>
        </w:tc>
        <w:tc>
          <w:tcPr>
            <w:tcW w:w="5112" w:type="dxa"/>
            <w:vAlign w:val="center"/>
          </w:tcPr>
          <w:p w14:paraId="49A1ADB1" w14:textId="77777777" w:rsidR="000E4AB2" w:rsidRDefault="00000000">
            <w:r>
              <w:rPr>
                <w:sz w:val="17"/>
              </w:rPr>
              <w:t xml:space="preserve"> </w:t>
            </w:r>
          </w:p>
        </w:tc>
      </w:tr>
      <w:tr w:rsidR="000E4AB2" w14:paraId="03085348" w14:textId="77777777">
        <w:trPr>
          <w:jc w:val="center"/>
        </w:trPr>
        <w:tc>
          <w:tcPr>
            <w:tcW w:w="5112" w:type="dxa"/>
            <w:vAlign w:val="center"/>
          </w:tcPr>
          <w:p w14:paraId="129CF0FC" w14:textId="77777777" w:rsidR="000E4AB2" w:rsidRDefault="00000000">
            <w:r>
              <w:rPr>
                <w:b/>
                <w:sz w:val="17"/>
              </w:rPr>
              <w:t>Water</w:t>
            </w:r>
          </w:p>
        </w:tc>
        <w:tc>
          <w:tcPr>
            <w:tcW w:w="5112" w:type="dxa"/>
            <w:vAlign w:val="center"/>
          </w:tcPr>
          <w:p w14:paraId="29D59D82" w14:textId="77777777" w:rsidR="000E4AB2" w:rsidRDefault="00000000">
            <w:r>
              <w:rPr>
                <w:sz w:val="17"/>
              </w:rPr>
              <w:t xml:space="preserve"> </w:t>
            </w:r>
          </w:p>
        </w:tc>
      </w:tr>
      <w:tr w:rsidR="000E4AB2" w14:paraId="67EA53BC" w14:textId="77777777">
        <w:trPr>
          <w:jc w:val="center"/>
        </w:trPr>
        <w:tc>
          <w:tcPr>
            <w:tcW w:w="5112" w:type="dxa"/>
            <w:vAlign w:val="center"/>
          </w:tcPr>
          <w:p w14:paraId="716F9678" w14:textId="77777777" w:rsidR="000E4AB2" w:rsidRDefault="00000000">
            <w:r>
              <w:rPr>
                <w:b/>
                <w:sz w:val="17"/>
              </w:rPr>
              <w:t>Toileting</w:t>
            </w:r>
          </w:p>
        </w:tc>
        <w:tc>
          <w:tcPr>
            <w:tcW w:w="5112" w:type="dxa"/>
            <w:vAlign w:val="center"/>
          </w:tcPr>
          <w:p w14:paraId="60EC64F7" w14:textId="77777777" w:rsidR="000E4AB2" w:rsidRDefault="00000000">
            <w:r>
              <w:rPr>
                <w:sz w:val="17"/>
              </w:rPr>
              <w:t xml:space="preserve"> </w:t>
            </w:r>
          </w:p>
        </w:tc>
      </w:tr>
      <w:tr w:rsidR="000E4AB2" w14:paraId="67BF1FE9" w14:textId="77777777">
        <w:trPr>
          <w:jc w:val="center"/>
        </w:trPr>
        <w:tc>
          <w:tcPr>
            <w:tcW w:w="5112" w:type="dxa"/>
            <w:vAlign w:val="center"/>
          </w:tcPr>
          <w:p w14:paraId="239B44BE" w14:textId="77777777" w:rsidR="000E4AB2" w:rsidRDefault="00000000">
            <w:r>
              <w:rPr>
                <w:b/>
                <w:sz w:val="17"/>
              </w:rPr>
              <w:t>Handling / cues</w:t>
            </w:r>
          </w:p>
        </w:tc>
        <w:tc>
          <w:tcPr>
            <w:tcW w:w="5112" w:type="dxa"/>
            <w:vAlign w:val="center"/>
          </w:tcPr>
          <w:p w14:paraId="16A8E0A7" w14:textId="77777777" w:rsidR="000E4AB2" w:rsidRDefault="00000000">
            <w:r>
              <w:rPr>
                <w:sz w:val="17"/>
              </w:rPr>
              <w:t xml:space="preserve"> </w:t>
            </w:r>
          </w:p>
        </w:tc>
      </w:tr>
      <w:tr w:rsidR="000E4AB2" w14:paraId="6FC8C5EF" w14:textId="77777777">
        <w:trPr>
          <w:jc w:val="center"/>
        </w:trPr>
        <w:tc>
          <w:tcPr>
            <w:tcW w:w="5112" w:type="dxa"/>
            <w:vAlign w:val="center"/>
          </w:tcPr>
          <w:p w14:paraId="2A382528" w14:textId="77777777" w:rsidR="000E4AB2" w:rsidRDefault="00000000">
            <w:r>
              <w:rPr>
                <w:b/>
                <w:sz w:val="17"/>
              </w:rPr>
              <w:t>Equipment</w:t>
            </w:r>
          </w:p>
        </w:tc>
        <w:tc>
          <w:tcPr>
            <w:tcW w:w="5112" w:type="dxa"/>
            <w:vAlign w:val="center"/>
          </w:tcPr>
          <w:p w14:paraId="46F63E81" w14:textId="77777777" w:rsidR="000E4AB2" w:rsidRDefault="00000000">
            <w:r>
              <w:rPr>
                <w:sz w:val="17"/>
              </w:rPr>
              <w:t xml:space="preserve"> </w:t>
            </w:r>
          </w:p>
        </w:tc>
      </w:tr>
      <w:tr w:rsidR="000E4AB2" w14:paraId="293171C1" w14:textId="77777777">
        <w:trPr>
          <w:jc w:val="center"/>
        </w:trPr>
        <w:tc>
          <w:tcPr>
            <w:tcW w:w="5112" w:type="dxa"/>
            <w:vAlign w:val="center"/>
          </w:tcPr>
          <w:p w14:paraId="045E5152" w14:textId="77777777" w:rsidR="000E4AB2" w:rsidRDefault="00000000">
            <w:r>
              <w:rPr>
                <w:b/>
                <w:sz w:val="17"/>
              </w:rPr>
              <w:t>Behaviour / stress considerations</w:t>
            </w:r>
          </w:p>
        </w:tc>
        <w:tc>
          <w:tcPr>
            <w:tcW w:w="5112" w:type="dxa"/>
            <w:vAlign w:val="center"/>
          </w:tcPr>
          <w:p w14:paraId="3162750E" w14:textId="77777777" w:rsidR="000E4AB2" w:rsidRDefault="00000000">
            <w:r>
              <w:rPr>
                <w:sz w:val="17"/>
              </w:rPr>
              <w:t xml:space="preserve"> </w:t>
            </w:r>
          </w:p>
        </w:tc>
      </w:tr>
      <w:tr w:rsidR="000E4AB2" w14:paraId="0F67915A" w14:textId="77777777">
        <w:trPr>
          <w:jc w:val="center"/>
        </w:trPr>
        <w:tc>
          <w:tcPr>
            <w:tcW w:w="5112" w:type="dxa"/>
            <w:vAlign w:val="center"/>
          </w:tcPr>
          <w:p w14:paraId="68E5C085" w14:textId="77777777" w:rsidR="000E4AB2" w:rsidRDefault="00000000">
            <w:r>
              <w:rPr>
                <w:b/>
                <w:sz w:val="17"/>
              </w:rPr>
              <w:t>Transport</w:t>
            </w:r>
          </w:p>
        </w:tc>
        <w:tc>
          <w:tcPr>
            <w:tcW w:w="5112" w:type="dxa"/>
            <w:vAlign w:val="center"/>
          </w:tcPr>
          <w:p w14:paraId="51178C20" w14:textId="77777777" w:rsidR="000E4AB2" w:rsidRDefault="00000000">
            <w:r>
              <w:rPr>
                <w:sz w:val="17"/>
              </w:rPr>
              <w:t xml:space="preserve"> </w:t>
            </w:r>
          </w:p>
        </w:tc>
      </w:tr>
      <w:tr w:rsidR="000E4AB2" w14:paraId="049F25EA" w14:textId="77777777">
        <w:trPr>
          <w:jc w:val="center"/>
        </w:trPr>
        <w:tc>
          <w:tcPr>
            <w:tcW w:w="5112" w:type="dxa"/>
            <w:vAlign w:val="center"/>
          </w:tcPr>
          <w:p w14:paraId="133FE87D" w14:textId="77777777" w:rsidR="000E4AB2" w:rsidRDefault="00000000">
            <w:r>
              <w:rPr>
                <w:b/>
                <w:sz w:val="17"/>
              </w:rPr>
              <w:t>Work status / tasks</w:t>
            </w:r>
          </w:p>
        </w:tc>
        <w:tc>
          <w:tcPr>
            <w:tcW w:w="5112" w:type="dxa"/>
            <w:vAlign w:val="center"/>
          </w:tcPr>
          <w:p w14:paraId="15C6BF22" w14:textId="77777777" w:rsidR="000E4AB2" w:rsidRDefault="00000000">
            <w:r>
              <w:rPr>
                <w:sz w:val="17"/>
              </w:rPr>
              <w:t xml:space="preserve"> </w:t>
            </w:r>
          </w:p>
        </w:tc>
      </w:tr>
      <w:tr w:rsidR="000E4AB2" w14:paraId="4A217D9C" w14:textId="77777777">
        <w:trPr>
          <w:jc w:val="center"/>
        </w:trPr>
        <w:tc>
          <w:tcPr>
            <w:tcW w:w="5112" w:type="dxa"/>
            <w:vAlign w:val="center"/>
          </w:tcPr>
          <w:p w14:paraId="687E3C13" w14:textId="77777777" w:rsidR="000E4AB2" w:rsidRDefault="00000000">
            <w:r>
              <w:rPr>
                <w:b/>
                <w:sz w:val="17"/>
              </w:rPr>
              <w:t>Do not do / safety warnings</w:t>
            </w:r>
          </w:p>
        </w:tc>
        <w:tc>
          <w:tcPr>
            <w:tcW w:w="5112" w:type="dxa"/>
            <w:vAlign w:val="center"/>
          </w:tcPr>
          <w:p w14:paraId="4DD39C56" w14:textId="77777777" w:rsidR="000E4AB2" w:rsidRDefault="00000000">
            <w:r>
              <w:rPr>
                <w:sz w:val="17"/>
              </w:rPr>
              <w:t xml:space="preserve"> </w:t>
            </w:r>
          </w:p>
        </w:tc>
      </w:tr>
      <w:tr w:rsidR="000E4AB2" w14:paraId="02E98893" w14:textId="77777777">
        <w:trPr>
          <w:jc w:val="center"/>
        </w:trPr>
        <w:tc>
          <w:tcPr>
            <w:tcW w:w="5112" w:type="dxa"/>
            <w:vAlign w:val="center"/>
          </w:tcPr>
          <w:p w14:paraId="01DCB8DF" w14:textId="77777777" w:rsidR="000E4AB2" w:rsidRDefault="00000000">
            <w:r>
              <w:rPr>
                <w:b/>
                <w:sz w:val="17"/>
              </w:rPr>
              <w:t>Reunification / contact arrangements</w:t>
            </w:r>
          </w:p>
        </w:tc>
        <w:tc>
          <w:tcPr>
            <w:tcW w:w="5112" w:type="dxa"/>
            <w:vAlign w:val="center"/>
          </w:tcPr>
          <w:p w14:paraId="0BACE568" w14:textId="77777777" w:rsidR="000E4AB2" w:rsidRDefault="00000000">
            <w:r>
              <w:rPr>
                <w:sz w:val="17"/>
              </w:rPr>
              <w:t xml:space="preserve"> </w:t>
            </w:r>
          </w:p>
        </w:tc>
      </w:tr>
    </w:tbl>
    <w:p w14:paraId="542925F1" w14:textId="77777777" w:rsidR="000E4AB2" w:rsidRDefault="00000000">
      <w:pPr>
        <w:pStyle w:val="TemplateInstruction"/>
      </w:pPr>
      <w:r>
        <w:t>Include only information necessary for safe temporary care. Store and share this sheet in accordance with privacy and consent requirements.</w:t>
      </w:r>
    </w:p>
    <w:p w14:paraId="49A16220" w14:textId="77777777" w:rsidR="000E4AB2" w:rsidRDefault="00000000">
      <w:r>
        <w:br w:type="page"/>
      </w:r>
    </w:p>
    <w:p w14:paraId="4F3E4BD4" w14:textId="77777777" w:rsidR="000E4AB2" w:rsidRDefault="00000000">
      <w:pPr>
        <w:pStyle w:val="Heading1"/>
      </w:pPr>
      <w:bookmarkStart w:id="37" w:name="_Toc240137308"/>
      <w:r>
        <w:lastRenderedPageBreak/>
        <w:t>Template 13: WHS Incident Report Form</w:t>
      </w:r>
      <w:bookmarkEnd w:id="37"/>
    </w:p>
    <w:p w14:paraId="23EFD491" w14:textId="77777777" w:rsidR="000E4AB2" w:rsidRDefault="00000000">
      <w:r>
        <w:rPr>
          <w:b/>
        </w:rPr>
        <w:t xml:space="preserve">Purpose: </w:t>
      </w:r>
      <w:r>
        <w:t>Record incidents, injuries, illnesses and other safety events factually and support appropriate escalation.</w:t>
      </w:r>
    </w:p>
    <w:p w14:paraId="42BA7C44" w14:textId="77777777" w:rsidR="000E4AB2" w:rsidRDefault="00000000">
      <w:r>
        <w:rPr>
          <w:b/>
        </w:rPr>
        <w:t xml:space="preserve">Assessment use: </w:t>
      </w:r>
      <w:r>
        <w:t>Core Unit 1 resource.</w:t>
      </w:r>
    </w:p>
    <w:p w14:paraId="073E2262"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75B9CFBB" w14:textId="77777777" w:rsidR="000E4AB2" w:rsidRDefault="00000000">
      <w:r>
        <w:rPr>
          <w:b/>
        </w:rPr>
        <w:t xml:space="preserve">Date/time: </w:t>
      </w:r>
      <w:r>
        <w:t>________________________________________________________________________________</w:t>
      </w:r>
    </w:p>
    <w:p w14:paraId="746339BC" w14:textId="77777777" w:rsidR="000E4AB2" w:rsidRDefault="00000000">
      <w:r>
        <w:rPr>
          <w:b/>
        </w:rPr>
        <w:t xml:space="preserve">Location: </w:t>
      </w:r>
      <w:r>
        <w:t>________________________________________________________________________________</w:t>
      </w:r>
    </w:p>
    <w:p w14:paraId="1DAAC46E" w14:textId="77777777" w:rsidR="000E4AB2" w:rsidRDefault="00000000">
      <w:r>
        <w:rPr>
          <w:b/>
        </w:rPr>
        <w:t xml:space="preserve">Reported by: </w:t>
      </w:r>
      <w:r>
        <w:t>________________________________________________________________________________</w:t>
      </w:r>
    </w:p>
    <w:p w14:paraId="3B3E6F6D" w14:textId="77777777" w:rsidR="000E4AB2" w:rsidRDefault="00000000">
      <w:r>
        <w:rPr>
          <w:b/>
        </w:rPr>
        <w:t xml:space="preserve">People involved: </w:t>
      </w:r>
      <w:r>
        <w:t>________________________________________________________________________________</w:t>
      </w:r>
    </w:p>
    <w:p w14:paraId="65457CAA" w14:textId="77777777" w:rsidR="000E4AB2" w:rsidRDefault="00000000">
      <w:r>
        <w:rPr>
          <w:b/>
        </w:rPr>
        <w:t xml:space="preserve">Animals involved: </w:t>
      </w:r>
      <w:r>
        <w:t>________________________________________________________________________________</w:t>
      </w:r>
    </w:p>
    <w:tbl>
      <w:tblPr>
        <w:tblStyle w:val="TableGrid"/>
        <w:tblW w:w="0" w:type="auto"/>
        <w:jc w:val="center"/>
        <w:tblLook w:val="04A0" w:firstRow="1" w:lastRow="0" w:firstColumn="1" w:lastColumn="0" w:noHBand="0" w:noVBand="1"/>
      </w:tblPr>
      <w:tblGrid>
        <w:gridCol w:w="5112"/>
        <w:gridCol w:w="5112"/>
      </w:tblGrid>
      <w:tr w:rsidR="000E4AB2" w14:paraId="62CC282C" w14:textId="77777777">
        <w:trPr>
          <w:jc w:val="center"/>
        </w:trPr>
        <w:tc>
          <w:tcPr>
            <w:tcW w:w="5112" w:type="dxa"/>
            <w:shd w:val="clear" w:color="auto" w:fill="D9EAF7"/>
            <w:vAlign w:val="center"/>
          </w:tcPr>
          <w:p w14:paraId="35CC7E52" w14:textId="77777777" w:rsidR="000E4AB2" w:rsidRDefault="00000000">
            <w:r>
              <w:rPr>
                <w:b/>
                <w:sz w:val="16"/>
              </w:rPr>
              <w:t>Event type</w:t>
            </w:r>
          </w:p>
        </w:tc>
        <w:tc>
          <w:tcPr>
            <w:tcW w:w="5112" w:type="dxa"/>
            <w:shd w:val="clear" w:color="auto" w:fill="D9EAF7"/>
            <w:vAlign w:val="center"/>
          </w:tcPr>
          <w:p w14:paraId="0116CD3C" w14:textId="77777777" w:rsidR="000E4AB2" w:rsidRDefault="00000000">
            <w:r>
              <w:rPr>
                <w:b/>
                <w:sz w:val="16"/>
              </w:rPr>
              <w:t>☐ Injury  ☐ Illness  ☐ Animal-related  ☐ Violence/aggression  ☐ Biological exposure  ☐ Equipment  ☐ Environmental  ☐ Other</w:t>
            </w:r>
          </w:p>
        </w:tc>
      </w:tr>
      <w:tr w:rsidR="000E4AB2" w14:paraId="0A41C582" w14:textId="77777777">
        <w:trPr>
          <w:jc w:val="center"/>
        </w:trPr>
        <w:tc>
          <w:tcPr>
            <w:tcW w:w="5112" w:type="dxa"/>
            <w:vAlign w:val="center"/>
          </w:tcPr>
          <w:p w14:paraId="4D2E14B9" w14:textId="77777777" w:rsidR="000E4AB2" w:rsidRDefault="00000000">
            <w:r>
              <w:rPr>
                <w:sz w:val="16"/>
              </w:rPr>
              <w:t xml:space="preserve"> </w:t>
            </w:r>
          </w:p>
        </w:tc>
        <w:tc>
          <w:tcPr>
            <w:tcW w:w="5112" w:type="dxa"/>
            <w:vAlign w:val="center"/>
          </w:tcPr>
          <w:p w14:paraId="7BDDE25B" w14:textId="77777777" w:rsidR="000E4AB2" w:rsidRDefault="00000000">
            <w:r>
              <w:rPr>
                <w:sz w:val="16"/>
              </w:rPr>
              <w:t xml:space="preserve"> </w:t>
            </w:r>
          </w:p>
        </w:tc>
      </w:tr>
    </w:tbl>
    <w:p w14:paraId="1842B6DD" w14:textId="77777777" w:rsidR="000E4AB2" w:rsidRDefault="00000000">
      <w:pPr>
        <w:pStyle w:val="Heading2"/>
      </w:pPr>
      <w:bookmarkStart w:id="38" w:name="_Toc240137309"/>
      <w:r>
        <w:t>What happened?</w:t>
      </w:r>
      <w:bookmarkEnd w:id="38"/>
    </w:p>
    <w:p w14:paraId="526DFD52" w14:textId="77777777" w:rsidR="000E4AB2" w:rsidRDefault="00000000">
      <w:r>
        <w:br/>
      </w:r>
      <w:r>
        <w:br/>
      </w:r>
    </w:p>
    <w:p w14:paraId="609C261A" w14:textId="77777777" w:rsidR="000E4AB2" w:rsidRDefault="00000000">
      <w:pPr>
        <w:pStyle w:val="Heading2"/>
      </w:pPr>
      <w:bookmarkStart w:id="39" w:name="_Toc240137310"/>
      <w:r>
        <w:t>Immediate actions</w:t>
      </w:r>
      <w:bookmarkEnd w:id="39"/>
    </w:p>
    <w:tbl>
      <w:tblPr>
        <w:tblStyle w:val="TableGrid"/>
        <w:tblW w:w="0" w:type="auto"/>
        <w:jc w:val="center"/>
        <w:tblLook w:val="04A0" w:firstRow="1" w:lastRow="0" w:firstColumn="1" w:lastColumn="0" w:noHBand="0" w:noVBand="1"/>
      </w:tblPr>
      <w:tblGrid>
        <w:gridCol w:w="3408"/>
        <w:gridCol w:w="3408"/>
        <w:gridCol w:w="3408"/>
      </w:tblGrid>
      <w:tr w:rsidR="000E4AB2" w14:paraId="130D6E9A" w14:textId="77777777">
        <w:trPr>
          <w:jc w:val="center"/>
        </w:trPr>
        <w:tc>
          <w:tcPr>
            <w:tcW w:w="3408" w:type="dxa"/>
            <w:shd w:val="clear" w:color="auto" w:fill="D9EAF7"/>
            <w:vAlign w:val="center"/>
          </w:tcPr>
          <w:p w14:paraId="616EA230" w14:textId="77777777" w:rsidR="000E4AB2" w:rsidRDefault="00000000">
            <w:r>
              <w:rPr>
                <w:b/>
                <w:sz w:val="16"/>
              </w:rPr>
              <w:t>Action</w:t>
            </w:r>
          </w:p>
        </w:tc>
        <w:tc>
          <w:tcPr>
            <w:tcW w:w="3408" w:type="dxa"/>
            <w:shd w:val="clear" w:color="auto" w:fill="D9EAF7"/>
            <w:vAlign w:val="center"/>
          </w:tcPr>
          <w:p w14:paraId="6C50F71B" w14:textId="77777777" w:rsidR="000E4AB2" w:rsidRDefault="00000000">
            <w:r>
              <w:rPr>
                <w:b/>
                <w:sz w:val="16"/>
              </w:rPr>
              <w:t>By whom</w:t>
            </w:r>
          </w:p>
        </w:tc>
        <w:tc>
          <w:tcPr>
            <w:tcW w:w="3408" w:type="dxa"/>
            <w:shd w:val="clear" w:color="auto" w:fill="D9EAF7"/>
            <w:vAlign w:val="center"/>
          </w:tcPr>
          <w:p w14:paraId="7924C7AF" w14:textId="77777777" w:rsidR="000E4AB2" w:rsidRDefault="00000000">
            <w:r>
              <w:rPr>
                <w:b/>
                <w:sz w:val="16"/>
              </w:rPr>
              <w:t>Time</w:t>
            </w:r>
          </w:p>
        </w:tc>
      </w:tr>
      <w:tr w:rsidR="000E4AB2" w14:paraId="1C7D1125" w14:textId="77777777">
        <w:trPr>
          <w:jc w:val="center"/>
        </w:trPr>
        <w:tc>
          <w:tcPr>
            <w:tcW w:w="3408" w:type="dxa"/>
            <w:vAlign w:val="center"/>
          </w:tcPr>
          <w:p w14:paraId="0558BE53" w14:textId="77777777" w:rsidR="000E4AB2" w:rsidRDefault="00000000">
            <w:r>
              <w:rPr>
                <w:sz w:val="16"/>
              </w:rPr>
              <w:t xml:space="preserve"> </w:t>
            </w:r>
          </w:p>
        </w:tc>
        <w:tc>
          <w:tcPr>
            <w:tcW w:w="3408" w:type="dxa"/>
            <w:vAlign w:val="center"/>
          </w:tcPr>
          <w:p w14:paraId="388A285B" w14:textId="77777777" w:rsidR="000E4AB2" w:rsidRDefault="00000000">
            <w:r>
              <w:rPr>
                <w:sz w:val="16"/>
              </w:rPr>
              <w:t xml:space="preserve"> </w:t>
            </w:r>
          </w:p>
        </w:tc>
        <w:tc>
          <w:tcPr>
            <w:tcW w:w="3408" w:type="dxa"/>
            <w:vAlign w:val="center"/>
          </w:tcPr>
          <w:p w14:paraId="273AF95C" w14:textId="77777777" w:rsidR="000E4AB2" w:rsidRDefault="00000000">
            <w:r>
              <w:rPr>
                <w:sz w:val="16"/>
              </w:rPr>
              <w:t xml:space="preserve"> </w:t>
            </w:r>
          </w:p>
        </w:tc>
      </w:tr>
      <w:tr w:rsidR="000E4AB2" w14:paraId="33682658" w14:textId="77777777">
        <w:trPr>
          <w:jc w:val="center"/>
        </w:trPr>
        <w:tc>
          <w:tcPr>
            <w:tcW w:w="3408" w:type="dxa"/>
            <w:vAlign w:val="center"/>
          </w:tcPr>
          <w:p w14:paraId="0507804D" w14:textId="77777777" w:rsidR="000E4AB2" w:rsidRDefault="00000000">
            <w:r>
              <w:rPr>
                <w:sz w:val="16"/>
              </w:rPr>
              <w:t xml:space="preserve"> </w:t>
            </w:r>
          </w:p>
        </w:tc>
        <w:tc>
          <w:tcPr>
            <w:tcW w:w="3408" w:type="dxa"/>
            <w:vAlign w:val="center"/>
          </w:tcPr>
          <w:p w14:paraId="0BD1C4DF" w14:textId="77777777" w:rsidR="000E4AB2" w:rsidRDefault="00000000">
            <w:r>
              <w:rPr>
                <w:sz w:val="16"/>
              </w:rPr>
              <w:t xml:space="preserve"> </w:t>
            </w:r>
          </w:p>
        </w:tc>
        <w:tc>
          <w:tcPr>
            <w:tcW w:w="3408" w:type="dxa"/>
            <w:vAlign w:val="center"/>
          </w:tcPr>
          <w:p w14:paraId="097A49A6" w14:textId="77777777" w:rsidR="000E4AB2" w:rsidRDefault="00000000">
            <w:r>
              <w:rPr>
                <w:sz w:val="16"/>
              </w:rPr>
              <w:t xml:space="preserve"> </w:t>
            </w:r>
          </w:p>
        </w:tc>
      </w:tr>
      <w:tr w:rsidR="000E4AB2" w14:paraId="670147C4" w14:textId="77777777">
        <w:trPr>
          <w:jc w:val="center"/>
        </w:trPr>
        <w:tc>
          <w:tcPr>
            <w:tcW w:w="3408" w:type="dxa"/>
            <w:vAlign w:val="center"/>
          </w:tcPr>
          <w:p w14:paraId="3D93CAEC" w14:textId="77777777" w:rsidR="000E4AB2" w:rsidRDefault="00000000">
            <w:r>
              <w:rPr>
                <w:sz w:val="16"/>
              </w:rPr>
              <w:t xml:space="preserve"> </w:t>
            </w:r>
          </w:p>
        </w:tc>
        <w:tc>
          <w:tcPr>
            <w:tcW w:w="3408" w:type="dxa"/>
            <w:vAlign w:val="center"/>
          </w:tcPr>
          <w:p w14:paraId="69DC881D" w14:textId="77777777" w:rsidR="000E4AB2" w:rsidRDefault="00000000">
            <w:r>
              <w:rPr>
                <w:sz w:val="16"/>
              </w:rPr>
              <w:t xml:space="preserve"> </w:t>
            </w:r>
          </w:p>
        </w:tc>
        <w:tc>
          <w:tcPr>
            <w:tcW w:w="3408" w:type="dxa"/>
            <w:vAlign w:val="center"/>
          </w:tcPr>
          <w:p w14:paraId="4C5EAC35" w14:textId="77777777" w:rsidR="000E4AB2" w:rsidRDefault="00000000">
            <w:r>
              <w:rPr>
                <w:sz w:val="16"/>
              </w:rPr>
              <w:t xml:space="preserve"> </w:t>
            </w:r>
          </w:p>
        </w:tc>
      </w:tr>
    </w:tbl>
    <w:p w14:paraId="372B143A" w14:textId="77777777" w:rsidR="000E4AB2" w:rsidRDefault="00000000">
      <w:pPr>
        <w:pStyle w:val="Heading2"/>
      </w:pPr>
      <w:bookmarkStart w:id="40" w:name="_Toc240137311"/>
      <w:r>
        <w:t>External / statutory notification review</w:t>
      </w:r>
      <w:bookmarkEnd w:id="40"/>
    </w:p>
    <w:tbl>
      <w:tblPr>
        <w:tblStyle w:val="TableGrid"/>
        <w:tblW w:w="0" w:type="auto"/>
        <w:jc w:val="center"/>
        <w:tblLook w:val="04A0" w:firstRow="1" w:lastRow="0" w:firstColumn="1" w:lastColumn="0" w:noHBand="0" w:noVBand="1"/>
      </w:tblPr>
      <w:tblGrid>
        <w:gridCol w:w="5112"/>
        <w:gridCol w:w="5112"/>
      </w:tblGrid>
      <w:tr w:rsidR="000E4AB2" w14:paraId="26A1939D" w14:textId="77777777">
        <w:trPr>
          <w:jc w:val="center"/>
        </w:trPr>
        <w:tc>
          <w:tcPr>
            <w:tcW w:w="5112" w:type="dxa"/>
            <w:shd w:val="clear" w:color="auto" w:fill="D9EAF7"/>
            <w:vAlign w:val="center"/>
          </w:tcPr>
          <w:p w14:paraId="0AB3CFBD" w14:textId="77777777" w:rsidR="000E4AB2" w:rsidRDefault="00000000">
            <w:r>
              <w:rPr>
                <w:b/>
                <w:sz w:val="16"/>
              </w:rPr>
              <w:t>Question</w:t>
            </w:r>
          </w:p>
        </w:tc>
        <w:tc>
          <w:tcPr>
            <w:tcW w:w="5112" w:type="dxa"/>
            <w:shd w:val="clear" w:color="auto" w:fill="D9EAF7"/>
            <w:vAlign w:val="center"/>
          </w:tcPr>
          <w:p w14:paraId="2F3530E5" w14:textId="77777777" w:rsidR="000E4AB2" w:rsidRDefault="00000000">
            <w:r>
              <w:rPr>
                <w:b/>
                <w:sz w:val="16"/>
              </w:rPr>
              <w:t>Response / details</w:t>
            </w:r>
          </w:p>
        </w:tc>
      </w:tr>
      <w:tr w:rsidR="000E4AB2" w14:paraId="39887EAF" w14:textId="77777777">
        <w:trPr>
          <w:jc w:val="center"/>
        </w:trPr>
        <w:tc>
          <w:tcPr>
            <w:tcW w:w="5112" w:type="dxa"/>
            <w:vAlign w:val="center"/>
          </w:tcPr>
          <w:p w14:paraId="1FA8C062" w14:textId="77777777" w:rsidR="000E4AB2" w:rsidRDefault="00000000">
            <w:r>
              <w:rPr>
                <w:b/>
                <w:sz w:val="17"/>
              </w:rPr>
              <w:t>Could this be a WHS/OHS notifiable incident? (Yes / No / Requires review)</w:t>
            </w:r>
          </w:p>
        </w:tc>
        <w:tc>
          <w:tcPr>
            <w:tcW w:w="5112" w:type="dxa"/>
            <w:vAlign w:val="center"/>
          </w:tcPr>
          <w:p w14:paraId="27E93AFB" w14:textId="77777777" w:rsidR="000E4AB2" w:rsidRDefault="00000000">
            <w:r>
              <w:rPr>
                <w:sz w:val="17"/>
              </w:rPr>
              <w:t xml:space="preserve"> </w:t>
            </w:r>
          </w:p>
        </w:tc>
      </w:tr>
      <w:tr w:rsidR="000E4AB2" w14:paraId="11B35CBD" w14:textId="77777777">
        <w:trPr>
          <w:jc w:val="center"/>
        </w:trPr>
        <w:tc>
          <w:tcPr>
            <w:tcW w:w="5112" w:type="dxa"/>
            <w:vAlign w:val="center"/>
          </w:tcPr>
          <w:p w14:paraId="4470CEB3" w14:textId="77777777" w:rsidR="000E4AB2" w:rsidRDefault="00000000">
            <w:r>
              <w:rPr>
                <w:b/>
                <w:sz w:val="17"/>
              </w:rPr>
              <w:t>Relevant regulator</w:t>
            </w:r>
          </w:p>
        </w:tc>
        <w:tc>
          <w:tcPr>
            <w:tcW w:w="5112" w:type="dxa"/>
            <w:vAlign w:val="center"/>
          </w:tcPr>
          <w:p w14:paraId="36B67BAD" w14:textId="77777777" w:rsidR="000E4AB2" w:rsidRDefault="00000000">
            <w:r>
              <w:rPr>
                <w:sz w:val="17"/>
              </w:rPr>
              <w:t xml:space="preserve"> </w:t>
            </w:r>
          </w:p>
        </w:tc>
      </w:tr>
      <w:tr w:rsidR="000E4AB2" w14:paraId="586BB484" w14:textId="77777777">
        <w:trPr>
          <w:jc w:val="center"/>
        </w:trPr>
        <w:tc>
          <w:tcPr>
            <w:tcW w:w="5112" w:type="dxa"/>
            <w:vAlign w:val="center"/>
          </w:tcPr>
          <w:p w14:paraId="28F97DAD" w14:textId="77777777" w:rsidR="000E4AB2" w:rsidRDefault="00000000">
            <w:r>
              <w:rPr>
                <w:b/>
                <w:sz w:val="17"/>
              </w:rPr>
              <w:t>Responsible duty holder / notifier</w:t>
            </w:r>
          </w:p>
        </w:tc>
        <w:tc>
          <w:tcPr>
            <w:tcW w:w="5112" w:type="dxa"/>
            <w:vAlign w:val="center"/>
          </w:tcPr>
          <w:p w14:paraId="06572679" w14:textId="77777777" w:rsidR="000E4AB2" w:rsidRDefault="00000000">
            <w:r>
              <w:rPr>
                <w:sz w:val="17"/>
              </w:rPr>
              <w:t xml:space="preserve"> </w:t>
            </w:r>
          </w:p>
        </w:tc>
      </w:tr>
      <w:tr w:rsidR="000E4AB2" w14:paraId="006A9301" w14:textId="77777777">
        <w:trPr>
          <w:jc w:val="center"/>
        </w:trPr>
        <w:tc>
          <w:tcPr>
            <w:tcW w:w="5112" w:type="dxa"/>
            <w:vAlign w:val="center"/>
          </w:tcPr>
          <w:p w14:paraId="36F90D83" w14:textId="77777777" w:rsidR="000E4AB2" w:rsidRDefault="00000000">
            <w:r>
              <w:rPr>
                <w:b/>
                <w:sz w:val="17"/>
              </w:rPr>
              <w:t>Notification date/time</w:t>
            </w:r>
          </w:p>
        </w:tc>
        <w:tc>
          <w:tcPr>
            <w:tcW w:w="5112" w:type="dxa"/>
            <w:vAlign w:val="center"/>
          </w:tcPr>
          <w:p w14:paraId="0B88211A" w14:textId="77777777" w:rsidR="000E4AB2" w:rsidRDefault="00000000">
            <w:r>
              <w:rPr>
                <w:sz w:val="17"/>
              </w:rPr>
              <w:t xml:space="preserve"> </w:t>
            </w:r>
          </w:p>
        </w:tc>
      </w:tr>
      <w:tr w:rsidR="000E4AB2" w14:paraId="3E465CCE" w14:textId="77777777">
        <w:trPr>
          <w:jc w:val="center"/>
        </w:trPr>
        <w:tc>
          <w:tcPr>
            <w:tcW w:w="5112" w:type="dxa"/>
            <w:vAlign w:val="center"/>
          </w:tcPr>
          <w:p w14:paraId="13963574" w14:textId="77777777" w:rsidR="000E4AB2" w:rsidRDefault="00000000">
            <w:r>
              <w:rPr>
                <w:b/>
                <w:sz w:val="17"/>
              </w:rPr>
              <w:t>Site preservation required / action taken</w:t>
            </w:r>
          </w:p>
        </w:tc>
        <w:tc>
          <w:tcPr>
            <w:tcW w:w="5112" w:type="dxa"/>
            <w:vAlign w:val="center"/>
          </w:tcPr>
          <w:p w14:paraId="048D5D71" w14:textId="77777777" w:rsidR="000E4AB2" w:rsidRDefault="00000000">
            <w:r>
              <w:rPr>
                <w:sz w:val="17"/>
              </w:rPr>
              <w:t xml:space="preserve"> </w:t>
            </w:r>
          </w:p>
        </w:tc>
      </w:tr>
      <w:tr w:rsidR="000E4AB2" w14:paraId="3DBECD75" w14:textId="77777777">
        <w:trPr>
          <w:jc w:val="center"/>
        </w:trPr>
        <w:tc>
          <w:tcPr>
            <w:tcW w:w="5112" w:type="dxa"/>
            <w:vAlign w:val="center"/>
          </w:tcPr>
          <w:p w14:paraId="2C631521" w14:textId="77777777" w:rsidR="000E4AB2" w:rsidRDefault="00000000">
            <w:r>
              <w:rPr>
                <w:b/>
                <w:sz w:val="17"/>
              </w:rPr>
              <w:t>Other pathways: veterinary / animal welfare / insurer / professional / organisational / other</w:t>
            </w:r>
          </w:p>
        </w:tc>
        <w:tc>
          <w:tcPr>
            <w:tcW w:w="5112" w:type="dxa"/>
            <w:vAlign w:val="center"/>
          </w:tcPr>
          <w:p w14:paraId="702E5D51" w14:textId="77777777" w:rsidR="000E4AB2" w:rsidRDefault="00000000">
            <w:r>
              <w:rPr>
                <w:sz w:val="17"/>
              </w:rPr>
              <w:t xml:space="preserve"> </w:t>
            </w:r>
          </w:p>
        </w:tc>
      </w:tr>
    </w:tbl>
    <w:p w14:paraId="5BDCE409" w14:textId="77777777" w:rsidR="000E4AB2" w:rsidRDefault="00000000">
      <w:pPr>
        <w:pStyle w:val="TemplateInstruction"/>
      </w:pPr>
      <w:r>
        <w:t>Internal reporting and statutory WHS/OHS notification are separate processes. Animal injury or illness is not automatically a WHS-notifiable incident; consider all relevant reporting pathways.</w:t>
      </w:r>
    </w:p>
    <w:p w14:paraId="442501A4" w14:textId="77777777" w:rsidR="000E4AB2" w:rsidRDefault="00000000">
      <w:r>
        <w:br w:type="page"/>
      </w:r>
    </w:p>
    <w:p w14:paraId="5ABCB848" w14:textId="77777777" w:rsidR="000E4AB2" w:rsidRDefault="00000000">
      <w:pPr>
        <w:pStyle w:val="Heading1"/>
      </w:pPr>
      <w:bookmarkStart w:id="41" w:name="_Toc240137312"/>
      <w:r>
        <w:lastRenderedPageBreak/>
        <w:t>Template 14: WHS Near Miss Report</w:t>
      </w:r>
      <w:bookmarkEnd w:id="41"/>
    </w:p>
    <w:p w14:paraId="14F69BD8" w14:textId="77777777" w:rsidR="000E4AB2" w:rsidRDefault="00000000">
      <w:r>
        <w:rPr>
          <w:b/>
        </w:rPr>
        <w:t xml:space="preserve">Purpose: </w:t>
      </w:r>
      <w:r>
        <w:t>Capture events that could have caused harm and use them for prevention and system learning.</w:t>
      </w:r>
    </w:p>
    <w:p w14:paraId="53C56058" w14:textId="77777777" w:rsidR="000E4AB2" w:rsidRDefault="00000000">
      <w:r>
        <w:rPr>
          <w:b/>
        </w:rPr>
        <w:t xml:space="preserve">Assessment use: </w:t>
      </w:r>
      <w:r>
        <w:t>Core/optional incident-learning resource.</w:t>
      </w:r>
    </w:p>
    <w:p w14:paraId="560DF69F"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70BB05C1" w14:textId="77777777" w:rsidR="000E4AB2" w:rsidRDefault="00000000">
      <w:r>
        <w:rPr>
          <w:b/>
        </w:rPr>
        <w:t xml:space="preserve">Date/time: </w:t>
      </w:r>
      <w:r>
        <w:t>________________________________________________________________________________</w:t>
      </w:r>
    </w:p>
    <w:p w14:paraId="51D8AEB4" w14:textId="77777777" w:rsidR="000E4AB2" w:rsidRDefault="00000000">
      <w:r>
        <w:rPr>
          <w:b/>
        </w:rPr>
        <w:t xml:space="preserve">Location: </w:t>
      </w:r>
      <w:r>
        <w:t>________________________________________________________________________________</w:t>
      </w:r>
    </w:p>
    <w:p w14:paraId="00B31752" w14:textId="77777777" w:rsidR="000E4AB2" w:rsidRDefault="00000000">
      <w:r>
        <w:rPr>
          <w:b/>
        </w:rPr>
        <w:t xml:space="preserve">Reported by: </w:t>
      </w:r>
      <w:r>
        <w:t>________________________________________________________________________________</w:t>
      </w:r>
    </w:p>
    <w:p w14:paraId="719255CA" w14:textId="77777777" w:rsidR="000E4AB2" w:rsidRDefault="00000000">
      <w:r>
        <w:rPr>
          <w:b/>
        </w:rPr>
        <w:t xml:space="preserve">Activity underway: </w:t>
      </w:r>
      <w:r>
        <w:t>________________________________________________________________________________</w:t>
      </w:r>
    </w:p>
    <w:p w14:paraId="15F21EA6" w14:textId="77777777" w:rsidR="000E4AB2" w:rsidRDefault="00000000">
      <w:pPr>
        <w:pStyle w:val="Heading2"/>
      </w:pPr>
      <w:bookmarkStart w:id="42" w:name="_Toc240137313"/>
      <w:r>
        <w:t>What nearly happened?</w:t>
      </w:r>
      <w:bookmarkEnd w:id="42"/>
    </w:p>
    <w:p w14:paraId="048E737E" w14:textId="77777777" w:rsidR="000E4AB2" w:rsidRDefault="00000000">
      <w:r>
        <w:br/>
      </w:r>
      <w:r>
        <w:br/>
      </w:r>
    </w:p>
    <w:tbl>
      <w:tblPr>
        <w:tblStyle w:val="TableGrid"/>
        <w:tblW w:w="0" w:type="auto"/>
        <w:jc w:val="center"/>
        <w:tblLook w:val="04A0" w:firstRow="1" w:lastRow="0" w:firstColumn="1" w:lastColumn="0" w:noHBand="0" w:noVBand="1"/>
      </w:tblPr>
      <w:tblGrid>
        <w:gridCol w:w="2556"/>
        <w:gridCol w:w="2556"/>
        <w:gridCol w:w="2556"/>
        <w:gridCol w:w="2556"/>
      </w:tblGrid>
      <w:tr w:rsidR="000E4AB2" w14:paraId="03139F06" w14:textId="77777777">
        <w:trPr>
          <w:jc w:val="center"/>
        </w:trPr>
        <w:tc>
          <w:tcPr>
            <w:tcW w:w="2556" w:type="dxa"/>
            <w:shd w:val="clear" w:color="auto" w:fill="D9EAF7"/>
            <w:vAlign w:val="center"/>
          </w:tcPr>
          <w:p w14:paraId="67F14A30" w14:textId="77777777" w:rsidR="000E4AB2" w:rsidRDefault="00000000">
            <w:r>
              <w:rPr>
                <w:b/>
                <w:sz w:val="16"/>
              </w:rPr>
              <w:t>Potentially affected</w:t>
            </w:r>
          </w:p>
        </w:tc>
        <w:tc>
          <w:tcPr>
            <w:tcW w:w="2556" w:type="dxa"/>
            <w:shd w:val="clear" w:color="auto" w:fill="D9EAF7"/>
            <w:vAlign w:val="center"/>
          </w:tcPr>
          <w:p w14:paraId="2EB81417" w14:textId="77777777" w:rsidR="000E4AB2" w:rsidRDefault="00000000">
            <w:r>
              <w:rPr>
                <w:b/>
                <w:sz w:val="16"/>
              </w:rPr>
              <w:t>Potential consequence</w:t>
            </w:r>
          </w:p>
        </w:tc>
        <w:tc>
          <w:tcPr>
            <w:tcW w:w="2556" w:type="dxa"/>
            <w:shd w:val="clear" w:color="auto" w:fill="D9EAF7"/>
            <w:vAlign w:val="center"/>
          </w:tcPr>
          <w:p w14:paraId="66E78B79" w14:textId="77777777" w:rsidR="000E4AB2" w:rsidRDefault="00000000">
            <w:r>
              <w:rPr>
                <w:b/>
                <w:sz w:val="16"/>
              </w:rPr>
              <w:t>Existing controls</w:t>
            </w:r>
          </w:p>
        </w:tc>
        <w:tc>
          <w:tcPr>
            <w:tcW w:w="2556" w:type="dxa"/>
            <w:shd w:val="clear" w:color="auto" w:fill="D9EAF7"/>
            <w:vAlign w:val="center"/>
          </w:tcPr>
          <w:p w14:paraId="5BDE87FB" w14:textId="77777777" w:rsidR="000E4AB2" w:rsidRDefault="00000000">
            <w:r>
              <w:rPr>
                <w:b/>
                <w:sz w:val="16"/>
              </w:rPr>
              <w:t>Immediate action taken</w:t>
            </w:r>
          </w:p>
        </w:tc>
      </w:tr>
      <w:tr w:rsidR="000E4AB2" w14:paraId="21099D87" w14:textId="77777777">
        <w:trPr>
          <w:jc w:val="center"/>
        </w:trPr>
        <w:tc>
          <w:tcPr>
            <w:tcW w:w="2556" w:type="dxa"/>
            <w:vAlign w:val="center"/>
          </w:tcPr>
          <w:p w14:paraId="22C85FCE" w14:textId="77777777" w:rsidR="000E4AB2" w:rsidRDefault="00000000">
            <w:r>
              <w:rPr>
                <w:sz w:val="16"/>
              </w:rPr>
              <w:t xml:space="preserve"> </w:t>
            </w:r>
          </w:p>
        </w:tc>
        <w:tc>
          <w:tcPr>
            <w:tcW w:w="2556" w:type="dxa"/>
            <w:vAlign w:val="center"/>
          </w:tcPr>
          <w:p w14:paraId="7C102545" w14:textId="77777777" w:rsidR="000E4AB2" w:rsidRDefault="00000000">
            <w:r>
              <w:rPr>
                <w:sz w:val="16"/>
              </w:rPr>
              <w:t xml:space="preserve"> </w:t>
            </w:r>
          </w:p>
        </w:tc>
        <w:tc>
          <w:tcPr>
            <w:tcW w:w="2556" w:type="dxa"/>
            <w:vAlign w:val="center"/>
          </w:tcPr>
          <w:p w14:paraId="1272CB32" w14:textId="77777777" w:rsidR="000E4AB2" w:rsidRDefault="00000000">
            <w:r>
              <w:rPr>
                <w:sz w:val="16"/>
              </w:rPr>
              <w:t xml:space="preserve"> </w:t>
            </w:r>
          </w:p>
        </w:tc>
        <w:tc>
          <w:tcPr>
            <w:tcW w:w="2556" w:type="dxa"/>
            <w:vAlign w:val="center"/>
          </w:tcPr>
          <w:p w14:paraId="58E9EBD8" w14:textId="77777777" w:rsidR="000E4AB2" w:rsidRDefault="00000000">
            <w:r>
              <w:rPr>
                <w:sz w:val="16"/>
              </w:rPr>
              <w:t xml:space="preserve"> </w:t>
            </w:r>
          </w:p>
        </w:tc>
      </w:tr>
      <w:tr w:rsidR="000E4AB2" w14:paraId="5E34BE86" w14:textId="77777777">
        <w:trPr>
          <w:jc w:val="center"/>
        </w:trPr>
        <w:tc>
          <w:tcPr>
            <w:tcW w:w="2556" w:type="dxa"/>
            <w:vAlign w:val="center"/>
          </w:tcPr>
          <w:p w14:paraId="08ED18A4" w14:textId="77777777" w:rsidR="000E4AB2" w:rsidRDefault="00000000">
            <w:r>
              <w:rPr>
                <w:sz w:val="16"/>
              </w:rPr>
              <w:t xml:space="preserve"> </w:t>
            </w:r>
          </w:p>
        </w:tc>
        <w:tc>
          <w:tcPr>
            <w:tcW w:w="2556" w:type="dxa"/>
            <w:vAlign w:val="center"/>
          </w:tcPr>
          <w:p w14:paraId="0AD701D4" w14:textId="77777777" w:rsidR="000E4AB2" w:rsidRDefault="00000000">
            <w:r>
              <w:rPr>
                <w:sz w:val="16"/>
              </w:rPr>
              <w:t xml:space="preserve"> </w:t>
            </w:r>
          </w:p>
        </w:tc>
        <w:tc>
          <w:tcPr>
            <w:tcW w:w="2556" w:type="dxa"/>
            <w:vAlign w:val="center"/>
          </w:tcPr>
          <w:p w14:paraId="756DE8F8" w14:textId="77777777" w:rsidR="000E4AB2" w:rsidRDefault="00000000">
            <w:r>
              <w:rPr>
                <w:sz w:val="16"/>
              </w:rPr>
              <w:t xml:space="preserve"> </w:t>
            </w:r>
          </w:p>
        </w:tc>
        <w:tc>
          <w:tcPr>
            <w:tcW w:w="2556" w:type="dxa"/>
            <w:vAlign w:val="center"/>
          </w:tcPr>
          <w:p w14:paraId="148F72D3" w14:textId="77777777" w:rsidR="000E4AB2" w:rsidRDefault="00000000">
            <w:r>
              <w:rPr>
                <w:sz w:val="16"/>
              </w:rPr>
              <w:t xml:space="preserve"> </w:t>
            </w:r>
          </w:p>
        </w:tc>
      </w:tr>
      <w:tr w:rsidR="000E4AB2" w14:paraId="1A8CB890" w14:textId="77777777">
        <w:trPr>
          <w:jc w:val="center"/>
        </w:trPr>
        <w:tc>
          <w:tcPr>
            <w:tcW w:w="2556" w:type="dxa"/>
            <w:vAlign w:val="center"/>
          </w:tcPr>
          <w:p w14:paraId="287E0B86" w14:textId="77777777" w:rsidR="000E4AB2" w:rsidRDefault="00000000">
            <w:r>
              <w:rPr>
                <w:sz w:val="16"/>
              </w:rPr>
              <w:t xml:space="preserve"> </w:t>
            </w:r>
          </w:p>
        </w:tc>
        <w:tc>
          <w:tcPr>
            <w:tcW w:w="2556" w:type="dxa"/>
            <w:vAlign w:val="center"/>
          </w:tcPr>
          <w:p w14:paraId="068CDC4A" w14:textId="77777777" w:rsidR="000E4AB2" w:rsidRDefault="00000000">
            <w:r>
              <w:rPr>
                <w:sz w:val="16"/>
              </w:rPr>
              <w:t xml:space="preserve"> </w:t>
            </w:r>
          </w:p>
        </w:tc>
        <w:tc>
          <w:tcPr>
            <w:tcW w:w="2556" w:type="dxa"/>
            <w:vAlign w:val="center"/>
          </w:tcPr>
          <w:p w14:paraId="64EBB6BB" w14:textId="77777777" w:rsidR="000E4AB2" w:rsidRDefault="00000000">
            <w:r>
              <w:rPr>
                <w:sz w:val="16"/>
              </w:rPr>
              <w:t xml:space="preserve"> </w:t>
            </w:r>
          </w:p>
        </w:tc>
        <w:tc>
          <w:tcPr>
            <w:tcW w:w="2556" w:type="dxa"/>
            <w:vAlign w:val="center"/>
          </w:tcPr>
          <w:p w14:paraId="41CE1873" w14:textId="77777777" w:rsidR="000E4AB2" w:rsidRDefault="00000000">
            <w:r>
              <w:rPr>
                <w:sz w:val="16"/>
              </w:rPr>
              <w:t xml:space="preserve"> </w:t>
            </w:r>
          </w:p>
        </w:tc>
      </w:tr>
      <w:tr w:rsidR="000E4AB2" w14:paraId="3FDAE792" w14:textId="77777777">
        <w:trPr>
          <w:jc w:val="center"/>
        </w:trPr>
        <w:tc>
          <w:tcPr>
            <w:tcW w:w="2556" w:type="dxa"/>
            <w:vAlign w:val="center"/>
          </w:tcPr>
          <w:p w14:paraId="23913C6A" w14:textId="77777777" w:rsidR="000E4AB2" w:rsidRDefault="00000000">
            <w:r>
              <w:rPr>
                <w:sz w:val="16"/>
              </w:rPr>
              <w:t xml:space="preserve"> </w:t>
            </w:r>
          </w:p>
        </w:tc>
        <w:tc>
          <w:tcPr>
            <w:tcW w:w="2556" w:type="dxa"/>
            <w:vAlign w:val="center"/>
          </w:tcPr>
          <w:p w14:paraId="15C768A8" w14:textId="77777777" w:rsidR="000E4AB2" w:rsidRDefault="00000000">
            <w:r>
              <w:rPr>
                <w:sz w:val="16"/>
              </w:rPr>
              <w:t xml:space="preserve"> </w:t>
            </w:r>
          </w:p>
        </w:tc>
        <w:tc>
          <w:tcPr>
            <w:tcW w:w="2556" w:type="dxa"/>
            <w:vAlign w:val="center"/>
          </w:tcPr>
          <w:p w14:paraId="1E06A6B6" w14:textId="77777777" w:rsidR="000E4AB2" w:rsidRDefault="00000000">
            <w:r>
              <w:rPr>
                <w:sz w:val="16"/>
              </w:rPr>
              <w:t xml:space="preserve"> </w:t>
            </w:r>
          </w:p>
        </w:tc>
        <w:tc>
          <w:tcPr>
            <w:tcW w:w="2556" w:type="dxa"/>
            <w:vAlign w:val="center"/>
          </w:tcPr>
          <w:p w14:paraId="00365802" w14:textId="77777777" w:rsidR="000E4AB2" w:rsidRDefault="00000000">
            <w:r>
              <w:rPr>
                <w:sz w:val="16"/>
              </w:rPr>
              <w:t xml:space="preserve"> </w:t>
            </w:r>
          </w:p>
        </w:tc>
      </w:tr>
    </w:tbl>
    <w:p w14:paraId="4BF29146" w14:textId="77777777" w:rsidR="000E4AB2" w:rsidRDefault="00000000">
      <w:pPr>
        <w:pStyle w:val="Heading2"/>
      </w:pPr>
      <w:bookmarkStart w:id="43" w:name="_Toc240137314"/>
      <w:r>
        <w:t>Contributing factors</w:t>
      </w:r>
      <w:bookmarkEnd w:id="43"/>
    </w:p>
    <w:p w14:paraId="33BC0C5D" w14:textId="77777777" w:rsidR="000E4AB2" w:rsidRDefault="00000000">
      <w:r>
        <w:t>☐ Environment</w:t>
      </w:r>
    </w:p>
    <w:p w14:paraId="50330EC5" w14:textId="77777777" w:rsidR="000E4AB2" w:rsidRDefault="00000000">
      <w:r>
        <w:t>☐ Equipment</w:t>
      </w:r>
    </w:p>
    <w:p w14:paraId="51CA843E" w14:textId="77777777" w:rsidR="000E4AB2" w:rsidRDefault="00000000">
      <w:r>
        <w:t>☐ Work design</w:t>
      </w:r>
    </w:p>
    <w:p w14:paraId="61400ED8" w14:textId="77777777" w:rsidR="000E4AB2" w:rsidRDefault="00000000">
      <w:r>
        <w:t>☐ Communication</w:t>
      </w:r>
    </w:p>
    <w:p w14:paraId="718669E1" w14:textId="77777777" w:rsidR="000E4AB2" w:rsidRDefault="00000000">
      <w:r>
        <w:t>☐ Training/competency</w:t>
      </w:r>
    </w:p>
    <w:p w14:paraId="4C98CEC7" w14:textId="77777777" w:rsidR="000E4AB2" w:rsidRDefault="00000000">
      <w:r>
        <w:t>☐ Animal behaviour/welfare</w:t>
      </w:r>
    </w:p>
    <w:p w14:paraId="1D4193D1" w14:textId="77777777" w:rsidR="000E4AB2" w:rsidRDefault="00000000">
      <w:r>
        <w:t>☐ Third party</w:t>
      </w:r>
    </w:p>
    <w:p w14:paraId="77D08580" w14:textId="77777777" w:rsidR="000E4AB2" w:rsidRDefault="00000000">
      <w:r>
        <w:t>☐ Fatigue/workload</w:t>
      </w:r>
    </w:p>
    <w:p w14:paraId="159E71C5" w14:textId="77777777" w:rsidR="000E4AB2" w:rsidRDefault="00000000">
      <w:r>
        <w:t>☐ Procedure/system gap</w:t>
      </w:r>
    </w:p>
    <w:p w14:paraId="7A7F4630" w14:textId="77777777" w:rsidR="000E4AB2" w:rsidRDefault="00000000">
      <w:r>
        <w:t>☐ Other</w:t>
      </w:r>
    </w:p>
    <w:p w14:paraId="7FB4A568" w14:textId="77777777" w:rsidR="000E4AB2" w:rsidRDefault="00000000">
      <w:r>
        <w:rPr>
          <w:b/>
        </w:rPr>
        <w:t xml:space="preserve">Recommended follow-up: </w:t>
      </w:r>
      <w:r>
        <w:t>________________________________________________________________________________</w:t>
      </w:r>
    </w:p>
    <w:p w14:paraId="503A7E4B" w14:textId="77777777" w:rsidR="000E4AB2" w:rsidRDefault="00000000">
      <w:r>
        <w:rPr>
          <w:b/>
        </w:rPr>
        <w:t xml:space="preserve">Responsible person / review date: </w:t>
      </w:r>
      <w:r>
        <w:t>________________________________________________________________________________</w:t>
      </w:r>
    </w:p>
    <w:p w14:paraId="6F0BD24B" w14:textId="77777777" w:rsidR="000E4AB2" w:rsidRDefault="00000000">
      <w:r>
        <w:br w:type="page"/>
      </w:r>
    </w:p>
    <w:p w14:paraId="338F794A" w14:textId="77777777" w:rsidR="000E4AB2" w:rsidRDefault="00000000">
      <w:pPr>
        <w:pStyle w:val="Heading1"/>
      </w:pPr>
      <w:bookmarkStart w:id="44" w:name="_Toc240137315"/>
      <w:r>
        <w:lastRenderedPageBreak/>
        <w:t>Template 15: Incident Investigation and Root Cause Analysis</w:t>
      </w:r>
      <w:bookmarkEnd w:id="44"/>
    </w:p>
    <w:p w14:paraId="222CD10B" w14:textId="77777777" w:rsidR="000E4AB2" w:rsidRDefault="00000000">
      <w:r>
        <w:rPr>
          <w:b/>
        </w:rPr>
        <w:t xml:space="preserve">Purpose: </w:t>
      </w:r>
      <w:r>
        <w:t>Investigate an incident or near miss to identify immediate, contributing and systemic factors and support prevention.</w:t>
      </w:r>
    </w:p>
    <w:p w14:paraId="2C5C5F93" w14:textId="77777777" w:rsidR="000E4AB2" w:rsidRDefault="00000000">
      <w:r>
        <w:rPr>
          <w:b/>
        </w:rPr>
        <w:t xml:space="preserve">Assessment use: </w:t>
      </w:r>
      <w:r>
        <w:t>Core Unit 1 resource for the applied incident analysis.</w:t>
      </w:r>
    </w:p>
    <w:p w14:paraId="6ECB564D"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09BAC841" w14:textId="77777777" w:rsidR="000E4AB2" w:rsidRDefault="00000000">
      <w:r>
        <w:rPr>
          <w:b/>
        </w:rPr>
        <w:t xml:space="preserve">Incident reference: </w:t>
      </w:r>
      <w:r>
        <w:t>________________________________________________________________________________</w:t>
      </w:r>
    </w:p>
    <w:p w14:paraId="5DA117E4" w14:textId="77777777" w:rsidR="000E4AB2" w:rsidRDefault="00000000">
      <w:r>
        <w:rPr>
          <w:b/>
        </w:rPr>
        <w:t xml:space="preserve">Investigator(s): </w:t>
      </w:r>
      <w:r>
        <w:t>________________________________________________________________________________</w:t>
      </w:r>
    </w:p>
    <w:p w14:paraId="081E5B1A" w14:textId="77777777" w:rsidR="000E4AB2" w:rsidRDefault="00000000">
      <w:r>
        <w:rPr>
          <w:b/>
        </w:rPr>
        <w:t xml:space="preserve">Date investigation commenced: </w:t>
      </w:r>
      <w:r>
        <w:t>________________________________________________________________________________</w:t>
      </w:r>
    </w:p>
    <w:p w14:paraId="0F999CAF" w14:textId="77777777" w:rsidR="000E4AB2" w:rsidRDefault="00000000">
      <w:pPr>
        <w:pStyle w:val="Heading2"/>
      </w:pPr>
      <w:bookmarkStart w:id="45" w:name="_Toc240137316"/>
      <w:r>
        <w:t>Event summary and evidence</w:t>
      </w:r>
      <w:bookmarkEnd w:id="45"/>
    </w:p>
    <w:tbl>
      <w:tblPr>
        <w:tblStyle w:val="TableGrid"/>
        <w:tblW w:w="0" w:type="auto"/>
        <w:jc w:val="center"/>
        <w:tblLook w:val="04A0" w:firstRow="1" w:lastRow="0" w:firstColumn="1" w:lastColumn="0" w:noHBand="0" w:noVBand="1"/>
      </w:tblPr>
      <w:tblGrid>
        <w:gridCol w:w="5112"/>
        <w:gridCol w:w="5112"/>
      </w:tblGrid>
      <w:tr w:rsidR="000E4AB2" w14:paraId="382AE4CC" w14:textId="77777777">
        <w:trPr>
          <w:jc w:val="center"/>
        </w:trPr>
        <w:tc>
          <w:tcPr>
            <w:tcW w:w="5112" w:type="dxa"/>
            <w:shd w:val="clear" w:color="auto" w:fill="D9EAF7"/>
            <w:vAlign w:val="center"/>
          </w:tcPr>
          <w:p w14:paraId="131CADCF" w14:textId="77777777" w:rsidR="000E4AB2" w:rsidRDefault="00000000">
            <w:r>
              <w:rPr>
                <w:b/>
                <w:sz w:val="16"/>
              </w:rPr>
              <w:t>Evidence source</w:t>
            </w:r>
          </w:p>
        </w:tc>
        <w:tc>
          <w:tcPr>
            <w:tcW w:w="5112" w:type="dxa"/>
            <w:shd w:val="clear" w:color="auto" w:fill="D9EAF7"/>
            <w:vAlign w:val="center"/>
          </w:tcPr>
          <w:p w14:paraId="4E449592" w14:textId="77777777" w:rsidR="000E4AB2" w:rsidRDefault="00000000">
            <w:r>
              <w:rPr>
                <w:b/>
                <w:sz w:val="16"/>
              </w:rPr>
              <w:t>Key information / finding</w:t>
            </w:r>
          </w:p>
        </w:tc>
      </w:tr>
      <w:tr w:rsidR="000E4AB2" w14:paraId="39B79720" w14:textId="77777777">
        <w:trPr>
          <w:jc w:val="center"/>
        </w:trPr>
        <w:tc>
          <w:tcPr>
            <w:tcW w:w="5112" w:type="dxa"/>
            <w:vAlign w:val="center"/>
          </w:tcPr>
          <w:p w14:paraId="60982905" w14:textId="77777777" w:rsidR="000E4AB2" w:rsidRDefault="00000000">
            <w:r>
              <w:rPr>
                <w:sz w:val="16"/>
              </w:rPr>
              <w:t xml:space="preserve"> </w:t>
            </w:r>
          </w:p>
        </w:tc>
        <w:tc>
          <w:tcPr>
            <w:tcW w:w="5112" w:type="dxa"/>
            <w:vAlign w:val="center"/>
          </w:tcPr>
          <w:p w14:paraId="486A8686" w14:textId="77777777" w:rsidR="000E4AB2" w:rsidRDefault="00000000">
            <w:r>
              <w:rPr>
                <w:sz w:val="16"/>
              </w:rPr>
              <w:t xml:space="preserve"> </w:t>
            </w:r>
          </w:p>
        </w:tc>
      </w:tr>
      <w:tr w:rsidR="000E4AB2" w14:paraId="3933A399" w14:textId="77777777">
        <w:trPr>
          <w:jc w:val="center"/>
        </w:trPr>
        <w:tc>
          <w:tcPr>
            <w:tcW w:w="5112" w:type="dxa"/>
            <w:vAlign w:val="center"/>
          </w:tcPr>
          <w:p w14:paraId="532D754D" w14:textId="77777777" w:rsidR="000E4AB2" w:rsidRDefault="00000000">
            <w:r>
              <w:rPr>
                <w:sz w:val="16"/>
              </w:rPr>
              <w:t xml:space="preserve"> </w:t>
            </w:r>
          </w:p>
        </w:tc>
        <w:tc>
          <w:tcPr>
            <w:tcW w:w="5112" w:type="dxa"/>
            <w:vAlign w:val="center"/>
          </w:tcPr>
          <w:p w14:paraId="11F9DA2D" w14:textId="77777777" w:rsidR="000E4AB2" w:rsidRDefault="00000000">
            <w:r>
              <w:rPr>
                <w:sz w:val="16"/>
              </w:rPr>
              <w:t xml:space="preserve"> </w:t>
            </w:r>
          </w:p>
        </w:tc>
      </w:tr>
      <w:tr w:rsidR="000E4AB2" w14:paraId="2D30561D" w14:textId="77777777">
        <w:trPr>
          <w:jc w:val="center"/>
        </w:trPr>
        <w:tc>
          <w:tcPr>
            <w:tcW w:w="5112" w:type="dxa"/>
            <w:vAlign w:val="center"/>
          </w:tcPr>
          <w:p w14:paraId="0D1807B7" w14:textId="77777777" w:rsidR="000E4AB2" w:rsidRDefault="00000000">
            <w:r>
              <w:rPr>
                <w:sz w:val="16"/>
              </w:rPr>
              <w:t xml:space="preserve"> </w:t>
            </w:r>
          </w:p>
        </w:tc>
        <w:tc>
          <w:tcPr>
            <w:tcW w:w="5112" w:type="dxa"/>
            <w:vAlign w:val="center"/>
          </w:tcPr>
          <w:p w14:paraId="6DECB6DE" w14:textId="77777777" w:rsidR="000E4AB2" w:rsidRDefault="00000000">
            <w:r>
              <w:rPr>
                <w:sz w:val="16"/>
              </w:rPr>
              <w:t xml:space="preserve"> </w:t>
            </w:r>
          </w:p>
        </w:tc>
      </w:tr>
      <w:tr w:rsidR="000E4AB2" w14:paraId="74A0A147" w14:textId="77777777">
        <w:trPr>
          <w:jc w:val="center"/>
        </w:trPr>
        <w:tc>
          <w:tcPr>
            <w:tcW w:w="5112" w:type="dxa"/>
            <w:vAlign w:val="center"/>
          </w:tcPr>
          <w:p w14:paraId="32646CEE" w14:textId="77777777" w:rsidR="000E4AB2" w:rsidRDefault="00000000">
            <w:r>
              <w:rPr>
                <w:sz w:val="16"/>
              </w:rPr>
              <w:t xml:space="preserve"> </w:t>
            </w:r>
          </w:p>
        </w:tc>
        <w:tc>
          <w:tcPr>
            <w:tcW w:w="5112" w:type="dxa"/>
            <w:vAlign w:val="center"/>
          </w:tcPr>
          <w:p w14:paraId="51B3AA7F" w14:textId="77777777" w:rsidR="000E4AB2" w:rsidRDefault="00000000">
            <w:r>
              <w:rPr>
                <w:sz w:val="16"/>
              </w:rPr>
              <w:t xml:space="preserve"> </w:t>
            </w:r>
          </w:p>
        </w:tc>
      </w:tr>
      <w:tr w:rsidR="000E4AB2" w14:paraId="05C437EE" w14:textId="77777777">
        <w:trPr>
          <w:jc w:val="center"/>
        </w:trPr>
        <w:tc>
          <w:tcPr>
            <w:tcW w:w="5112" w:type="dxa"/>
            <w:vAlign w:val="center"/>
          </w:tcPr>
          <w:p w14:paraId="51580426" w14:textId="77777777" w:rsidR="000E4AB2" w:rsidRDefault="00000000">
            <w:r>
              <w:rPr>
                <w:sz w:val="16"/>
              </w:rPr>
              <w:t xml:space="preserve"> </w:t>
            </w:r>
          </w:p>
        </w:tc>
        <w:tc>
          <w:tcPr>
            <w:tcW w:w="5112" w:type="dxa"/>
            <w:vAlign w:val="center"/>
          </w:tcPr>
          <w:p w14:paraId="38A3FA40" w14:textId="77777777" w:rsidR="000E4AB2" w:rsidRDefault="00000000">
            <w:r>
              <w:rPr>
                <w:sz w:val="16"/>
              </w:rPr>
              <w:t xml:space="preserve"> </w:t>
            </w:r>
          </w:p>
        </w:tc>
      </w:tr>
    </w:tbl>
    <w:p w14:paraId="53A24E4C" w14:textId="77777777" w:rsidR="000E4AB2" w:rsidRDefault="00000000">
      <w:pPr>
        <w:pStyle w:val="Heading2"/>
      </w:pPr>
      <w:bookmarkStart w:id="46" w:name="_Toc240137317"/>
      <w:r>
        <w:t>Analysis</w:t>
      </w:r>
      <w:bookmarkEnd w:id="46"/>
    </w:p>
    <w:tbl>
      <w:tblPr>
        <w:tblStyle w:val="TableGrid"/>
        <w:tblW w:w="0" w:type="auto"/>
        <w:jc w:val="center"/>
        <w:tblLook w:val="04A0" w:firstRow="1" w:lastRow="0" w:firstColumn="1" w:lastColumn="0" w:noHBand="0" w:noVBand="1"/>
      </w:tblPr>
      <w:tblGrid>
        <w:gridCol w:w="5112"/>
        <w:gridCol w:w="5112"/>
      </w:tblGrid>
      <w:tr w:rsidR="000E4AB2" w14:paraId="074FFB80" w14:textId="77777777">
        <w:trPr>
          <w:jc w:val="center"/>
        </w:trPr>
        <w:tc>
          <w:tcPr>
            <w:tcW w:w="5112" w:type="dxa"/>
            <w:shd w:val="clear" w:color="auto" w:fill="D9EAF7"/>
            <w:vAlign w:val="center"/>
          </w:tcPr>
          <w:p w14:paraId="14A2933A" w14:textId="77777777" w:rsidR="000E4AB2" w:rsidRDefault="00000000">
            <w:r>
              <w:rPr>
                <w:b/>
                <w:sz w:val="16"/>
              </w:rPr>
              <w:t>Level</w:t>
            </w:r>
          </w:p>
        </w:tc>
        <w:tc>
          <w:tcPr>
            <w:tcW w:w="5112" w:type="dxa"/>
            <w:shd w:val="clear" w:color="auto" w:fill="D9EAF7"/>
            <w:vAlign w:val="center"/>
          </w:tcPr>
          <w:p w14:paraId="3BF6D4D6" w14:textId="77777777" w:rsidR="000E4AB2" w:rsidRDefault="00000000">
            <w:r>
              <w:rPr>
                <w:b/>
                <w:sz w:val="16"/>
              </w:rPr>
              <w:t>Findings</w:t>
            </w:r>
          </w:p>
        </w:tc>
      </w:tr>
      <w:tr w:rsidR="000E4AB2" w14:paraId="6E1E21BF" w14:textId="77777777">
        <w:trPr>
          <w:jc w:val="center"/>
        </w:trPr>
        <w:tc>
          <w:tcPr>
            <w:tcW w:w="5112" w:type="dxa"/>
            <w:vAlign w:val="center"/>
          </w:tcPr>
          <w:p w14:paraId="2270043D" w14:textId="77777777" w:rsidR="000E4AB2" w:rsidRDefault="00000000">
            <w:r>
              <w:rPr>
                <w:b/>
                <w:sz w:val="17"/>
              </w:rPr>
              <w:t>Immediate factors</w:t>
            </w:r>
          </w:p>
        </w:tc>
        <w:tc>
          <w:tcPr>
            <w:tcW w:w="5112" w:type="dxa"/>
            <w:vAlign w:val="center"/>
          </w:tcPr>
          <w:p w14:paraId="3E5F6E7A" w14:textId="77777777" w:rsidR="000E4AB2" w:rsidRDefault="00000000">
            <w:r>
              <w:rPr>
                <w:sz w:val="17"/>
              </w:rPr>
              <w:t xml:space="preserve"> </w:t>
            </w:r>
          </w:p>
        </w:tc>
      </w:tr>
      <w:tr w:rsidR="000E4AB2" w14:paraId="7B9C9618" w14:textId="77777777">
        <w:trPr>
          <w:jc w:val="center"/>
        </w:trPr>
        <w:tc>
          <w:tcPr>
            <w:tcW w:w="5112" w:type="dxa"/>
            <w:vAlign w:val="center"/>
          </w:tcPr>
          <w:p w14:paraId="15019E04" w14:textId="77777777" w:rsidR="000E4AB2" w:rsidRDefault="00000000">
            <w:r>
              <w:rPr>
                <w:b/>
                <w:sz w:val="17"/>
              </w:rPr>
              <w:t>Contributing factors</w:t>
            </w:r>
          </w:p>
        </w:tc>
        <w:tc>
          <w:tcPr>
            <w:tcW w:w="5112" w:type="dxa"/>
            <w:vAlign w:val="center"/>
          </w:tcPr>
          <w:p w14:paraId="7A17BC37" w14:textId="77777777" w:rsidR="000E4AB2" w:rsidRDefault="00000000">
            <w:r>
              <w:rPr>
                <w:sz w:val="17"/>
              </w:rPr>
              <w:t xml:space="preserve"> </w:t>
            </w:r>
          </w:p>
        </w:tc>
      </w:tr>
      <w:tr w:rsidR="000E4AB2" w14:paraId="0DE32A6A" w14:textId="77777777">
        <w:trPr>
          <w:jc w:val="center"/>
        </w:trPr>
        <w:tc>
          <w:tcPr>
            <w:tcW w:w="5112" w:type="dxa"/>
            <w:vAlign w:val="center"/>
          </w:tcPr>
          <w:p w14:paraId="41370A55" w14:textId="77777777" w:rsidR="000E4AB2" w:rsidRDefault="00000000">
            <w:r>
              <w:rPr>
                <w:b/>
                <w:sz w:val="17"/>
              </w:rPr>
              <w:t>Underlying / systemic factors</w:t>
            </w:r>
          </w:p>
        </w:tc>
        <w:tc>
          <w:tcPr>
            <w:tcW w:w="5112" w:type="dxa"/>
            <w:vAlign w:val="center"/>
          </w:tcPr>
          <w:p w14:paraId="77944334" w14:textId="77777777" w:rsidR="000E4AB2" w:rsidRDefault="00000000">
            <w:r>
              <w:rPr>
                <w:sz w:val="17"/>
              </w:rPr>
              <w:t xml:space="preserve"> </w:t>
            </w:r>
          </w:p>
        </w:tc>
      </w:tr>
      <w:tr w:rsidR="000E4AB2" w14:paraId="12AB405C" w14:textId="77777777">
        <w:trPr>
          <w:jc w:val="center"/>
        </w:trPr>
        <w:tc>
          <w:tcPr>
            <w:tcW w:w="5112" w:type="dxa"/>
            <w:vAlign w:val="center"/>
          </w:tcPr>
          <w:p w14:paraId="5EDED62F" w14:textId="77777777" w:rsidR="000E4AB2" w:rsidRDefault="00000000">
            <w:r>
              <w:rPr>
                <w:b/>
                <w:sz w:val="17"/>
              </w:rPr>
              <w:t>Root cause(s)</w:t>
            </w:r>
          </w:p>
        </w:tc>
        <w:tc>
          <w:tcPr>
            <w:tcW w:w="5112" w:type="dxa"/>
            <w:vAlign w:val="center"/>
          </w:tcPr>
          <w:p w14:paraId="25CBB353" w14:textId="77777777" w:rsidR="000E4AB2" w:rsidRDefault="00000000">
            <w:r>
              <w:rPr>
                <w:sz w:val="17"/>
              </w:rPr>
              <w:t xml:space="preserve"> </w:t>
            </w:r>
          </w:p>
        </w:tc>
      </w:tr>
      <w:tr w:rsidR="000E4AB2" w14:paraId="57F8B38C" w14:textId="77777777">
        <w:trPr>
          <w:jc w:val="center"/>
        </w:trPr>
        <w:tc>
          <w:tcPr>
            <w:tcW w:w="5112" w:type="dxa"/>
            <w:vAlign w:val="center"/>
          </w:tcPr>
          <w:p w14:paraId="4ED0CEA8" w14:textId="77777777" w:rsidR="000E4AB2" w:rsidRDefault="00000000">
            <w:r>
              <w:rPr>
                <w:b/>
                <w:sz w:val="17"/>
              </w:rPr>
              <w:t>Human / animal / environmental / organisational interactions</w:t>
            </w:r>
          </w:p>
        </w:tc>
        <w:tc>
          <w:tcPr>
            <w:tcW w:w="5112" w:type="dxa"/>
            <w:vAlign w:val="center"/>
          </w:tcPr>
          <w:p w14:paraId="3B94D694" w14:textId="77777777" w:rsidR="000E4AB2" w:rsidRDefault="00000000">
            <w:r>
              <w:rPr>
                <w:sz w:val="17"/>
              </w:rPr>
              <w:t xml:space="preserve"> </w:t>
            </w:r>
          </w:p>
        </w:tc>
      </w:tr>
    </w:tbl>
    <w:p w14:paraId="7B0CDC25" w14:textId="77777777" w:rsidR="000E4AB2" w:rsidRDefault="00000000">
      <w:pPr>
        <w:pStyle w:val="Heading2"/>
      </w:pPr>
      <w:bookmarkStart w:id="47" w:name="_Toc240137318"/>
      <w:r>
        <w:t>Actions</w:t>
      </w:r>
      <w:bookmarkEnd w:id="47"/>
    </w:p>
    <w:tbl>
      <w:tblPr>
        <w:tblStyle w:val="TableGrid"/>
        <w:tblW w:w="0" w:type="auto"/>
        <w:jc w:val="center"/>
        <w:tblLook w:val="04A0" w:firstRow="1" w:lastRow="0" w:firstColumn="1" w:lastColumn="0" w:noHBand="0" w:noVBand="1"/>
      </w:tblPr>
      <w:tblGrid>
        <w:gridCol w:w="2045"/>
        <w:gridCol w:w="2045"/>
        <w:gridCol w:w="2045"/>
        <w:gridCol w:w="2045"/>
        <w:gridCol w:w="2045"/>
      </w:tblGrid>
      <w:tr w:rsidR="000E4AB2" w14:paraId="299E4170" w14:textId="77777777">
        <w:trPr>
          <w:jc w:val="center"/>
        </w:trPr>
        <w:tc>
          <w:tcPr>
            <w:tcW w:w="2045" w:type="dxa"/>
            <w:shd w:val="clear" w:color="auto" w:fill="D9EAF7"/>
            <w:vAlign w:val="center"/>
          </w:tcPr>
          <w:p w14:paraId="376672ED" w14:textId="77777777" w:rsidR="000E4AB2" w:rsidRDefault="00000000">
            <w:r>
              <w:rPr>
                <w:b/>
                <w:sz w:val="16"/>
              </w:rPr>
              <w:t>Corrective / preventive action</w:t>
            </w:r>
          </w:p>
        </w:tc>
        <w:tc>
          <w:tcPr>
            <w:tcW w:w="2045" w:type="dxa"/>
            <w:shd w:val="clear" w:color="auto" w:fill="D9EAF7"/>
            <w:vAlign w:val="center"/>
          </w:tcPr>
          <w:p w14:paraId="7053AEC2" w14:textId="77777777" w:rsidR="000E4AB2" w:rsidRDefault="00000000">
            <w:r>
              <w:rPr>
                <w:b/>
                <w:sz w:val="16"/>
              </w:rPr>
              <w:t>Reason</w:t>
            </w:r>
          </w:p>
        </w:tc>
        <w:tc>
          <w:tcPr>
            <w:tcW w:w="2045" w:type="dxa"/>
            <w:shd w:val="clear" w:color="auto" w:fill="D9EAF7"/>
            <w:vAlign w:val="center"/>
          </w:tcPr>
          <w:p w14:paraId="55643F50" w14:textId="77777777" w:rsidR="000E4AB2" w:rsidRDefault="00000000">
            <w:r>
              <w:rPr>
                <w:b/>
                <w:sz w:val="16"/>
              </w:rPr>
              <w:t>Responsible person</w:t>
            </w:r>
          </w:p>
        </w:tc>
        <w:tc>
          <w:tcPr>
            <w:tcW w:w="2045" w:type="dxa"/>
            <w:shd w:val="clear" w:color="auto" w:fill="D9EAF7"/>
            <w:vAlign w:val="center"/>
          </w:tcPr>
          <w:p w14:paraId="01DDBD34" w14:textId="77777777" w:rsidR="000E4AB2" w:rsidRDefault="00000000">
            <w:r>
              <w:rPr>
                <w:b/>
                <w:sz w:val="16"/>
              </w:rPr>
              <w:t>Due date</w:t>
            </w:r>
          </w:p>
        </w:tc>
        <w:tc>
          <w:tcPr>
            <w:tcW w:w="2045" w:type="dxa"/>
            <w:shd w:val="clear" w:color="auto" w:fill="D9EAF7"/>
            <w:vAlign w:val="center"/>
          </w:tcPr>
          <w:p w14:paraId="32B01EE7" w14:textId="77777777" w:rsidR="000E4AB2" w:rsidRDefault="00000000">
            <w:r>
              <w:rPr>
                <w:b/>
                <w:sz w:val="16"/>
              </w:rPr>
              <w:t>Effectiveness measure</w:t>
            </w:r>
          </w:p>
        </w:tc>
      </w:tr>
      <w:tr w:rsidR="000E4AB2" w14:paraId="4C405215" w14:textId="77777777">
        <w:trPr>
          <w:jc w:val="center"/>
        </w:trPr>
        <w:tc>
          <w:tcPr>
            <w:tcW w:w="2045" w:type="dxa"/>
            <w:vAlign w:val="center"/>
          </w:tcPr>
          <w:p w14:paraId="3741350A" w14:textId="77777777" w:rsidR="000E4AB2" w:rsidRDefault="00000000">
            <w:r>
              <w:rPr>
                <w:sz w:val="16"/>
              </w:rPr>
              <w:t xml:space="preserve"> </w:t>
            </w:r>
          </w:p>
        </w:tc>
        <w:tc>
          <w:tcPr>
            <w:tcW w:w="2045" w:type="dxa"/>
            <w:vAlign w:val="center"/>
          </w:tcPr>
          <w:p w14:paraId="5B9C81D2" w14:textId="77777777" w:rsidR="000E4AB2" w:rsidRDefault="00000000">
            <w:r>
              <w:rPr>
                <w:sz w:val="16"/>
              </w:rPr>
              <w:t xml:space="preserve"> </w:t>
            </w:r>
          </w:p>
        </w:tc>
        <w:tc>
          <w:tcPr>
            <w:tcW w:w="2045" w:type="dxa"/>
            <w:vAlign w:val="center"/>
          </w:tcPr>
          <w:p w14:paraId="1E2D302E" w14:textId="77777777" w:rsidR="000E4AB2" w:rsidRDefault="00000000">
            <w:r>
              <w:rPr>
                <w:sz w:val="16"/>
              </w:rPr>
              <w:t xml:space="preserve"> </w:t>
            </w:r>
          </w:p>
        </w:tc>
        <w:tc>
          <w:tcPr>
            <w:tcW w:w="2045" w:type="dxa"/>
            <w:vAlign w:val="center"/>
          </w:tcPr>
          <w:p w14:paraId="469E14D9" w14:textId="77777777" w:rsidR="000E4AB2" w:rsidRDefault="00000000">
            <w:r>
              <w:rPr>
                <w:sz w:val="16"/>
              </w:rPr>
              <w:t xml:space="preserve"> </w:t>
            </w:r>
          </w:p>
        </w:tc>
        <w:tc>
          <w:tcPr>
            <w:tcW w:w="2045" w:type="dxa"/>
            <w:vAlign w:val="center"/>
          </w:tcPr>
          <w:p w14:paraId="3992B541" w14:textId="77777777" w:rsidR="000E4AB2" w:rsidRDefault="00000000">
            <w:r>
              <w:rPr>
                <w:sz w:val="16"/>
              </w:rPr>
              <w:t xml:space="preserve"> </w:t>
            </w:r>
          </w:p>
        </w:tc>
      </w:tr>
      <w:tr w:rsidR="000E4AB2" w14:paraId="6C5A1E71" w14:textId="77777777">
        <w:trPr>
          <w:jc w:val="center"/>
        </w:trPr>
        <w:tc>
          <w:tcPr>
            <w:tcW w:w="2045" w:type="dxa"/>
            <w:vAlign w:val="center"/>
          </w:tcPr>
          <w:p w14:paraId="5A99D6CE" w14:textId="77777777" w:rsidR="000E4AB2" w:rsidRDefault="00000000">
            <w:r>
              <w:rPr>
                <w:sz w:val="16"/>
              </w:rPr>
              <w:t xml:space="preserve"> </w:t>
            </w:r>
          </w:p>
        </w:tc>
        <w:tc>
          <w:tcPr>
            <w:tcW w:w="2045" w:type="dxa"/>
            <w:vAlign w:val="center"/>
          </w:tcPr>
          <w:p w14:paraId="5AD27B3F" w14:textId="77777777" w:rsidR="000E4AB2" w:rsidRDefault="00000000">
            <w:r>
              <w:rPr>
                <w:sz w:val="16"/>
              </w:rPr>
              <w:t xml:space="preserve"> </w:t>
            </w:r>
          </w:p>
        </w:tc>
        <w:tc>
          <w:tcPr>
            <w:tcW w:w="2045" w:type="dxa"/>
            <w:vAlign w:val="center"/>
          </w:tcPr>
          <w:p w14:paraId="57CEF4A1" w14:textId="77777777" w:rsidR="000E4AB2" w:rsidRDefault="00000000">
            <w:r>
              <w:rPr>
                <w:sz w:val="16"/>
              </w:rPr>
              <w:t xml:space="preserve"> </w:t>
            </w:r>
          </w:p>
        </w:tc>
        <w:tc>
          <w:tcPr>
            <w:tcW w:w="2045" w:type="dxa"/>
            <w:vAlign w:val="center"/>
          </w:tcPr>
          <w:p w14:paraId="398BAF09" w14:textId="77777777" w:rsidR="000E4AB2" w:rsidRDefault="00000000">
            <w:r>
              <w:rPr>
                <w:sz w:val="16"/>
              </w:rPr>
              <w:t xml:space="preserve"> </w:t>
            </w:r>
          </w:p>
        </w:tc>
        <w:tc>
          <w:tcPr>
            <w:tcW w:w="2045" w:type="dxa"/>
            <w:vAlign w:val="center"/>
          </w:tcPr>
          <w:p w14:paraId="3EC6D159" w14:textId="77777777" w:rsidR="000E4AB2" w:rsidRDefault="00000000">
            <w:r>
              <w:rPr>
                <w:sz w:val="16"/>
              </w:rPr>
              <w:t xml:space="preserve"> </w:t>
            </w:r>
          </w:p>
        </w:tc>
      </w:tr>
      <w:tr w:rsidR="000E4AB2" w14:paraId="63313B89" w14:textId="77777777">
        <w:trPr>
          <w:jc w:val="center"/>
        </w:trPr>
        <w:tc>
          <w:tcPr>
            <w:tcW w:w="2045" w:type="dxa"/>
            <w:vAlign w:val="center"/>
          </w:tcPr>
          <w:p w14:paraId="584ED075" w14:textId="77777777" w:rsidR="000E4AB2" w:rsidRDefault="00000000">
            <w:r>
              <w:rPr>
                <w:sz w:val="16"/>
              </w:rPr>
              <w:t xml:space="preserve"> </w:t>
            </w:r>
          </w:p>
        </w:tc>
        <w:tc>
          <w:tcPr>
            <w:tcW w:w="2045" w:type="dxa"/>
            <w:vAlign w:val="center"/>
          </w:tcPr>
          <w:p w14:paraId="629FF8A3" w14:textId="77777777" w:rsidR="000E4AB2" w:rsidRDefault="00000000">
            <w:r>
              <w:rPr>
                <w:sz w:val="16"/>
              </w:rPr>
              <w:t xml:space="preserve"> </w:t>
            </w:r>
          </w:p>
        </w:tc>
        <w:tc>
          <w:tcPr>
            <w:tcW w:w="2045" w:type="dxa"/>
            <w:vAlign w:val="center"/>
          </w:tcPr>
          <w:p w14:paraId="2E1260C7" w14:textId="77777777" w:rsidR="000E4AB2" w:rsidRDefault="00000000">
            <w:r>
              <w:rPr>
                <w:sz w:val="16"/>
              </w:rPr>
              <w:t xml:space="preserve"> </w:t>
            </w:r>
          </w:p>
        </w:tc>
        <w:tc>
          <w:tcPr>
            <w:tcW w:w="2045" w:type="dxa"/>
            <w:vAlign w:val="center"/>
          </w:tcPr>
          <w:p w14:paraId="12178AC9" w14:textId="77777777" w:rsidR="000E4AB2" w:rsidRDefault="00000000">
            <w:r>
              <w:rPr>
                <w:sz w:val="16"/>
              </w:rPr>
              <w:t xml:space="preserve"> </w:t>
            </w:r>
          </w:p>
        </w:tc>
        <w:tc>
          <w:tcPr>
            <w:tcW w:w="2045" w:type="dxa"/>
            <w:vAlign w:val="center"/>
          </w:tcPr>
          <w:p w14:paraId="2C34085A" w14:textId="77777777" w:rsidR="000E4AB2" w:rsidRDefault="00000000">
            <w:r>
              <w:rPr>
                <w:sz w:val="16"/>
              </w:rPr>
              <w:t xml:space="preserve"> </w:t>
            </w:r>
          </w:p>
        </w:tc>
      </w:tr>
      <w:tr w:rsidR="000E4AB2" w14:paraId="4FACBDA6" w14:textId="77777777">
        <w:trPr>
          <w:jc w:val="center"/>
        </w:trPr>
        <w:tc>
          <w:tcPr>
            <w:tcW w:w="2045" w:type="dxa"/>
            <w:vAlign w:val="center"/>
          </w:tcPr>
          <w:p w14:paraId="72C5E49D" w14:textId="77777777" w:rsidR="000E4AB2" w:rsidRDefault="00000000">
            <w:r>
              <w:rPr>
                <w:sz w:val="16"/>
              </w:rPr>
              <w:t xml:space="preserve"> </w:t>
            </w:r>
          </w:p>
        </w:tc>
        <w:tc>
          <w:tcPr>
            <w:tcW w:w="2045" w:type="dxa"/>
            <w:vAlign w:val="center"/>
          </w:tcPr>
          <w:p w14:paraId="2CE03FD1" w14:textId="77777777" w:rsidR="000E4AB2" w:rsidRDefault="00000000">
            <w:r>
              <w:rPr>
                <w:sz w:val="16"/>
              </w:rPr>
              <w:t xml:space="preserve"> </w:t>
            </w:r>
          </w:p>
        </w:tc>
        <w:tc>
          <w:tcPr>
            <w:tcW w:w="2045" w:type="dxa"/>
            <w:vAlign w:val="center"/>
          </w:tcPr>
          <w:p w14:paraId="31FCF43E" w14:textId="77777777" w:rsidR="000E4AB2" w:rsidRDefault="00000000">
            <w:r>
              <w:rPr>
                <w:sz w:val="16"/>
              </w:rPr>
              <w:t xml:space="preserve"> </w:t>
            </w:r>
          </w:p>
        </w:tc>
        <w:tc>
          <w:tcPr>
            <w:tcW w:w="2045" w:type="dxa"/>
            <w:vAlign w:val="center"/>
          </w:tcPr>
          <w:p w14:paraId="5032B4A8" w14:textId="77777777" w:rsidR="000E4AB2" w:rsidRDefault="00000000">
            <w:r>
              <w:rPr>
                <w:sz w:val="16"/>
              </w:rPr>
              <w:t xml:space="preserve"> </w:t>
            </w:r>
          </w:p>
        </w:tc>
        <w:tc>
          <w:tcPr>
            <w:tcW w:w="2045" w:type="dxa"/>
            <w:vAlign w:val="center"/>
          </w:tcPr>
          <w:p w14:paraId="44496B78" w14:textId="77777777" w:rsidR="000E4AB2" w:rsidRDefault="00000000">
            <w:r>
              <w:rPr>
                <w:sz w:val="16"/>
              </w:rPr>
              <w:t xml:space="preserve"> </w:t>
            </w:r>
          </w:p>
        </w:tc>
      </w:tr>
      <w:tr w:rsidR="000E4AB2" w14:paraId="1AEE2A16" w14:textId="77777777">
        <w:trPr>
          <w:jc w:val="center"/>
        </w:trPr>
        <w:tc>
          <w:tcPr>
            <w:tcW w:w="2045" w:type="dxa"/>
            <w:vAlign w:val="center"/>
          </w:tcPr>
          <w:p w14:paraId="30F46817" w14:textId="77777777" w:rsidR="000E4AB2" w:rsidRDefault="00000000">
            <w:r>
              <w:rPr>
                <w:sz w:val="16"/>
              </w:rPr>
              <w:t xml:space="preserve"> </w:t>
            </w:r>
          </w:p>
        </w:tc>
        <w:tc>
          <w:tcPr>
            <w:tcW w:w="2045" w:type="dxa"/>
            <w:vAlign w:val="center"/>
          </w:tcPr>
          <w:p w14:paraId="2B4A0B94" w14:textId="77777777" w:rsidR="000E4AB2" w:rsidRDefault="00000000">
            <w:r>
              <w:rPr>
                <w:sz w:val="16"/>
              </w:rPr>
              <w:t xml:space="preserve"> </w:t>
            </w:r>
          </w:p>
        </w:tc>
        <w:tc>
          <w:tcPr>
            <w:tcW w:w="2045" w:type="dxa"/>
            <w:vAlign w:val="center"/>
          </w:tcPr>
          <w:p w14:paraId="52AB02B5" w14:textId="77777777" w:rsidR="000E4AB2" w:rsidRDefault="00000000">
            <w:r>
              <w:rPr>
                <w:sz w:val="16"/>
              </w:rPr>
              <w:t xml:space="preserve"> </w:t>
            </w:r>
          </w:p>
        </w:tc>
        <w:tc>
          <w:tcPr>
            <w:tcW w:w="2045" w:type="dxa"/>
            <w:vAlign w:val="center"/>
          </w:tcPr>
          <w:p w14:paraId="0593C0B6" w14:textId="77777777" w:rsidR="000E4AB2" w:rsidRDefault="00000000">
            <w:r>
              <w:rPr>
                <w:sz w:val="16"/>
              </w:rPr>
              <w:t xml:space="preserve"> </w:t>
            </w:r>
          </w:p>
        </w:tc>
        <w:tc>
          <w:tcPr>
            <w:tcW w:w="2045" w:type="dxa"/>
            <w:vAlign w:val="center"/>
          </w:tcPr>
          <w:p w14:paraId="1054A943" w14:textId="77777777" w:rsidR="000E4AB2" w:rsidRDefault="00000000">
            <w:r>
              <w:rPr>
                <w:sz w:val="16"/>
              </w:rPr>
              <w:t xml:space="preserve"> </w:t>
            </w:r>
          </w:p>
        </w:tc>
      </w:tr>
    </w:tbl>
    <w:p w14:paraId="3DD1510E" w14:textId="77777777" w:rsidR="000E4AB2" w:rsidRDefault="00000000">
      <w:pPr>
        <w:pStyle w:val="TemplateInstruction"/>
      </w:pPr>
      <w:r>
        <w:t>Focus on system improvement and evidence rather than inappropriate individual blame.</w:t>
      </w:r>
    </w:p>
    <w:p w14:paraId="221F4F5E" w14:textId="77777777" w:rsidR="000E4AB2" w:rsidRDefault="00000000">
      <w:r>
        <w:br w:type="page"/>
      </w:r>
    </w:p>
    <w:p w14:paraId="2634955A" w14:textId="77777777" w:rsidR="000E4AB2" w:rsidRDefault="00000000">
      <w:pPr>
        <w:pStyle w:val="Heading1"/>
      </w:pPr>
      <w:bookmarkStart w:id="48" w:name="_Toc240137319"/>
      <w:r>
        <w:lastRenderedPageBreak/>
        <w:t>Template 16: WHS Corrective Action Register</w:t>
      </w:r>
      <w:bookmarkEnd w:id="48"/>
    </w:p>
    <w:p w14:paraId="4A526D1E" w14:textId="77777777" w:rsidR="000E4AB2" w:rsidRDefault="00000000">
      <w:r>
        <w:rPr>
          <w:b/>
        </w:rPr>
        <w:t xml:space="preserve">Purpose: </w:t>
      </w:r>
      <w:r>
        <w:t>Track corrective and preventive actions arising from hazards, incidents, audits, inspections, consultation and continuous improvement.</w:t>
      </w:r>
    </w:p>
    <w:p w14:paraId="5731066B" w14:textId="77777777" w:rsidR="000E4AB2" w:rsidRDefault="00000000">
      <w:r>
        <w:rPr>
          <w:b/>
        </w:rPr>
        <w:t xml:space="preserve">Assessment use: </w:t>
      </w:r>
      <w:r>
        <w:t>Core Unit 1 resource.</w:t>
      </w:r>
    </w:p>
    <w:p w14:paraId="0ED00DA4"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tbl>
      <w:tblPr>
        <w:tblStyle w:val="TableGrid"/>
        <w:tblW w:w="0" w:type="auto"/>
        <w:jc w:val="center"/>
        <w:tblLook w:val="04A0" w:firstRow="1" w:lastRow="0" w:firstColumn="1" w:lastColumn="0" w:noHBand="0" w:noVBand="1"/>
      </w:tblPr>
      <w:tblGrid>
        <w:gridCol w:w="1136"/>
        <w:gridCol w:w="1136"/>
        <w:gridCol w:w="1136"/>
        <w:gridCol w:w="1136"/>
        <w:gridCol w:w="1136"/>
        <w:gridCol w:w="1136"/>
        <w:gridCol w:w="1136"/>
        <w:gridCol w:w="1204"/>
        <w:gridCol w:w="1136"/>
      </w:tblGrid>
      <w:tr w:rsidR="000E4AB2" w14:paraId="7228A94B" w14:textId="77777777">
        <w:trPr>
          <w:jc w:val="center"/>
        </w:trPr>
        <w:tc>
          <w:tcPr>
            <w:tcW w:w="1136" w:type="dxa"/>
            <w:shd w:val="clear" w:color="auto" w:fill="D9EAF7"/>
            <w:vAlign w:val="center"/>
          </w:tcPr>
          <w:p w14:paraId="5EA80D17" w14:textId="77777777" w:rsidR="000E4AB2" w:rsidRDefault="00000000">
            <w:r>
              <w:rPr>
                <w:b/>
                <w:sz w:val="16"/>
              </w:rPr>
              <w:t>Ref.</w:t>
            </w:r>
          </w:p>
        </w:tc>
        <w:tc>
          <w:tcPr>
            <w:tcW w:w="1136" w:type="dxa"/>
            <w:shd w:val="clear" w:color="auto" w:fill="D9EAF7"/>
            <w:vAlign w:val="center"/>
          </w:tcPr>
          <w:p w14:paraId="700B1441" w14:textId="77777777" w:rsidR="000E4AB2" w:rsidRDefault="00000000">
            <w:r>
              <w:rPr>
                <w:b/>
                <w:sz w:val="16"/>
              </w:rPr>
              <w:t>Source / issue</w:t>
            </w:r>
          </w:p>
        </w:tc>
        <w:tc>
          <w:tcPr>
            <w:tcW w:w="1136" w:type="dxa"/>
            <w:shd w:val="clear" w:color="auto" w:fill="D9EAF7"/>
            <w:vAlign w:val="center"/>
          </w:tcPr>
          <w:p w14:paraId="7414E6D7" w14:textId="77777777" w:rsidR="000E4AB2" w:rsidRDefault="00000000">
            <w:r>
              <w:rPr>
                <w:b/>
                <w:sz w:val="16"/>
              </w:rPr>
              <w:t>Action required</w:t>
            </w:r>
          </w:p>
        </w:tc>
        <w:tc>
          <w:tcPr>
            <w:tcW w:w="1136" w:type="dxa"/>
            <w:shd w:val="clear" w:color="auto" w:fill="D9EAF7"/>
            <w:vAlign w:val="center"/>
          </w:tcPr>
          <w:p w14:paraId="60E8AF3A" w14:textId="77777777" w:rsidR="000E4AB2" w:rsidRDefault="00000000">
            <w:r>
              <w:rPr>
                <w:b/>
                <w:sz w:val="16"/>
              </w:rPr>
              <w:t>Priority</w:t>
            </w:r>
          </w:p>
        </w:tc>
        <w:tc>
          <w:tcPr>
            <w:tcW w:w="1136" w:type="dxa"/>
            <w:shd w:val="clear" w:color="auto" w:fill="D9EAF7"/>
            <w:vAlign w:val="center"/>
          </w:tcPr>
          <w:p w14:paraId="59973E47" w14:textId="77777777" w:rsidR="000E4AB2" w:rsidRDefault="00000000">
            <w:r>
              <w:rPr>
                <w:b/>
                <w:sz w:val="16"/>
              </w:rPr>
              <w:t>Responsible person</w:t>
            </w:r>
          </w:p>
        </w:tc>
        <w:tc>
          <w:tcPr>
            <w:tcW w:w="1136" w:type="dxa"/>
            <w:shd w:val="clear" w:color="auto" w:fill="D9EAF7"/>
            <w:vAlign w:val="center"/>
          </w:tcPr>
          <w:p w14:paraId="1A3D0D73" w14:textId="77777777" w:rsidR="000E4AB2" w:rsidRDefault="00000000">
            <w:r>
              <w:rPr>
                <w:b/>
                <w:sz w:val="16"/>
              </w:rPr>
              <w:t>Due date</w:t>
            </w:r>
          </w:p>
        </w:tc>
        <w:tc>
          <w:tcPr>
            <w:tcW w:w="1136" w:type="dxa"/>
            <w:shd w:val="clear" w:color="auto" w:fill="D9EAF7"/>
            <w:vAlign w:val="center"/>
          </w:tcPr>
          <w:p w14:paraId="3339BE95" w14:textId="77777777" w:rsidR="000E4AB2" w:rsidRDefault="00000000">
            <w:r>
              <w:rPr>
                <w:b/>
                <w:sz w:val="16"/>
              </w:rPr>
              <w:t>Status</w:t>
            </w:r>
          </w:p>
        </w:tc>
        <w:tc>
          <w:tcPr>
            <w:tcW w:w="1136" w:type="dxa"/>
            <w:shd w:val="clear" w:color="auto" w:fill="D9EAF7"/>
            <w:vAlign w:val="center"/>
          </w:tcPr>
          <w:p w14:paraId="495130BF" w14:textId="77777777" w:rsidR="000E4AB2" w:rsidRDefault="00000000">
            <w:r>
              <w:rPr>
                <w:b/>
                <w:sz w:val="16"/>
              </w:rPr>
              <w:t>Verification / effectiveness</w:t>
            </w:r>
          </w:p>
        </w:tc>
        <w:tc>
          <w:tcPr>
            <w:tcW w:w="1136" w:type="dxa"/>
            <w:shd w:val="clear" w:color="auto" w:fill="D9EAF7"/>
            <w:vAlign w:val="center"/>
          </w:tcPr>
          <w:p w14:paraId="4AC7E854" w14:textId="77777777" w:rsidR="000E4AB2" w:rsidRDefault="00000000">
            <w:r>
              <w:rPr>
                <w:b/>
                <w:sz w:val="16"/>
              </w:rPr>
              <w:t>Closed date</w:t>
            </w:r>
          </w:p>
        </w:tc>
      </w:tr>
      <w:tr w:rsidR="000E4AB2" w14:paraId="23DBDFCD" w14:textId="77777777">
        <w:trPr>
          <w:jc w:val="center"/>
        </w:trPr>
        <w:tc>
          <w:tcPr>
            <w:tcW w:w="1136" w:type="dxa"/>
            <w:vAlign w:val="center"/>
          </w:tcPr>
          <w:p w14:paraId="1CF386BA" w14:textId="77777777" w:rsidR="000E4AB2" w:rsidRDefault="00000000">
            <w:r>
              <w:rPr>
                <w:sz w:val="16"/>
              </w:rPr>
              <w:t xml:space="preserve"> </w:t>
            </w:r>
          </w:p>
        </w:tc>
        <w:tc>
          <w:tcPr>
            <w:tcW w:w="1136" w:type="dxa"/>
            <w:vAlign w:val="center"/>
          </w:tcPr>
          <w:p w14:paraId="45845760" w14:textId="77777777" w:rsidR="000E4AB2" w:rsidRDefault="00000000">
            <w:r>
              <w:rPr>
                <w:sz w:val="16"/>
              </w:rPr>
              <w:t xml:space="preserve"> </w:t>
            </w:r>
          </w:p>
        </w:tc>
        <w:tc>
          <w:tcPr>
            <w:tcW w:w="1136" w:type="dxa"/>
            <w:vAlign w:val="center"/>
          </w:tcPr>
          <w:p w14:paraId="0118D47F" w14:textId="77777777" w:rsidR="000E4AB2" w:rsidRDefault="00000000">
            <w:r>
              <w:rPr>
                <w:sz w:val="16"/>
              </w:rPr>
              <w:t xml:space="preserve"> </w:t>
            </w:r>
          </w:p>
        </w:tc>
        <w:tc>
          <w:tcPr>
            <w:tcW w:w="1136" w:type="dxa"/>
            <w:vAlign w:val="center"/>
          </w:tcPr>
          <w:p w14:paraId="309CBEB7" w14:textId="77777777" w:rsidR="000E4AB2" w:rsidRDefault="00000000">
            <w:r>
              <w:rPr>
                <w:sz w:val="16"/>
              </w:rPr>
              <w:t xml:space="preserve"> </w:t>
            </w:r>
          </w:p>
        </w:tc>
        <w:tc>
          <w:tcPr>
            <w:tcW w:w="1136" w:type="dxa"/>
            <w:vAlign w:val="center"/>
          </w:tcPr>
          <w:p w14:paraId="084D3D44" w14:textId="77777777" w:rsidR="000E4AB2" w:rsidRDefault="00000000">
            <w:r>
              <w:rPr>
                <w:sz w:val="16"/>
              </w:rPr>
              <w:t xml:space="preserve"> </w:t>
            </w:r>
          </w:p>
        </w:tc>
        <w:tc>
          <w:tcPr>
            <w:tcW w:w="1136" w:type="dxa"/>
            <w:vAlign w:val="center"/>
          </w:tcPr>
          <w:p w14:paraId="1633FCF6" w14:textId="77777777" w:rsidR="000E4AB2" w:rsidRDefault="00000000">
            <w:r>
              <w:rPr>
                <w:sz w:val="16"/>
              </w:rPr>
              <w:t xml:space="preserve"> </w:t>
            </w:r>
          </w:p>
        </w:tc>
        <w:tc>
          <w:tcPr>
            <w:tcW w:w="1136" w:type="dxa"/>
            <w:vAlign w:val="center"/>
          </w:tcPr>
          <w:p w14:paraId="637C1B61" w14:textId="77777777" w:rsidR="000E4AB2" w:rsidRDefault="00000000">
            <w:r>
              <w:rPr>
                <w:sz w:val="16"/>
              </w:rPr>
              <w:t xml:space="preserve"> </w:t>
            </w:r>
          </w:p>
        </w:tc>
        <w:tc>
          <w:tcPr>
            <w:tcW w:w="1136" w:type="dxa"/>
            <w:vAlign w:val="center"/>
          </w:tcPr>
          <w:p w14:paraId="2B334EAA" w14:textId="77777777" w:rsidR="000E4AB2" w:rsidRDefault="00000000">
            <w:r>
              <w:rPr>
                <w:sz w:val="16"/>
              </w:rPr>
              <w:t xml:space="preserve"> </w:t>
            </w:r>
          </w:p>
        </w:tc>
        <w:tc>
          <w:tcPr>
            <w:tcW w:w="1136" w:type="dxa"/>
            <w:vAlign w:val="center"/>
          </w:tcPr>
          <w:p w14:paraId="6A5D99A3" w14:textId="77777777" w:rsidR="000E4AB2" w:rsidRDefault="00000000">
            <w:r>
              <w:rPr>
                <w:sz w:val="16"/>
              </w:rPr>
              <w:t xml:space="preserve"> </w:t>
            </w:r>
          </w:p>
        </w:tc>
      </w:tr>
      <w:tr w:rsidR="000E4AB2" w14:paraId="570B7933" w14:textId="77777777">
        <w:trPr>
          <w:jc w:val="center"/>
        </w:trPr>
        <w:tc>
          <w:tcPr>
            <w:tcW w:w="1136" w:type="dxa"/>
            <w:vAlign w:val="center"/>
          </w:tcPr>
          <w:p w14:paraId="4525904B" w14:textId="77777777" w:rsidR="000E4AB2" w:rsidRDefault="00000000">
            <w:r>
              <w:rPr>
                <w:sz w:val="16"/>
              </w:rPr>
              <w:t xml:space="preserve"> </w:t>
            </w:r>
          </w:p>
        </w:tc>
        <w:tc>
          <w:tcPr>
            <w:tcW w:w="1136" w:type="dxa"/>
            <w:vAlign w:val="center"/>
          </w:tcPr>
          <w:p w14:paraId="4D1D5866" w14:textId="77777777" w:rsidR="000E4AB2" w:rsidRDefault="00000000">
            <w:r>
              <w:rPr>
                <w:sz w:val="16"/>
              </w:rPr>
              <w:t xml:space="preserve"> </w:t>
            </w:r>
          </w:p>
        </w:tc>
        <w:tc>
          <w:tcPr>
            <w:tcW w:w="1136" w:type="dxa"/>
            <w:vAlign w:val="center"/>
          </w:tcPr>
          <w:p w14:paraId="79D52202" w14:textId="77777777" w:rsidR="000E4AB2" w:rsidRDefault="00000000">
            <w:r>
              <w:rPr>
                <w:sz w:val="16"/>
              </w:rPr>
              <w:t xml:space="preserve"> </w:t>
            </w:r>
          </w:p>
        </w:tc>
        <w:tc>
          <w:tcPr>
            <w:tcW w:w="1136" w:type="dxa"/>
            <w:vAlign w:val="center"/>
          </w:tcPr>
          <w:p w14:paraId="0086A895" w14:textId="77777777" w:rsidR="000E4AB2" w:rsidRDefault="00000000">
            <w:r>
              <w:rPr>
                <w:sz w:val="16"/>
              </w:rPr>
              <w:t xml:space="preserve"> </w:t>
            </w:r>
          </w:p>
        </w:tc>
        <w:tc>
          <w:tcPr>
            <w:tcW w:w="1136" w:type="dxa"/>
            <w:vAlign w:val="center"/>
          </w:tcPr>
          <w:p w14:paraId="48FE075D" w14:textId="77777777" w:rsidR="000E4AB2" w:rsidRDefault="00000000">
            <w:r>
              <w:rPr>
                <w:sz w:val="16"/>
              </w:rPr>
              <w:t xml:space="preserve"> </w:t>
            </w:r>
          </w:p>
        </w:tc>
        <w:tc>
          <w:tcPr>
            <w:tcW w:w="1136" w:type="dxa"/>
            <w:vAlign w:val="center"/>
          </w:tcPr>
          <w:p w14:paraId="546D4D35" w14:textId="77777777" w:rsidR="000E4AB2" w:rsidRDefault="00000000">
            <w:r>
              <w:rPr>
                <w:sz w:val="16"/>
              </w:rPr>
              <w:t xml:space="preserve"> </w:t>
            </w:r>
          </w:p>
        </w:tc>
        <w:tc>
          <w:tcPr>
            <w:tcW w:w="1136" w:type="dxa"/>
            <w:vAlign w:val="center"/>
          </w:tcPr>
          <w:p w14:paraId="0037C811" w14:textId="77777777" w:rsidR="000E4AB2" w:rsidRDefault="00000000">
            <w:r>
              <w:rPr>
                <w:sz w:val="16"/>
              </w:rPr>
              <w:t xml:space="preserve"> </w:t>
            </w:r>
          </w:p>
        </w:tc>
        <w:tc>
          <w:tcPr>
            <w:tcW w:w="1136" w:type="dxa"/>
            <w:vAlign w:val="center"/>
          </w:tcPr>
          <w:p w14:paraId="7702F789" w14:textId="77777777" w:rsidR="000E4AB2" w:rsidRDefault="00000000">
            <w:r>
              <w:rPr>
                <w:sz w:val="16"/>
              </w:rPr>
              <w:t xml:space="preserve"> </w:t>
            </w:r>
          </w:p>
        </w:tc>
        <w:tc>
          <w:tcPr>
            <w:tcW w:w="1136" w:type="dxa"/>
            <w:vAlign w:val="center"/>
          </w:tcPr>
          <w:p w14:paraId="47DF27ED" w14:textId="77777777" w:rsidR="000E4AB2" w:rsidRDefault="00000000">
            <w:r>
              <w:rPr>
                <w:sz w:val="16"/>
              </w:rPr>
              <w:t xml:space="preserve"> </w:t>
            </w:r>
          </w:p>
        </w:tc>
      </w:tr>
      <w:tr w:rsidR="000E4AB2" w14:paraId="0DCB0630" w14:textId="77777777">
        <w:trPr>
          <w:jc w:val="center"/>
        </w:trPr>
        <w:tc>
          <w:tcPr>
            <w:tcW w:w="1136" w:type="dxa"/>
            <w:vAlign w:val="center"/>
          </w:tcPr>
          <w:p w14:paraId="6E358C04" w14:textId="77777777" w:rsidR="000E4AB2" w:rsidRDefault="00000000">
            <w:r>
              <w:rPr>
                <w:sz w:val="16"/>
              </w:rPr>
              <w:t xml:space="preserve"> </w:t>
            </w:r>
          </w:p>
        </w:tc>
        <w:tc>
          <w:tcPr>
            <w:tcW w:w="1136" w:type="dxa"/>
            <w:vAlign w:val="center"/>
          </w:tcPr>
          <w:p w14:paraId="17496446" w14:textId="77777777" w:rsidR="000E4AB2" w:rsidRDefault="00000000">
            <w:r>
              <w:rPr>
                <w:sz w:val="16"/>
              </w:rPr>
              <w:t xml:space="preserve"> </w:t>
            </w:r>
          </w:p>
        </w:tc>
        <w:tc>
          <w:tcPr>
            <w:tcW w:w="1136" w:type="dxa"/>
            <w:vAlign w:val="center"/>
          </w:tcPr>
          <w:p w14:paraId="75989DC7" w14:textId="77777777" w:rsidR="000E4AB2" w:rsidRDefault="00000000">
            <w:r>
              <w:rPr>
                <w:sz w:val="16"/>
              </w:rPr>
              <w:t xml:space="preserve"> </w:t>
            </w:r>
          </w:p>
        </w:tc>
        <w:tc>
          <w:tcPr>
            <w:tcW w:w="1136" w:type="dxa"/>
            <w:vAlign w:val="center"/>
          </w:tcPr>
          <w:p w14:paraId="7AE9DF03" w14:textId="77777777" w:rsidR="000E4AB2" w:rsidRDefault="00000000">
            <w:r>
              <w:rPr>
                <w:sz w:val="16"/>
              </w:rPr>
              <w:t xml:space="preserve"> </w:t>
            </w:r>
          </w:p>
        </w:tc>
        <w:tc>
          <w:tcPr>
            <w:tcW w:w="1136" w:type="dxa"/>
            <w:vAlign w:val="center"/>
          </w:tcPr>
          <w:p w14:paraId="791D82E0" w14:textId="77777777" w:rsidR="000E4AB2" w:rsidRDefault="00000000">
            <w:r>
              <w:rPr>
                <w:sz w:val="16"/>
              </w:rPr>
              <w:t xml:space="preserve"> </w:t>
            </w:r>
          </w:p>
        </w:tc>
        <w:tc>
          <w:tcPr>
            <w:tcW w:w="1136" w:type="dxa"/>
            <w:vAlign w:val="center"/>
          </w:tcPr>
          <w:p w14:paraId="7C32D743" w14:textId="77777777" w:rsidR="000E4AB2" w:rsidRDefault="00000000">
            <w:r>
              <w:rPr>
                <w:sz w:val="16"/>
              </w:rPr>
              <w:t xml:space="preserve"> </w:t>
            </w:r>
          </w:p>
        </w:tc>
        <w:tc>
          <w:tcPr>
            <w:tcW w:w="1136" w:type="dxa"/>
            <w:vAlign w:val="center"/>
          </w:tcPr>
          <w:p w14:paraId="45792A56" w14:textId="77777777" w:rsidR="000E4AB2" w:rsidRDefault="00000000">
            <w:r>
              <w:rPr>
                <w:sz w:val="16"/>
              </w:rPr>
              <w:t xml:space="preserve"> </w:t>
            </w:r>
          </w:p>
        </w:tc>
        <w:tc>
          <w:tcPr>
            <w:tcW w:w="1136" w:type="dxa"/>
            <w:vAlign w:val="center"/>
          </w:tcPr>
          <w:p w14:paraId="545A0EF7" w14:textId="77777777" w:rsidR="000E4AB2" w:rsidRDefault="00000000">
            <w:r>
              <w:rPr>
                <w:sz w:val="16"/>
              </w:rPr>
              <w:t xml:space="preserve"> </w:t>
            </w:r>
          </w:p>
        </w:tc>
        <w:tc>
          <w:tcPr>
            <w:tcW w:w="1136" w:type="dxa"/>
            <w:vAlign w:val="center"/>
          </w:tcPr>
          <w:p w14:paraId="1DFCFEE3" w14:textId="77777777" w:rsidR="000E4AB2" w:rsidRDefault="00000000">
            <w:r>
              <w:rPr>
                <w:sz w:val="16"/>
              </w:rPr>
              <w:t xml:space="preserve"> </w:t>
            </w:r>
          </w:p>
        </w:tc>
      </w:tr>
      <w:tr w:rsidR="000E4AB2" w14:paraId="1A1C543C" w14:textId="77777777">
        <w:trPr>
          <w:jc w:val="center"/>
        </w:trPr>
        <w:tc>
          <w:tcPr>
            <w:tcW w:w="1136" w:type="dxa"/>
            <w:vAlign w:val="center"/>
          </w:tcPr>
          <w:p w14:paraId="40B909FF" w14:textId="77777777" w:rsidR="000E4AB2" w:rsidRDefault="00000000">
            <w:r>
              <w:rPr>
                <w:sz w:val="16"/>
              </w:rPr>
              <w:t xml:space="preserve"> </w:t>
            </w:r>
          </w:p>
        </w:tc>
        <w:tc>
          <w:tcPr>
            <w:tcW w:w="1136" w:type="dxa"/>
            <w:vAlign w:val="center"/>
          </w:tcPr>
          <w:p w14:paraId="15C15C13" w14:textId="77777777" w:rsidR="000E4AB2" w:rsidRDefault="00000000">
            <w:r>
              <w:rPr>
                <w:sz w:val="16"/>
              </w:rPr>
              <w:t xml:space="preserve"> </w:t>
            </w:r>
          </w:p>
        </w:tc>
        <w:tc>
          <w:tcPr>
            <w:tcW w:w="1136" w:type="dxa"/>
            <w:vAlign w:val="center"/>
          </w:tcPr>
          <w:p w14:paraId="35F5EF9D" w14:textId="77777777" w:rsidR="000E4AB2" w:rsidRDefault="00000000">
            <w:r>
              <w:rPr>
                <w:sz w:val="16"/>
              </w:rPr>
              <w:t xml:space="preserve"> </w:t>
            </w:r>
          </w:p>
        </w:tc>
        <w:tc>
          <w:tcPr>
            <w:tcW w:w="1136" w:type="dxa"/>
            <w:vAlign w:val="center"/>
          </w:tcPr>
          <w:p w14:paraId="36F6220B" w14:textId="77777777" w:rsidR="000E4AB2" w:rsidRDefault="00000000">
            <w:r>
              <w:rPr>
                <w:sz w:val="16"/>
              </w:rPr>
              <w:t xml:space="preserve"> </w:t>
            </w:r>
          </w:p>
        </w:tc>
        <w:tc>
          <w:tcPr>
            <w:tcW w:w="1136" w:type="dxa"/>
            <w:vAlign w:val="center"/>
          </w:tcPr>
          <w:p w14:paraId="1B84C8D4" w14:textId="77777777" w:rsidR="000E4AB2" w:rsidRDefault="00000000">
            <w:r>
              <w:rPr>
                <w:sz w:val="16"/>
              </w:rPr>
              <w:t xml:space="preserve"> </w:t>
            </w:r>
          </w:p>
        </w:tc>
        <w:tc>
          <w:tcPr>
            <w:tcW w:w="1136" w:type="dxa"/>
            <w:vAlign w:val="center"/>
          </w:tcPr>
          <w:p w14:paraId="501935C5" w14:textId="77777777" w:rsidR="000E4AB2" w:rsidRDefault="00000000">
            <w:r>
              <w:rPr>
                <w:sz w:val="16"/>
              </w:rPr>
              <w:t xml:space="preserve"> </w:t>
            </w:r>
          </w:p>
        </w:tc>
        <w:tc>
          <w:tcPr>
            <w:tcW w:w="1136" w:type="dxa"/>
            <w:vAlign w:val="center"/>
          </w:tcPr>
          <w:p w14:paraId="7230AEB7" w14:textId="77777777" w:rsidR="000E4AB2" w:rsidRDefault="00000000">
            <w:r>
              <w:rPr>
                <w:sz w:val="16"/>
              </w:rPr>
              <w:t xml:space="preserve"> </w:t>
            </w:r>
          </w:p>
        </w:tc>
        <w:tc>
          <w:tcPr>
            <w:tcW w:w="1136" w:type="dxa"/>
            <w:vAlign w:val="center"/>
          </w:tcPr>
          <w:p w14:paraId="50AB8EC0" w14:textId="77777777" w:rsidR="000E4AB2" w:rsidRDefault="00000000">
            <w:r>
              <w:rPr>
                <w:sz w:val="16"/>
              </w:rPr>
              <w:t xml:space="preserve"> </w:t>
            </w:r>
          </w:p>
        </w:tc>
        <w:tc>
          <w:tcPr>
            <w:tcW w:w="1136" w:type="dxa"/>
            <w:vAlign w:val="center"/>
          </w:tcPr>
          <w:p w14:paraId="609047B8" w14:textId="77777777" w:rsidR="000E4AB2" w:rsidRDefault="00000000">
            <w:r>
              <w:rPr>
                <w:sz w:val="16"/>
              </w:rPr>
              <w:t xml:space="preserve"> </w:t>
            </w:r>
          </w:p>
        </w:tc>
      </w:tr>
      <w:tr w:rsidR="000E4AB2" w14:paraId="5B64B607" w14:textId="77777777">
        <w:trPr>
          <w:jc w:val="center"/>
        </w:trPr>
        <w:tc>
          <w:tcPr>
            <w:tcW w:w="1136" w:type="dxa"/>
            <w:vAlign w:val="center"/>
          </w:tcPr>
          <w:p w14:paraId="4BD834F9" w14:textId="77777777" w:rsidR="000E4AB2" w:rsidRDefault="00000000">
            <w:r>
              <w:rPr>
                <w:sz w:val="16"/>
              </w:rPr>
              <w:t xml:space="preserve"> </w:t>
            </w:r>
          </w:p>
        </w:tc>
        <w:tc>
          <w:tcPr>
            <w:tcW w:w="1136" w:type="dxa"/>
            <w:vAlign w:val="center"/>
          </w:tcPr>
          <w:p w14:paraId="4075109E" w14:textId="77777777" w:rsidR="000E4AB2" w:rsidRDefault="00000000">
            <w:r>
              <w:rPr>
                <w:sz w:val="16"/>
              </w:rPr>
              <w:t xml:space="preserve"> </w:t>
            </w:r>
          </w:p>
        </w:tc>
        <w:tc>
          <w:tcPr>
            <w:tcW w:w="1136" w:type="dxa"/>
            <w:vAlign w:val="center"/>
          </w:tcPr>
          <w:p w14:paraId="660B6745" w14:textId="77777777" w:rsidR="000E4AB2" w:rsidRDefault="00000000">
            <w:r>
              <w:rPr>
                <w:sz w:val="16"/>
              </w:rPr>
              <w:t xml:space="preserve"> </w:t>
            </w:r>
          </w:p>
        </w:tc>
        <w:tc>
          <w:tcPr>
            <w:tcW w:w="1136" w:type="dxa"/>
            <w:vAlign w:val="center"/>
          </w:tcPr>
          <w:p w14:paraId="5E85B528" w14:textId="77777777" w:rsidR="000E4AB2" w:rsidRDefault="00000000">
            <w:r>
              <w:rPr>
                <w:sz w:val="16"/>
              </w:rPr>
              <w:t xml:space="preserve"> </w:t>
            </w:r>
          </w:p>
        </w:tc>
        <w:tc>
          <w:tcPr>
            <w:tcW w:w="1136" w:type="dxa"/>
            <w:vAlign w:val="center"/>
          </w:tcPr>
          <w:p w14:paraId="4A83995F" w14:textId="77777777" w:rsidR="000E4AB2" w:rsidRDefault="00000000">
            <w:r>
              <w:rPr>
                <w:sz w:val="16"/>
              </w:rPr>
              <w:t xml:space="preserve"> </w:t>
            </w:r>
          </w:p>
        </w:tc>
        <w:tc>
          <w:tcPr>
            <w:tcW w:w="1136" w:type="dxa"/>
            <w:vAlign w:val="center"/>
          </w:tcPr>
          <w:p w14:paraId="359FA32F" w14:textId="77777777" w:rsidR="000E4AB2" w:rsidRDefault="00000000">
            <w:r>
              <w:rPr>
                <w:sz w:val="16"/>
              </w:rPr>
              <w:t xml:space="preserve"> </w:t>
            </w:r>
          </w:p>
        </w:tc>
        <w:tc>
          <w:tcPr>
            <w:tcW w:w="1136" w:type="dxa"/>
            <w:vAlign w:val="center"/>
          </w:tcPr>
          <w:p w14:paraId="48441B77" w14:textId="77777777" w:rsidR="000E4AB2" w:rsidRDefault="00000000">
            <w:r>
              <w:rPr>
                <w:sz w:val="16"/>
              </w:rPr>
              <w:t xml:space="preserve"> </w:t>
            </w:r>
          </w:p>
        </w:tc>
        <w:tc>
          <w:tcPr>
            <w:tcW w:w="1136" w:type="dxa"/>
            <w:vAlign w:val="center"/>
          </w:tcPr>
          <w:p w14:paraId="77DE7274" w14:textId="77777777" w:rsidR="000E4AB2" w:rsidRDefault="00000000">
            <w:r>
              <w:rPr>
                <w:sz w:val="16"/>
              </w:rPr>
              <w:t xml:space="preserve"> </w:t>
            </w:r>
          </w:p>
        </w:tc>
        <w:tc>
          <w:tcPr>
            <w:tcW w:w="1136" w:type="dxa"/>
            <w:vAlign w:val="center"/>
          </w:tcPr>
          <w:p w14:paraId="2BD9BE42" w14:textId="77777777" w:rsidR="000E4AB2" w:rsidRDefault="00000000">
            <w:r>
              <w:rPr>
                <w:sz w:val="16"/>
              </w:rPr>
              <w:t xml:space="preserve"> </w:t>
            </w:r>
          </w:p>
        </w:tc>
      </w:tr>
      <w:tr w:rsidR="000E4AB2" w14:paraId="0A48B42C" w14:textId="77777777">
        <w:trPr>
          <w:jc w:val="center"/>
        </w:trPr>
        <w:tc>
          <w:tcPr>
            <w:tcW w:w="1136" w:type="dxa"/>
            <w:vAlign w:val="center"/>
          </w:tcPr>
          <w:p w14:paraId="41A81265" w14:textId="77777777" w:rsidR="000E4AB2" w:rsidRDefault="00000000">
            <w:r>
              <w:rPr>
                <w:sz w:val="16"/>
              </w:rPr>
              <w:t xml:space="preserve"> </w:t>
            </w:r>
          </w:p>
        </w:tc>
        <w:tc>
          <w:tcPr>
            <w:tcW w:w="1136" w:type="dxa"/>
            <w:vAlign w:val="center"/>
          </w:tcPr>
          <w:p w14:paraId="67D67D16" w14:textId="77777777" w:rsidR="000E4AB2" w:rsidRDefault="00000000">
            <w:r>
              <w:rPr>
                <w:sz w:val="16"/>
              </w:rPr>
              <w:t xml:space="preserve"> </w:t>
            </w:r>
          </w:p>
        </w:tc>
        <w:tc>
          <w:tcPr>
            <w:tcW w:w="1136" w:type="dxa"/>
            <w:vAlign w:val="center"/>
          </w:tcPr>
          <w:p w14:paraId="2A89B160" w14:textId="77777777" w:rsidR="000E4AB2" w:rsidRDefault="00000000">
            <w:r>
              <w:rPr>
                <w:sz w:val="16"/>
              </w:rPr>
              <w:t xml:space="preserve"> </w:t>
            </w:r>
          </w:p>
        </w:tc>
        <w:tc>
          <w:tcPr>
            <w:tcW w:w="1136" w:type="dxa"/>
            <w:vAlign w:val="center"/>
          </w:tcPr>
          <w:p w14:paraId="7F66776E" w14:textId="77777777" w:rsidR="000E4AB2" w:rsidRDefault="00000000">
            <w:r>
              <w:rPr>
                <w:sz w:val="16"/>
              </w:rPr>
              <w:t xml:space="preserve"> </w:t>
            </w:r>
          </w:p>
        </w:tc>
        <w:tc>
          <w:tcPr>
            <w:tcW w:w="1136" w:type="dxa"/>
            <w:vAlign w:val="center"/>
          </w:tcPr>
          <w:p w14:paraId="1900A2B6" w14:textId="77777777" w:rsidR="000E4AB2" w:rsidRDefault="00000000">
            <w:r>
              <w:rPr>
                <w:sz w:val="16"/>
              </w:rPr>
              <w:t xml:space="preserve"> </w:t>
            </w:r>
          </w:p>
        </w:tc>
        <w:tc>
          <w:tcPr>
            <w:tcW w:w="1136" w:type="dxa"/>
            <w:vAlign w:val="center"/>
          </w:tcPr>
          <w:p w14:paraId="486EDB63" w14:textId="77777777" w:rsidR="000E4AB2" w:rsidRDefault="00000000">
            <w:r>
              <w:rPr>
                <w:sz w:val="16"/>
              </w:rPr>
              <w:t xml:space="preserve"> </w:t>
            </w:r>
          </w:p>
        </w:tc>
        <w:tc>
          <w:tcPr>
            <w:tcW w:w="1136" w:type="dxa"/>
            <w:vAlign w:val="center"/>
          </w:tcPr>
          <w:p w14:paraId="5FE33270" w14:textId="77777777" w:rsidR="000E4AB2" w:rsidRDefault="00000000">
            <w:r>
              <w:rPr>
                <w:sz w:val="16"/>
              </w:rPr>
              <w:t xml:space="preserve"> </w:t>
            </w:r>
          </w:p>
        </w:tc>
        <w:tc>
          <w:tcPr>
            <w:tcW w:w="1136" w:type="dxa"/>
            <w:vAlign w:val="center"/>
          </w:tcPr>
          <w:p w14:paraId="2A12EBD9" w14:textId="77777777" w:rsidR="000E4AB2" w:rsidRDefault="00000000">
            <w:r>
              <w:rPr>
                <w:sz w:val="16"/>
              </w:rPr>
              <w:t xml:space="preserve"> </w:t>
            </w:r>
          </w:p>
        </w:tc>
        <w:tc>
          <w:tcPr>
            <w:tcW w:w="1136" w:type="dxa"/>
            <w:vAlign w:val="center"/>
          </w:tcPr>
          <w:p w14:paraId="32EEB2A8" w14:textId="77777777" w:rsidR="000E4AB2" w:rsidRDefault="00000000">
            <w:r>
              <w:rPr>
                <w:sz w:val="16"/>
              </w:rPr>
              <w:t xml:space="preserve"> </w:t>
            </w:r>
          </w:p>
        </w:tc>
      </w:tr>
      <w:tr w:rsidR="000E4AB2" w14:paraId="3E92CF92" w14:textId="77777777">
        <w:trPr>
          <w:jc w:val="center"/>
        </w:trPr>
        <w:tc>
          <w:tcPr>
            <w:tcW w:w="1136" w:type="dxa"/>
            <w:vAlign w:val="center"/>
          </w:tcPr>
          <w:p w14:paraId="2234A6FF" w14:textId="77777777" w:rsidR="000E4AB2" w:rsidRDefault="00000000">
            <w:r>
              <w:rPr>
                <w:sz w:val="16"/>
              </w:rPr>
              <w:t xml:space="preserve"> </w:t>
            </w:r>
          </w:p>
        </w:tc>
        <w:tc>
          <w:tcPr>
            <w:tcW w:w="1136" w:type="dxa"/>
            <w:vAlign w:val="center"/>
          </w:tcPr>
          <w:p w14:paraId="58F74227" w14:textId="77777777" w:rsidR="000E4AB2" w:rsidRDefault="00000000">
            <w:r>
              <w:rPr>
                <w:sz w:val="16"/>
              </w:rPr>
              <w:t xml:space="preserve"> </w:t>
            </w:r>
          </w:p>
        </w:tc>
        <w:tc>
          <w:tcPr>
            <w:tcW w:w="1136" w:type="dxa"/>
            <w:vAlign w:val="center"/>
          </w:tcPr>
          <w:p w14:paraId="20B1B0E1" w14:textId="77777777" w:rsidR="000E4AB2" w:rsidRDefault="00000000">
            <w:r>
              <w:rPr>
                <w:sz w:val="16"/>
              </w:rPr>
              <w:t xml:space="preserve"> </w:t>
            </w:r>
          </w:p>
        </w:tc>
        <w:tc>
          <w:tcPr>
            <w:tcW w:w="1136" w:type="dxa"/>
            <w:vAlign w:val="center"/>
          </w:tcPr>
          <w:p w14:paraId="5BDB71FE" w14:textId="77777777" w:rsidR="000E4AB2" w:rsidRDefault="00000000">
            <w:r>
              <w:rPr>
                <w:sz w:val="16"/>
              </w:rPr>
              <w:t xml:space="preserve"> </w:t>
            </w:r>
          </w:p>
        </w:tc>
        <w:tc>
          <w:tcPr>
            <w:tcW w:w="1136" w:type="dxa"/>
            <w:vAlign w:val="center"/>
          </w:tcPr>
          <w:p w14:paraId="0CB0F757" w14:textId="77777777" w:rsidR="000E4AB2" w:rsidRDefault="00000000">
            <w:r>
              <w:rPr>
                <w:sz w:val="16"/>
              </w:rPr>
              <w:t xml:space="preserve"> </w:t>
            </w:r>
          </w:p>
        </w:tc>
        <w:tc>
          <w:tcPr>
            <w:tcW w:w="1136" w:type="dxa"/>
            <w:vAlign w:val="center"/>
          </w:tcPr>
          <w:p w14:paraId="7C0D84D1" w14:textId="77777777" w:rsidR="000E4AB2" w:rsidRDefault="00000000">
            <w:r>
              <w:rPr>
                <w:sz w:val="16"/>
              </w:rPr>
              <w:t xml:space="preserve"> </w:t>
            </w:r>
          </w:p>
        </w:tc>
        <w:tc>
          <w:tcPr>
            <w:tcW w:w="1136" w:type="dxa"/>
            <w:vAlign w:val="center"/>
          </w:tcPr>
          <w:p w14:paraId="2DAD3951" w14:textId="77777777" w:rsidR="000E4AB2" w:rsidRDefault="00000000">
            <w:r>
              <w:rPr>
                <w:sz w:val="16"/>
              </w:rPr>
              <w:t xml:space="preserve"> </w:t>
            </w:r>
          </w:p>
        </w:tc>
        <w:tc>
          <w:tcPr>
            <w:tcW w:w="1136" w:type="dxa"/>
            <w:vAlign w:val="center"/>
          </w:tcPr>
          <w:p w14:paraId="697CA7C6" w14:textId="77777777" w:rsidR="000E4AB2" w:rsidRDefault="00000000">
            <w:r>
              <w:rPr>
                <w:sz w:val="16"/>
              </w:rPr>
              <w:t xml:space="preserve"> </w:t>
            </w:r>
          </w:p>
        </w:tc>
        <w:tc>
          <w:tcPr>
            <w:tcW w:w="1136" w:type="dxa"/>
            <w:vAlign w:val="center"/>
          </w:tcPr>
          <w:p w14:paraId="6E3D3E7A" w14:textId="77777777" w:rsidR="000E4AB2" w:rsidRDefault="00000000">
            <w:r>
              <w:rPr>
                <w:sz w:val="16"/>
              </w:rPr>
              <w:t xml:space="preserve"> </w:t>
            </w:r>
          </w:p>
        </w:tc>
      </w:tr>
      <w:tr w:rsidR="000E4AB2" w14:paraId="131DDC5D" w14:textId="77777777">
        <w:trPr>
          <w:jc w:val="center"/>
        </w:trPr>
        <w:tc>
          <w:tcPr>
            <w:tcW w:w="1136" w:type="dxa"/>
            <w:vAlign w:val="center"/>
          </w:tcPr>
          <w:p w14:paraId="2131FA9E" w14:textId="77777777" w:rsidR="000E4AB2" w:rsidRDefault="00000000">
            <w:r>
              <w:rPr>
                <w:sz w:val="16"/>
              </w:rPr>
              <w:t xml:space="preserve"> </w:t>
            </w:r>
          </w:p>
        </w:tc>
        <w:tc>
          <w:tcPr>
            <w:tcW w:w="1136" w:type="dxa"/>
            <w:vAlign w:val="center"/>
          </w:tcPr>
          <w:p w14:paraId="15684C6D" w14:textId="77777777" w:rsidR="000E4AB2" w:rsidRDefault="00000000">
            <w:r>
              <w:rPr>
                <w:sz w:val="16"/>
              </w:rPr>
              <w:t xml:space="preserve"> </w:t>
            </w:r>
          </w:p>
        </w:tc>
        <w:tc>
          <w:tcPr>
            <w:tcW w:w="1136" w:type="dxa"/>
            <w:vAlign w:val="center"/>
          </w:tcPr>
          <w:p w14:paraId="5D48C0F2" w14:textId="77777777" w:rsidR="000E4AB2" w:rsidRDefault="00000000">
            <w:r>
              <w:rPr>
                <w:sz w:val="16"/>
              </w:rPr>
              <w:t xml:space="preserve"> </w:t>
            </w:r>
          </w:p>
        </w:tc>
        <w:tc>
          <w:tcPr>
            <w:tcW w:w="1136" w:type="dxa"/>
            <w:vAlign w:val="center"/>
          </w:tcPr>
          <w:p w14:paraId="4B1EEB77" w14:textId="77777777" w:rsidR="000E4AB2" w:rsidRDefault="00000000">
            <w:r>
              <w:rPr>
                <w:sz w:val="16"/>
              </w:rPr>
              <w:t xml:space="preserve"> </w:t>
            </w:r>
          </w:p>
        </w:tc>
        <w:tc>
          <w:tcPr>
            <w:tcW w:w="1136" w:type="dxa"/>
            <w:vAlign w:val="center"/>
          </w:tcPr>
          <w:p w14:paraId="7C3C0F1D" w14:textId="77777777" w:rsidR="000E4AB2" w:rsidRDefault="00000000">
            <w:r>
              <w:rPr>
                <w:sz w:val="16"/>
              </w:rPr>
              <w:t xml:space="preserve"> </w:t>
            </w:r>
          </w:p>
        </w:tc>
        <w:tc>
          <w:tcPr>
            <w:tcW w:w="1136" w:type="dxa"/>
            <w:vAlign w:val="center"/>
          </w:tcPr>
          <w:p w14:paraId="271CD867" w14:textId="77777777" w:rsidR="000E4AB2" w:rsidRDefault="00000000">
            <w:r>
              <w:rPr>
                <w:sz w:val="16"/>
              </w:rPr>
              <w:t xml:space="preserve"> </w:t>
            </w:r>
          </w:p>
        </w:tc>
        <w:tc>
          <w:tcPr>
            <w:tcW w:w="1136" w:type="dxa"/>
            <w:vAlign w:val="center"/>
          </w:tcPr>
          <w:p w14:paraId="18A6AD7B" w14:textId="77777777" w:rsidR="000E4AB2" w:rsidRDefault="00000000">
            <w:r>
              <w:rPr>
                <w:sz w:val="16"/>
              </w:rPr>
              <w:t xml:space="preserve"> </w:t>
            </w:r>
          </w:p>
        </w:tc>
        <w:tc>
          <w:tcPr>
            <w:tcW w:w="1136" w:type="dxa"/>
            <w:vAlign w:val="center"/>
          </w:tcPr>
          <w:p w14:paraId="4D59F4CA" w14:textId="77777777" w:rsidR="000E4AB2" w:rsidRDefault="00000000">
            <w:r>
              <w:rPr>
                <w:sz w:val="16"/>
              </w:rPr>
              <w:t xml:space="preserve"> </w:t>
            </w:r>
          </w:p>
        </w:tc>
        <w:tc>
          <w:tcPr>
            <w:tcW w:w="1136" w:type="dxa"/>
            <w:vAlign w:val="center"/>
          </w:tcPr>
          <w:p w14:paraId="0F10D090" w14:textId="77777777" w:rsidR="000E4AB2" w:rsidRDefault="00000000">
            <w:r>
              <w:rPr>
                <w:sz w:val="16"/>
              </w:rPr>
              <w:t xml:space="preserve"> </w:t>
            </w:r>
          </w:p>
        </w:tc>
      </w:tr>
    </w:tbl>
    <w:p w14:paraId="7B9B8A2A" w14:textId="77777777" w:rsidR="000E4AB2" w:rsidRDefault="00000000">
      <w:r>
        <w:br w:type="page"/>
      </w:r>
    </w:p>
    <w:p w14:paraId="191057CF" w14:textId="77777777" w:rsidR="000E4AB2" w:rsidRDefault="00000000">
      <w:pPr>
        <w:pStyle w:val="Heading1"/>
      </w:pPr>
      <w:bookmarkStart w:id="49" w:name="_Toc240137320"/>
      <w:r>
        <w:lastRenderedPageBreak/>
        <w:t>Template 17: WHS Continuous Improvement Plan</w:t>
      </w:r>
      <w:bookmarkEnd w:id="49"/>
    </w:p>
    <w:p w14:paraId="23055F11" w14:textId="77777777" w:rsidR="000E4AB2" w:rsidRDefault="00000000">
      <w:r>
        <w:rPr>
          <w:b/>
        </w:rPr>
        <w:t xml:space="preserve">Purpose: </w:t>
      </w:r>
      <w:r>
        <w:t>Plan, implement and evaluate improvements to the AAOT WHS system.</w:t>
      </w:r>
    </w:p>
    <w:p w14:paraId="201CD1DD" w14:textId="77777777" w:rsidR="000E4AB2" w:rsidRDefault="00000000">
      <w:r>
        <w:rPr>
          <w:b/>
        </w:rPr>
        <w:t xml:space="preserve">Assessment use: </w:t>
      </w:r>
      <w:r>
        <w:t>Core Unit 1 resource.</w:t>
      </w:r>
    </w:p>
    <w:p w14:paraId="0CABD817"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tbl>
      <w:tblPr>
        <w:tblStyle w:val="TableGrid"/>
        <w:tblW w:w="0" w:type="auto"/>
        <w:jc w:val="center"/>
        <w:tblLook w:val="04A0" w:firstRow="1" w:lastRow="0" w:firstColumn="1" w:lastColumn="0" w:noHBand="0" w:noVBand="1"/>
      </w:tblPr>
      <w:tblGrid>
        <w:gridCol w:w="1199"/>
        <w:gridCol w:w="1136"/>
        <w:gridCol w:w="1136"/>
        <w:gridCol w:w="1136"/>
        <w:gridCol w:w="1136"/>
        <w:gridCol w:w="1136"/>
        <w:gridCol w:w="1136"/>
        <w:gridCol w:w="1136"/>
        <w:gridCol w:w="1136"/>
      </w:tblGrid>
      <w:tr w:rsidR="000E4AB2" w14:paraId="3667D2D7" w14:textId="77777777">
        <w:trPr>
          <w:jc w:val="center"/>
        </w:trPr>
        <w:tc>
          <w:tcPr>
            <w:tcW w:w="1136" w:type="dxa"/>
            <w:shd w:val="clear" w:color="auto" w:fill="D9EAF7"/>
            <w:vAlign w:val="center"/>
          </w:tcPr>
          <w:p w14:paraId="378DA4CD" w14:textId="77777777" w:rsidR="000E4AB2" w:rsidRDefault="00000000">
            <w:r>
              <w:rPr>
                <w:b/>
                <w:sz w:val="16"/>
              </w:rPr>
              <w:t>Improvement opportunity</w:t>
            </w:r>
          </w:p>
        </w:tc>
        <w:tc>
          <w:tcPr>
            <w:tcW w:w="1136" w:type="dxa"/>
            <w:shd w:val="clear" w:color="auto" w:fill="D9EAF7"/>
            <w:vAlign w:val="center"/>
          </w:tcPr>
          <w:p w14:paraId="4FF81A06" w14:textId="77777777" w:rsidR="000E4AB2" w:rsidRDefault="00000000">
            <w:r>
              <w:rPr>
                <w:b/>
                <w:sz w:val="16"/>
              </w:rPr>
              <w:t>Evidence / source</w:t>
            </w:r>
          </w:p>
        </w:tc>
        <w:tc>
          <w:tcPr>
            <w:tcW w:w="1136" w:type="dxa"/>
            <w:shd w:val="clear" w:color="auto" w:fill="D9EAF7"/>
            <w:vAlign w:val="center"/>
          </w:tcPr>
          <w:p w14:paraId="7C0B31F1" w14:textId="77777777" w:rsidR="000E4AB2" w:rsidRDefault="00000000">
            <w:r>
              <w:rPr>
                <w:b/>
                <w:sz w:val="16"/>
              </w:rPr>
              <w:t>Goal</w:t>
            </w:r>
          </w:p>
        </w:tc>
        <w:tc>
          <w:tcPr>
            <w:tcW w:w="1136" w:type="dxa"/>
            <w:shd w:val="clear" w:color="auto" w:fill="D9EAF7"/>
            <w:vAlign w:val="center"/>
          </w:tcPr>
          <w:p w14:paraId="5487DB9E" w14:textId="77777777" w:rsidR="000E4AB2" w:rsidRDefault="00000000">
            <w:r>
              <w:rPr>
                <w:b/>
                <w:sz w:val="16"/>
              </w:rPr>
              <w:t>Action</w:t>
            </w:r>
          </w:p>
        </w:tc>
        <w:tc>
          <w:tcPr>
            <w:tcW w:w="1136" w:type="dxa"/>
            <w:shd w:val="clear" w:color="auto" w:fill="D9EAF7"/>
            <w:vAlign w:val="center"/>
          </w:tcPr>
          <w:p w14:paraId="7B0119FB" w14:textId="77777777" w:rsidR="000E4AB2" w:rsidRDefault="00000000">
            <w:r>
              <w:rPr>
                <w:b/>
                <w:sz w:val="16"/>
              </w:rPr>
              <w:t>Responsible person</w:t>
            </w:r>
          </w:p>
        </w:tc>
        <w:tc>
          <w:tcPr>
            <w:tcW w:w="1136" w:type="dxa"/>
            <w:shd w:val="clear" w:color="auto" w:fill="D9EAF7"/>
            <w:vAlign w:val="center"/>
          </w:tcPr>
          <w:p w14:paraId="744EAD5D" w14:textId="77777777" w:rsidR="000E4AB2" w:rsidRDefault="00000000">
            <w:r>
              <w:rPr>
                <w:b/>
                <w:sz w:val="16"/>
              </w:rPr>
              <w:t>Resources</w:t>
            </w:r>
          </w:p>
        </w:tc>
        <w:tc>
          <w:tcPr>
            <w:tcW w:w="1136" w:type="dxa"/>
            <w:shd w:val="clear" w:color="auto" w:fill="D9EAF7"/>
            <w:vAlign w:val="center"/>
          </w:tcPr>
          <w:p w14:paraId="095DBA4E" w14:textId="77777777" w:rsidR="000E4AB2" w:rsidRDefault="00000000">
            <w:r>
              <w:rPr>
                <w:b/>
                <w:sz w:val="16"/>
              </w:rPr>
              <w:t>Timeframe</w:t>
            </w:r>
          </w:p>
        </w:tc>
        <w:tc>
          <w:tcPr>
            <w:tcW w:w="1136" w:type="dxa"/>
            <w:shd w:val="clear" w:color="auto" w:fill="D9EAF7"/>
            <w:vAlign w:val="center"/>
          </w:tcPr>
          <w:p w14:paraId="6BC0FD01" w14:textId="77777777" w:rsidR="000E4AB2" w:rsidRDefault="00000000">
            <w:r>
              <w:rPr>
                <w:b/>
                <w:sz w:val="16"/>
              </w:rPr>
              <w:t>Success measure</w:t>
            </w:r>
          </w:p>
        </w:tc>
        <w:tc>
          <w:tcPr>
            <w:tcW w:w="1136" w:type="dxa"/>
            <w:shd w:val="clear" w:color="auto" w:fill="D9EAF7"/>
            <w:vAlign w:val="center"/>
          </w:tcPr>
          <w:p w14:paraId="65B6F1D1" w14:textId="77777777" w:rsidR="000E4AB2" w:rsidRDefault="00000000">
            <w:r>
              <w:rPr>
                <w:b/>
                <w:sz w:val="16"/>
              </w:rPr>
              <w:t>Review outcome / learning</w:t>
            </w:r>
          </w:p>
        </w:tc>
      </w:tr>
      <w:tr w:rsidR="000E4AB2" w14:paraId="3BBD1D5D" w14:textId="77777777">
        <w:trPr>
          <w:jc w:val="center"/>
        </w:trPr>
        <w:tc>
          <w:tcPr>
            <w:tcW w:w="1136" w:type="dxa"/>
            <w:vAlign w:val="center"/>
          </w:tcPr>
          <w:p w14:paraId="48105BDF" w14:textId="77777777" w:rsidR="000E4AB2" w:rsidRDefault="00000000">
            <w:r>
              <w:rPr>
                <w:sz w:val="16"/>
              </w:rPr>
              <w:t xml:space="preserve"> </w:t>
            </w:r>
          </w:p>
        </w:tc>
        <w:tc>
          <w:tcPr>
            <w:tcW w:w="1136" w:type="dxa"/>
            <w:vAlign w:val="center"/>
          </w:tcPr>
          <w:p w14:paraId="36A144B7" w14:textId="77777777" w:rsidR="000E4AB2" w:rsidRDefault="00000000">
            <w:r>
              <w:rPr>
                <w:sz w:val="16"/>
              </w:rPr>
              <w:t xml:space="preserve"> </w:t>
            </w:r>
          </w:p>
        </w:tc>
        <w:tc>
          <w:tcPr>
            <w:tcW w:w="1136" w:type="dxa"/>
            <w:vAlign w:val="center"/>
          </w:tcPr>
          <w:p w14:paraId="63D5FDFD" w14:textId="77777777" w:rsidR="000E4AB2" w:rsidRDefault="00000000">
            <w:r>
              <w:rPr>
                <w:sz w:val="16"/>
              </w:rPr>
              <w:t xml:space="preserve"> </w:t>
            </w:r>
          </w:p>
        </w:tc>
        <w:tc>
          <w:tcPr>
            <w:tcW w:w="1136" w:type="dxa"/>
            <w:vAlign w:val="center"/>
          </w:tcPr>
          <w:p w14:paraId="237DC720" w14:textId="77777777" w:rsidR="000E4AB2" w:rsidRDefault="00000000">
            <w:r>
              <w:rPr>
                <w:sz w:val="16"/>
              </w:rPr>
              <w:t xml:space="preserve"> </w:t>
            </w:r>
          </w:p>
        </w:tc>
        <w:tc>
          <w:tcPr>
            <w:tcW w:w="1136" w:type="dxa"/>
            <w:vAlign w:val="center"/>
          </w:tcPr>
          <w:p w14:paraId="2B4CE5E7" w14:textId="77777777" w:rsidR="000E4AB2" w:rsidRDefault="00000000">
            <w:r>
              <w:rPr>
                <w:sz w:val="16"/>
              </w:rPr>
              <w:t xml:space="preserve"> </w:t>
            </w:r>
          </w:p>
        </w:tc>
        <w:tc>
          <w:tcPr>
            <w:tcW w:w="1136" w:type="dxa"/>
            <w:vAlign w:val="center"/>
          </w:tcPr>
          <w:p w14:paraId="401C8923" w14:textId="77777777" w:rsidR="000E4AB2" w:rsidRDefault="00000000">
            <w:r>
              <w:rPr>
                <w:sz w:val="16"/>
              </w:rPr>
              <w:t xml:space="preserve"> </w:t>
            </w:r>
          </w:p>
        </w:tc>
        <w:tc>
          <w:tcPr>
            <w:tcW w:w="1136" w:type="dxa"/>
            <w:vAlign w:val="center"/>
          </w:tcPr>
          <w:p w14:paraId="21C5E2BA" w14:textId="77777777" w:rsidR="000E4AB2" w:rsidRDefault="00000000">
            <w:r>
              <w:rPr>
                <w:sz w:val="16"/>
              </w:rPr>
              <w:t xml:space="preserve"> </w:t>
            </w:r>
          </w:p>
        </w:tc>
        <w:tc>
          <w:tcPr>
            <w:tcW w:w="1136" w:type="dxa"/>
            <w:vAlign w:val="center"/>
          </w:tcPr>
          <w:p w14:paraId="3F97B956" w14:textId="77777777" w:rsidR="000E4AB2" w:rsidRDefault="00000000">
            <w:r>
              <w:rPr>
                <w:sz w:val="16"/>
              </w:rPr>
              <w:t xml:space="preserve"> </w:t>
            </w:r>
          </w:p>
        </w:tc>
        <w:tc>
          <w:tcPr>
            <w:tcW w:w="1136" w:type="dxa"/>
            <w:vAlign w:val="center"/>
          </w:tcPr>
          <w:p w14:paraId="3AADE1D3" w14:textId="77777777" w:rsidR="000E4AB2" w:rsidRDefault="00000000">
            <w:r>
              <w:rPr>
                <w:sz w:val="16"/>
              </w:rPr>
              <w:t xml:space="preserve"> </w:t>
            </w:r>
          </w:p>
        </w:tc>
      </w:tr>
      <w:tr w:rsidR="000E4AB2" w14:paraId="7D3EE189" w14:textId="77777777">
        <w:trPr>
          <w:jc w:val="center"/>
        </w:trPr>
        <w:tc>
          <w:tcPr>
            <w:tcW w:w="1136" w:type="dxa"/>
            <w:vAlign w:val="center"/>
          </w:tcPr>
          <w:p w14:paraId="611C5E16" w14:textId="77777777" w:rsidR="000E4AB2" w:rsidRDefault="00000000">
            <w:r>
              <w:rPr>
                <w:sz w:val="16"/>
              </w:rPr>
              <w:t xml:space="preserve"> </w:t>
            </w:r>
          </w:p>
        </w:tc>
        <w:tc>
          <w:tcPr>
            <w:tcW w:w="1136" w:type="dxa"/>
            <w:vAlign w:val="center"/>
          </w:tcPr>
          <w:p w14:paraId="18526203" w14:textId="77777777" w:rsidR="000E4AB2" w:rsidRDefault="00000000">
            <w:r>
              <w:rPr>
                <w:sz w:val="16"/>
              </w:rPr>
              <w:t xml:space="preserve"> </w:t>
            </w:r>
          </w:p>
        </w:tc>
        <w:tc>
          <w:tcPr>
            <w:tcW w:w="1136" w:type="dxa"/>
            <w:vAlign w:val="center"/>
          </w:tcPr>
          <w:p w14:paraId="2B86D5C6" w14:textId="77777777" w:rsidR="000E4AB2" w:rsidRDefault="00000000">
            <w:r>
              <w:rPr>
                <w:sz w:val="16"/>
              </w:rPr>
              <w:t xml:space="preserve"> </w:t>
            </w:r>
          </w:p>
        </w:tc>
        <w:tc>
          <w:tcPr>
            <w:tcW w:w="1136" w:type="dxa"/>
            <w:vAlign w:val="center"/>
          </w:tcPr>
          <w:p w14:paraId="6EC3C7BF" w14:textId="77777777" w:rsidR="000E4AB2" w:rsidRDefault="00000000">
            <w:r>
              <w:rPr>
                <w:sz w:val="16"/>
              </w:rPr>
              <w:t xml:space="preserve"> </w:t>
            </w:r>
          </w:p>
        </w:tc>
        <w:tc>
          <w:tcPr>
            <w:tcW w:w="1136" w:type="dxa"/>
            <w:vAlign w:val="center"/>
          </w:tcPr>
          <w:p w14:paraId="67D2DAC7" w14:textId="77777777" w:rsidR="000E4AB2" w:rsidRDefault="00000000">
            <w:r>
              <w:rPr>
                <w:sz w:val="16"/>
              </w:rPr>
              <w:t xml:space="preserve"> </w:t>
            </w:r>
          </w:p>
        </w:tc>
        <w:tc>
          <w:tcPr>
            <w:tcW w:w="1136" w:type="dxa"/>
            <w:vAlign w:val="center"/>
          </w:tcPr>
          <w:p w14:paraId="1F1FEFD1" w14:textId="77777777" w:rsidR="000E4AB2" w:rsidRDefault="00000000">
            <w:r>
              <w:rPr>
                <w:sz w:val="16"/>
              </w:rPr>
              <w:t xml:space="preserve"> </w:t>
            </w:r>
          </w:p>
        </w:tc>
        <w:tc>
          <w:tcPr>
            <w:tcW w:w="1136" w:type="dxa"/>
            <w:vAlign w:val="center"/>
          </w:tcPr>
          <w:p w14:paraId="273FF181" w14:textId="77777777" w:rsidR="000E4AB2" w:rsidRDefault="00000000">
            <w:r>
              <w:rPr>
                <w:sz w:val="16"/>
              </w:rPr>
              <w:t xml:space="preserve"> </w:t>
            </w:r>
          </w:p>
        </w:tc>
        <w:tc>
          <w:tcPr>
            <w:tcW w:w="1136" w:type="dxa"/>
            <w:vAlign w:val="center"/>
          </w:tcPr>
          <w:p w14:paraId="5B20ADC4" w14:textId="77777777" w:rsidR="000E4AB2" w:rsidRDefault="00000000">
            <w:r>
              <w:rPr>
                <w:sz w:val="16"/>
              </w:rPr>
              <w:t xml:space="preserve"> </w:t>
            </w:r>
          </w:p>
        </w:tc>
        <w:tc>
          <w:tcPr>
            <w:tcW w:w="1136" w:type="dxa"/>
            <w:vAlign w:val="center"/>
          </w:tcPr>
          <w:p w14:paraId="0FB7121F" w14:textId="77777777" w:rsidR="000E4AB2" w:rsidRDefault="00000000">
            <w:r>
              <w:rPr>
                <w:sz w:val="16"/>
              </w:rPr>
              <w:t xml:space="preserve"> </w:t>
            </w:r>
          </w:p>
        </w:tc>
      </w:tr>
      <w:tr w:rsidR="000E4AB2" w14:paraId="41401F97" w14:textId="77777777">
        <w:trPr>
          <w:jc w:val="center"/>
        </w:trPr>
        <w:tc>
          <w:tcPr>
            <w:tcW w:w="1136" w:type="dxa"/>
            <w:vAlign w:val="center"/>
          </w:tcPr>
          <w:p w14:paraId="705F4066" w14:textId="77777777" w:rsidR="000E4AB2" w:rsidRDefault="00000000">
            <w:r>
              <w:rPr>
                <w:sz w:val="16"/>
              </w:rPr>
              <w:t xml:space="preserve"> </w:t>
            </w:r>
          </w:p>
        </w:tc>
        <w:tc>
          <w:tcPr>
            <w:tcW w:w="1136" w:type="dxa"/>
            <w:vAlign w:val="center"/>
          </w:tcPr>
          <w:p w14:paraId="11367E2C" w14:textId="77777777" w:rsidR="000E4AB2" w:rsidRDefault="00000000">
            <w:r>
              <w:rPr>
                <w:sz w:val="16"/>
              </w:rPr>
              <w:t xml:space="preserve"> </w:t>
            </w:r>
          </w:p>
        </w:tc>
        <w:tc>
          <w:tcPr>
            <w:tcW w:w="1136" w:type="dxa"/>
            <w:vAlign w:val="center"/>
          </w:tcPr>
          <w:p w14:paraId="72930DDC" w14:textId="77777777" w:rsidR="000E4AB2" w:rsidRDefault="00000000">
            <w:r>
              <w:rPr>
                <w:sz w:val="16"/>
              </w:rPr>
              <w:t xml:space="preserve"> </w:t>
            </w:r>
          </w:p>
        </w:tc>
        <w:tc>
          <w:tcPr>
            <w:tcW w:w="1136" w:type="dxa"/>
            <w:vAlign w:val="center"/>
          </w:tcPr>
          <w:p w14:paraId="0E87B3C0" w14:textId="77777777" w:rsidR="000E4AB2" w:rsidRDefault="00000000">
            <w:r>
              <w:rPr>
                <w:sz w:val="16"/>
              </w:rPr>
              <w:t xml:space="preserve"> </w:t>
            </w:r>
          </w:p>
        </w:tc>
        <w:tc>
          <w:tcPr>
            <w:tcW w:w="1136" w:type="dxa"/>
            <w:vAlign w:val="center"/>
          </w:tcPr>
          <w:p w14:paraId="070785ED" w14:textId="77777777" w:rsidR="000E4AB2" w:rsidRDefault="00000000">
            <w:r>
              <w:rPr>
                <w:sz w:val="16"/>
              </w:rPr>
              <w:t xml:space="preserve"> </w:t>
            </w:r>
          </w:p>
        </w:tc>
        <w:tc>
          <w:tcPr>
            <w:tcW w:w="1136" w:type="dxa"/>
            <w:vAlign w:val="center"/>
          </w:tcPr>
          <w:p w14:paraId="46A978EA" w14:textId="77777777" w:rsidR="000E4AB2" w:rsidRDefault="00000000">
            <w:r>
              <w:rPr>
                <w:sz w:val="16"/>
              </w:rPr>
              <w:t xml:space="preserve"> </w:t>
            </w:r>
          </w:p>
        </w:tc>
        <w:tc>
          <w:tcPr>
            <w:tcW w:w="1136" w:type="dxa"/>
            <w:vAlign w:val="center"/>
          </w:tcPr>
          <w:p w14:paraId="6E907C1A" w14:textId="77777777" w:rsidR="000E4AB2" w:rsidRDefault="00000000">
            <w:r>
              <w:rPr>
                <w:sz w:val="16"/>
              </w:rPr>
              <w:t xml:space="preserve"> </w:t>
            </w:r>
          </w:p>
        </w:tc>
        <w:tc>
          <w:tcPr>
            <w:tcW w:w="1136" w:type="dxa"/>
            <w:vAlign w:val="center"/>
          </w:tcPr>
          <w:p w14:paraId="37F5DC25" w14:textId="77777777" w:rsidR="000E4AB2" w:rsidRDefault="00000000">
            <w:r>
              <w:rPr>
                <w:sz w:val="16"/>
              </w:rPr>
              <w:t xml:space="preserve"> </w:t>
            </w:r>
          </w:p>
        </w:tc>
        <w:tc>
          <w:tcPr>
            <w:tcW w:w="1136" w:type="dxa"/>
            <w:vAlign w:val="center"/>
          </w:tcPr>
          <w:p w14:paraId="6E0B4417" w14:textId="77777777" w:rsidR="000E4AB2" w:rsidRDefault="00000000">
            <w:r>
              <w:rPr>
                <w:sz w:val="16"/>
              </w:rPr>
              <w:t xml:space="preserve"> </w:t>
            </w:r>
          </w:p>
        </w:tc>
      </w:tr>
      <w:tr w:rsidR="000E4AB2" w14:paraId="0426AFCF" w14:textId="77777777">
        <w:trPr>
          <w:jc w:val="center"/>
        </w:trPr>
        <w:tc>
          <w:tcPr>
            <w:tcW w:w="1136" w:type="dxa"/>
            <w:vAlign w:val="center"/>
          </w:tcPr>
          <w:p w14:paraId="5408B9CC" w14:textId="77777777" w:rsidR="000E4AB2" w:rsidRDefault="00000000">
            <w:r>
              <w:rPr>
                <w:sz w:val="16"/>
              </w:rPr>
              <w:t xml:space="preserve"> </w:t>
            </w:r>
          </w:p>
        </w:tc>
        <w:tc>
          <w:tcPr>
            <w:tcW w:w="1136" w:type="dxa"/>
            <w:vAlign w:val="center"/>
          </w:tcPr>
          <w:p w14:paraId="6DCCAE0F" w14:textId="77777777" w:rsidR="000E4AB2" w:rsidRDefault="00000000">
            <w:r>
              <w:rPr>
                <w:sz w:val="16"/>
              </w:rPr>
              <w:t xml:space="preserve"> </w:t>
            </w:r>
          </w:p>
        </w:tc>
        <w:tc>
          <w:tcPr>
            <w:tcW w:w="1136" w:type="dxa"/>
            <w:vAlign w:val="center"/>
          </w:tcPr>
          <w:p w14:paraId="603E6551" w14:textId="77777777" w:rsidR="000E4AB2" w:rsidRDefault="00000000">
            <w:r>
              <w:rPr>
                <w:sz w:val="16"/>
              </w:rPr>
              <w:t xml:space="preserve"> </w:t>
            </w:r>
          </w:p>
        </w:tc>
        <w:tc>
          <w:tcPr>
            <w:tcW w:w="1136" w:type="dxa"/>
            <w:vAlign w:val="center"/>
          </w:tcPr>
          <w:p w14:paraId="54C1B59B" w14:textId="77777777" w:rsidR="000E4AB2" w:rsidRDefault="00000000">
            <w:r>
              <w:rPr>
                <w:sz w:val="16"/>
              </w:rPr>
              <w:t xml:space="preserve"> </w:t>
            </w:r>
          </w:p>
        </w:tc>
        <w:tc>
          <w:tcPr>
            <w:tcW w:w="1136" w:type="dxa"/>
            <w:vAlign w:val="center"/>
          </w:tcPr>
          <w:p w14:paraId="2660EBB4" w14:textId="77777777" w:rsidR="000E4AB2" w:rsidRDefault="00000000">
            <w:r>
              <w:rPr>
                <w:sz w:val="16"/>
              </w:rPr>
              <w:t xml:space="preserve"> </w:t>
            </w:r>
          </w:p>
        </w:tc>
        <w:tc>
          <w:tcPr>
            <w:tcW w:w="1136" w:type="dxa"/>
            <w:vAlign w:val="center"/>
          </w:tcPr>
          <w:p w14:paraId="6F3F1D8C" w14:textId="77777777" w:rsidR="000E4AB2" w:rsidRDefault="00000000">
            <w:r>
              <w:rPr>
                <w:sz w:val="16"/>
              </w:rPr>
              <w:t xml:space="preserve"> </w:t>
            </w:r>
          </w:p>
        </w:tc>
        <w:tc>
          <w:tcPr>
            <w:tcW w:w="1136" w:type="dxa"/>
            <w:vAlign w:val="center"/>
          </w:tcPr>
          <w:p w14:paraId="635D76CC" w14:textId="77777777" w:rsidR="000E4AB2" w:rsidRDefault="00000000">
            <w:r>
              <w:rPr>
                <w:sz w:val="16"/>
              </w:rPr>
              <w:t xml:space="preserve"> </w:t>
            </w:r>
          </w:p>
        </w:tc>
        <w:tc>
          <w:tcPr>
            <w:tcW w:w="1136" w:type="dxa"/>
            <w:vAlign w:val="center"/>
          </w:tcPr>
          <w:p w14:paraId="13A36287" w14:textId="77777777" w:rsidR="000E4AB2" w:rsidRDefault="00000000">
            <w:r>
              <w:rPr>
                <w:sz w:val="16"/>
              </w:rPr>
              <w:t xml:space="preserve"> </w:t>
            </w:r>
          </w:p>
        </w:tc>
        <w:tc>
          <w:tcPr>
            <w:tcW w:w="1136" w:type="dxa"/>
            <w:vAlign w:val="center"/>
          </w:tcPr>
          <w:p w14:paraId="7E079687" w14:textId="77777777" w:rsidR="000E4AB2" w:rsidRDefault="00000000">
            <w:r>
              <w:rPr>
                <w:sz w:val="16"/>
              </w:rPr>
              <w:t xml:space="preserve"> </w:t>
            </w:r>
          </w:p>
        </w:tc>
      </w:tr>
      <w:tr w:rsidR="000E4AB2" w14:paraId="315A1061" w14:textId="77777777">
        <w:trPr>
          <w:jc w:val="center"/>
        </w:trPr>
        <w:tc>
          <w:tcPr>
            <w:tcW w:w="1136" w:type="dxa"/>
            <w:vAlign w:val="center"/>
          </w:tcPr>
          <w:p w14:paraId="5B3347ED" w14:textId="77777777" w:rsidR="000E4AB2" w:rsidRDefault="00000000">
            <w:r>
              <w:rPr>
                <w:sz w:val="16"/>
              </w:rPr>
              <w:t xml:space="preserve"> </w:t>
            </w:r>
          </w:p>
        </w:tc>
        <w:tc>
          <w:tcPr>
            <w:tcW w:w="1136" w:type="dxa"/>
            <w:vAlign w:val="center"/>
          </w:tcPr>
          <w:p w14:paraId="595B43FC" w14:textId="77777777" w:rsidR="000E4AB2" w:rsidRDefault="00000000">
            <w:r>
              <w:rPr>
                <w:sz w:val="16"/>
              </w:rPr>
              <w:t xml:space="preserve"> </w:t>
            </w:r>
          </w:p>
        </w:tc>
        <w:tc>
          <w:tcPr>
            <w:tcW w:w="1136" w:type="dxa"/>
            <w:vAlign w:val="center"/>
          </w:tcPr>
          <w:p w14:paraId="1D4C022D" w14:textId="77777777" w:rsidR="000E4AB2" w:rsidRDefault="00000000">
            <w:r>
              <w:rPr>
                <w:sz w:val="16"/>
              </w:rPr>
              <w:t xml:space="preserve"> </w:t>
            </w:r>
          </w:p>
        </w:tc>
        <w:tc>
          <w:tcPr>
            <w:tcW w:w="1136" w:type="dxa"/>
            <w:vAlign w:val="center"/>
          </w:tcPr>
          <w:p w14:paraId="07FC33D8" w14:textId="77777777" w:rsidR="000E4AB2" w:rsidRDefault="00000000">
            <w:r>
              <w:rPr>
                <w:sz w:val="16"/>
              </w:rPr>
              <w:t xml:space="preserve"> </w:t>
            </w:r>
          </w:p>
        </w:tc>
        <w:tc>
          <w:tcPr>
            <w:tcW w:w="1136" w:type="dxa"/>
            <w:vAlign w:val="center"/>
          </w:tcPr>
          <w:p w14:paraId="715DA17C" w14:textId="77777777" w:rsidR="000E4AB2" w:rsidRDefault="00000000">
            <w:r>
              <w:rPr>
                <w:sz w:val="16"/>
              </w:rPr>
              <w:t xml:space="preserve"> </w:t>
            </w:r>
          </w:p>
        </w:tc>
        <w:tc>
          <w:tcPr>
            <w:tcW w:w="1136" w:type="dxa"/>
            <w:vAlign w:val="center"/>
          </w:tcPr>
          <w:p w14:paraId="3008FED8" w14:textId="77777777" w:rsidR="000E4AB2" w:rsidRDefault="00000000">
            <w:r>
              <w:rPr>
                <w:sz w:val="16"/>
              </w:rPr>
              <w:t xml:space="preserve"> </w:t>
            </w:r>
          </w:p>
        </w:tc>
        <w:tc>
          <w:tcPr>
            <w:tcW w:w="1136" w:type="dxa"/>
            <w:vAlign w:val="center"/>
          </w:tcPr>
          <w:p w14:paraId="6425746A" w14:textId="77777777" w:rsidR="000E4AB2" w:rsidRDefault="00000000">
            <w:r>
              <w:rPr>
                <w:sz w:val="16"/>
              </w:rPr>
              <w:t xml:space="preserve"> </w:t>
            </w:r>
          </w:p>
        </w:tc>
        <w:tc>
          <w:tcPr>
            <w:tcW w:w="1136" w:type="dxa"/>
            <w:vAlign w:val="center"/>
          </w:tcPr>
          <w:p w14:paraId="0BEFFF72" w14:textId="77777777" w:rsidR="000E4AB2" w:rsidRDefault="00000000">
            <w:r>
              <w:rPr>
                <w:sz w:val="16"/>
              </w:rPr>
              <w:t xml:space="preserve"> </w:t>
            </w:r>
          </w:p>
        </w:tc>
        <w:tc>
          <w:tcPr>
            <w:tcW w:w="1136" w:type="dxa"/>
            <w:vAlign w:val="center"/>
          </w:tcPr>
          <w:p w14:paraId="11277256" w14:textId="77777777" w:rsidR="000E4AB2" w:rsidRDefault="00000000">
            <w:r>
              <w:rPr>
                <w:sz w:val="16"/>
              </w:rPr>
              <w:t xml:space="preserve"> </w:t>
            </w:r>
          </w:p>
        </w:tc>
      </w:tr>
      <w:tr w:rsidR="000E4AB2" w14:paraId="06008900" w14:textId="77777777">
        <w:trPr>
          <w:jc w:val="center"/>
        </w:trPr>
        <w:tc>
          <w:tcPr>
            <w:tcW w:w="1136" w:type="dxa"/>
            <w:vAlign w:val="center"/>
          </w:tcPr>
          <w:p w14:paraId="6733297C" w14:textId="77777777" w:rsidR="000E4AB2" w:rsidRDefault="00000000">
            <w:r>
              <w:rPr>
                <w:sz w:val="16"/>
              </w:rPr>
              <w:t xml:space="preserve"> </w:t>
            </w:r>
          </w:p>
        </w:tc>
        <w:tc>
          <w:tcPr>
            <w:tcW w:w="1136" w:type="dxa"/>
            <w:vAlign w:val="center"/>
          </w:tcPr>
          <w:p w14:paraId="30CB687E" w14:textId="77777777" w:rsidR="000E4AB2" w:rsidRDefault="00000000">
            <w:r>
              <w:rPr>
                <w:sz w:val="16"/>
              </w:rPr>
              <w:t xml:space="preserve"> </w:t>
            </w:r>
          </w:p>
        </w:tc>
        <w:tc>
          <w:tcPr>
            <w:tcW w:w="1136" w:type="dxa"/>
            <w:vAlign w:val="center"/>
          </w:tcPr>
          <w:p w14:paraId="06747993" w14:textId="77777777" w:rsidR="000E4AB2" w:rsidRDefault="00000000">
            <w:r>
              <w:rPr>
                <w:sz w:val="16"/>
              </w:rPr>
              <w:t xml:space="preserve"> </w:t>
            </w:r>
          </w:p>
        </w:tc>
        <w:tc>
          <w:tcPr>
            <w:tcW w:w="1136" w:type="dxa"/>
            <w:vAlign w:val="center"/>
          </w:tcPr>
          <w:p w14:paraId="3D68C10A" w14:textId="77777777" w:rsidR="000E4AB2" w:rsidRDefault="00000000">
            <w:r>
              <w:rPr>
                <w:sz w:val="16"/>
              </w:rPr>
              <w:t xml:space="preserve"> </w:t>
            </w:r>
          </w:p>
        </w:tc>
        <w:tc>
          <w:tcPr>
            <w:tcW w:w="1136" w:type="dxa"/>
            <w:vAlign w:val="center"/>
          </w:tcPr>
          <w:p w14:paraId="76C25ECB" w14:textId="77777777" w:rsidR="000E4AB2" w:rsidRDefault="00000000">
            <w:r>
              <w:rPr>
                <w:sz w:val="16"/>
              </w:rPr>
              <w:t xml:space="preserve"> </w:t>
            </w:r>
          </w:p>
        </w:tc>
        <w:tc>
          <w:tcPr>
            <w:tcW w:w="1136" w:type="dxa"/>
            <w:vAlign w:val="center"/>
          </w:tcPr>
          <w:p w14:paraId="19BB7A80" w14:textId="77777777" w:rsidR="000E4AB2" w:rsidRDefault="00000000">
            <w:r>
              <w:rPr>
                <w:sz w:val="16"/>
              </w:rPr>
              <w:t xml:space="preserve"> </w:t>
            </w:r>
          </w:p>
        </w:tc>
        <w:tc>
          <w:tcPr>
            <w:tcW w:w="1136" w:type="dxa"/>
            <w:vAlign w:val="center"/>
          </w:tcPr>
          <w:p w14:paraId="48573194" w14:textId="77777777" w:rsidR="000E4AB2" w:rsidRDefault="00000000">
            <w:r>
              <w:rPr>
                <w:sz w:val="16"/>
              </w:rPr>
              <w:t xml:space="preserve"> </w:t>
            </w:r>
          </w:p>
        </w:tc>
        <w:tc>
          <w:tcPr>
            <w:tcW w:w="1136" w:type="dxa"/>
            <w:vAlign w:val="center"/>
          </w:tcPr>
          <w:p w14:paraId="5415D3A1" w14:textId="77777777" w:rsidR="000E4AB2" w:rsidRDefault="00000000">
            <w:r>
              <w:rPr>
                <w:sz w:val="16"/>
              </w:rPr>
              <w:t xml:space="preserve"> </w:t>
            </w:r>
          </w:p>
        </w:tc>
        <w:tc>
          <w:tcPr>
            <w:tcW w:w="1136" w:type="dxa"/>
            <w:vAlign w:val="center"/>
          </w:tcPr>
          <w:p w14:paraId="6464B1A9" w14:textId="77777777" w:rsidR="000E4AB2" w:rsidRDefault="00000000">
            <w:r>
              <w:rPr>
                <w:sz w:val="16"/>
              </w:rPr>
              <w:t xml:space="preserve"> </w:t>
            </w:r>
          </w:p>
        </w:tc>
      </w:tr>
    </w:tbl>
    <w:p w14:paraId="5D9467FD" w14:textId="77777777" w:rsidR="000E4AB2" w:rsidRDefault="00000000">
      <w:pPr>
        <w:pStyle w:val="TemplateInstruction"/>
      </w:pPr>
      <w:r>
        <w:t>Potential sources include audits, inspections, incidents, near misses, worker/client consultation, animal welfare indicators, feedback, changes in evidence, legislation, practice model or later AAOT learning.</w:t>
      </w:r>
    </w:p>
    <w:p w14:paraId="21664E72" w14:textId="77777777" w:rsidR="000E4AB2" w:rsidRDefault="00000000">
      <w:r>
        <w:br w:type="page"/>
      </w:r>
    </w:p>
    <w:p w14:paraId="6CDC36B7" w14:textId="77777777" w:rsidR="000E4AB2" w:rsidRDefault="00000000">
      <w:pPr>
        <w:pStyle w:val="Heading1"/>
      </w:pPr>
      <w:bookmarkStart w:id="50" w:name="_Toc240137321"/>
      <w:r>
        <w:lastRenderedPageBreak/>
        <w:t>Template 18: WHS Monitoring and Evaluation Plan</w:t>
      </w:r>
      <w:bookmarkEnd w:id="50"/>
    </w:p>
    <w:p w14:paraId="572BF960" w14:textId="77777777" w:rsidR="000E4AB2" w:rsidRDefault="00000000">
      <w:r>
        <w:rPr>
          <w:b/>
        </w:rPr>
        <w:t xml:space="preserve">Purpose: </w:t>
      </w:r>
      <w:r>
        <w:t>Define how WHS performance and control effectiveness will be monitored over time.</w:t>
      </w:r>
    </w:p>
    <w:p w14:paraId="4D0AAB1F" w14:textId="77777777" w:rsidR="000E4AB2" w:rsidRDefault="00000000">
      <w:r>
        <w:rPr>
          <w:b/>
        </w:rPr>
        <w:t xml:space="preserve">Assessment use: </w:t>
      </w:r>
      <w:r>
        <w:t>Core Unit 1 resource.</w:t>
      </w:r>
    </w:p>
    <w:p w14:paraId="2D539689"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tbl>
      <w:tblPr>
        <w:tblStyle w:val="TableGrid"/>
        <w:tblW w:w="0" w:type="auto"/>
        <w:jc w:val="center"/>
        <w:tblLook w:val="04A0" w:firstRow="1" w:lastRow="0" w:firstColumn="1" w:lastColumn="0" w:noHBand="0" w:noVBand="1"/>
      </w:tblPr>
      <w:tblGrid>
        <w:gridCol w:w="1278"/>
        <w:gridCol w:w="1278"/>
        <w:gridCol w:w="1278"/>
        <w:gridCol w:w="1278"/>
        <w:gridCol w:w="1278"/>
        <w:gridCol w:w="1278"/>
        <w:gridCol w:w="1278"/>
        <w:gridCol w:w="1278"/>
      </w:tblGrid>
      <w:tr w:rsidR="000E4AB2" w14:paraId="78B84B80" w14:textId="77777777">
        <w:trPr>
          <w:jc w:val="center"/>
        </w:trPr>
        <w:tc>
          <w:tcPr>
            <w:tcW w:w="1278" w:type="dxa"/>
            <w:shd w:val="clear" w:color="auto" w:fill="D9EAF7"/>
            <w:vAlign w:val="center"/>
          </w:tcPr>
          <w:p w14:paraId="7AC2CA2D" w14:textId="77777777" w:rsidR="000E4AB2" w:rsidRDefault="00000000">
            <w:r>
              <w:rPr>
                <w:b/>
                <w:sz w:val="16"/>
              </w:rPr>
              <w:t>Area / control</w:t>
            </w:r>
          </w:p>
        </w:tc>
        <w:tc>
          <w:tcPr>
            <w:tcW w:w="1278" w:type="dxa"/>
            <w:shd w:val="clear" w:color="auto" w:fill="D9EAF7"/>
            <w:vAlign w:val="center"/>
          </w:tcPr>
          <w:p w14:paraId="1DD31A55" w14:textId="77777777" w:rsidR="000E4AB2" w:rsidRDefault="00000000">
            <w:r>
              <w:rPr>
                <w:b/>
                <w:sz w:val="16"/>
              </w:rPr>
              <w:t>Indicator</w:t>
            </w:r>
          </w:p>
        </w:tc>
        <w:tc>
          <w:tcPr>
            <w:tcW w:w="1278" w:type="dxa"/>
            <w:shd w:val="clear" w:color="auto" w:fill="D9EAF7"/>
            <w:vAlign w:val="center"/>
          </w:tcPr>
          <w:p w14:paraId="46A5FDA1" w14:textId="77777777" w:rsidR="000E4AB2" w:rsidRDefault="00000000">
            <w:r>
              <w:rPr>
                <w:b/>
                <w:sz w:val="16"/>
              </w:rPr>
              <w:t>Leading / lagging</w:t>
            </w:r>
          </w:p>
        </w:tc>
        <w:tc>
          <w:tcPr>
            <w:tcW w:w="1278" w:type="dxa"/>
            <w:shd w:val="clear" w:color="auto" w:fill="D9EAF7"/>
            <w:vAlign w:val="center"/>
          </w:tcPr>
          <w:p w14:paraId="68FFDFA7" w14:textId="77777777" w:rsidR="000E4AB2" w:rsidRDefault="00000000">
            <w:r>
              <w:rPr>
                <w:b/>
                <w:sz w:val="16"/>
              </w:rPr>
              <w:t>Data source</w:t>
            </w:r>
          </w:p>
        </w:tc>
        <w:tc>
          <w:tcPr>
            <w:tcW w:w="1278" w:type="dxa"/>
            <w:shd w:val="clear" w:color="auto" w:fill="D9EAF7"/>
            <w:vAlign w:val="center"/>
          </w:tcPr>
          <w:p w14:paraId="3B340586" w14:textId="77777777" w:rsidR="000E4AB2" w:rsidRDefault="00000000">
            <w:r>
              <w:rPr>
                <w:b/>
                <w:sz w:val="16"/>
              </w:rPr>
              <w:t>Frequency</w:t>
            </w:r>
          </w:p>
        </w:tc>
        <w:tc>
          <w:tcPr>
            <w:tcW w:w="1278" w:type="dxa"/>
            <w:shd w:val="clear" w:color="auto" w:fill="D9EAF7"/>
            <w:vAlign w:val="center"/>
          </w:tcPr>
          <w:p w14:paraId="55C4C92F" w14:textId="77777777" w:rsidR="000E4AB2" w:rsidRDefault="00000000">
            <w:r>
              <w:rPr>
                <w:b/>
                <w:sz w:val="16"/>
              </w:rPr>
              <w:t>Responsible person</w:t>
            </w:r>
          </w:p>
        </w:tc>
        <w:tc>
          <w:tcPr>
            <w:tcW w:w="1278" w:type="dxa"/>
            <w:shd w:val="clear" w:color="auto" w:fill="D9EAF7"/>
            <w:vAlign w:val="center"/>
          </w:tcPr>
          <w:p w14:paraId="7966F24D" w14:textId="77777777" w:rsidR="000E4AB2" w:rsidRDefault="00000000">
            <w:r>
              <w:rPr>
                <w:b/>
                <w:sz w:val="16"/>
              </w:rPr>
              <w:t>Threshold / expected result</w:t>
            </w:r>
          </w:p>
        </w:tc>
        <w:tc>
          <w:tcPr>
            <w:tcW w:w="1278" w:type="dxa"/>
            <w:shd w:val="clear" w:color="auto" w:fill="D9EAF7"/>
            <w:vAlign w:val="center"/>
          </w:tcPr>
          <w:p w14:paraId="7D6A7931" w14:textId="77777777" w:rsidR="000E4AB2" w:rsidRDefault="00000000">
            <w:r>
              <w:rPr>
                <w:b/>
                <w:sz w:val="16"/>
              </w:rPr>
              <w:t>Action if result not met</w:t>
            </w:r>
          </w:p>
        </w:tc>
      </w:tr>
      <w:tr w:rsidR="000E4AB2" w14:paraId="5B268944" w14:textId="77777777">
        <w:trPr>
          <w:jc w:val="center"/>
        </w:trPr>
        <w:tc>
          <w:tcPr>
            <w:tcW w:w="1278" w:type="dxa"/>
            <w:vAlign w:val="center"/>
          </w:tcPr>
          <w:p w14:paraId="513573B2" w14:textId="77777777" w:rsidR="000E4AB2" w:rsidRDefault="00000000">
            <w:r>
              <w:rPr>
                <w:sz w:val="16"/>
              </w:rPr>
              <w:t xml:space="preserve"> </w:t>
            </w:r>
          </w:p>
        </w:tc>
        <w:tc>
          <w:tcPr>
            <w:tcW w:w="1278" w:type="dxa"/>
            <w:vAlign w:val="center"/>
          </w:tcPr>
          <w:p w14:paraId="0AA459CB" w14:textId="77777777" w:rsidR="000E4AB2" w:rsidRDefault="00000000">
            <w:r>
              <w:rPr>
                <w:sz w:val="16"/>
              </w:rPr>
              <w:t xml:space="preserve"> </w:t>
            </w:r>
          </w:p>
        </w:tc>
        <w:tc>
          <w:tcPr>
            <w:tcW w:w="1278" w:type="dxa"/>
            <w:vAlign w:val="center"/>
          </w:tcPr>
          <w:p w14:paraId="5E158A53" w14:textId="77777777" w:rsidR="000E4AB2" w:rsidRDefault="00000000">
            <w:r>
              <w:rPr>
                <w:sz w:val="16"/>
              </w:rPr>
              <w:t xml:space="preserve"> </w:t>
            </w:r>
          </w:p>
        </w:tc>
        <w:tc>
          <w:tcPr>
            <w:tcW w:w="1278" w:type="dxa"/>
            <w:vAlign w:val="center"/>
          </w:tcPr>
          <w:p w14:paraId="7B687A39" w14:textId="77777777" w:rsidR="000E4AB2" w:rsidRDefault="00000000">
            <w:r>
              <w:rPr>
                <w:sz w:val="16"/>
              </w:rPr>
              <w:t xml:space="preserve"> </w:t>
            </w:r>
          </w:p>
        </w:tc>
        <w:tc>
          <w:tcPr>
            <w:tcW w:w="1278" w:type="dxa"/>
            <w:vAlign w:val="center"/>
          </w:tcPr>
          <w:p w14:paraId="7225E85F" w14:textId="77777777" w:rsidR="000E4AB2" w:rsidRDefault="00000000">
            <w:r>
              <w:rPr>
                <w:sz w:val="16"/>
              </w:rPr>
              <w:t xml:space="preserve"> </w:t>
            </w:r>
          </w:p>
        </w:tc>
        <w:tc>
          <w:tcPr>
            <w:tcW w:w="1278" w:type="dxa"/>
            <w:vAlign w:val="center"/>
          </w:tcPr>
          <w:p w14:paraId="33507488" w14:textId="77777777" w:rsidR="000E4AB2" w:rsidRDefault="00000000">
            <w:r>
              <w:rPr>
                <w:sz w:val="16"/>
              </w:rPr>
              <w:t xml:space="preserve"> </w:t>
            </w:r>
          </w:p>
        </w:tc>
        <w:tc>
          <w:tcPr>
            <w:tcW w:w="1278" w:type="dxa"/>
            <w:vAlign w:val="center"/>
          </w:tcPr>
          <w:p w14:paraId="30934E2A" w14:textId="77777777" w:rsidR="000E4AB2" w:rsidRDefault="00000000">
            <w:r>
              <w:rPr>
                <w:sz w:val="16"/>
              </w:rPr>
              <w:t xml:space="preserve"> </w:t>
            </w:r>
          </w:p>
        </w:tc>
        <w:tc>
          <w:tcPr>
            <w:tcW w:w="1278" w:type="dxa"/>
            <w:vAlign w:val="center"/>
          </w:tcPr>
          <w:p w14:paraId="1E2A630C" w14:textId="77777777" w:rsidR="000E4AB2" w:rsidRDefault="00000000">
            <w:r>
              <w:rPr>
                <w:sz w:val="16"/>
              </w:rPr>
              <w:t xml:space="preserve"> </w:t>
            </w:r>
          </w:p>
        </w:tc>
      </w:tr>
      <w:tr w:rsidR="000E4AB2" w14:paraId="5872A846" w14:textId="77777777">
        <w:trPr>
          <w:jc w:val="center"/>
        </w:trPr>
        <w:tc>
          <w:tcPr>
            <w:tcW w:w="1278" w:type="dxa"/>
            <w:vAlign w:val="center"/>
          </w:tcPr>
          <w:p w14:paraId="706CE199" w14:textId="77777777" w:rsidR="000E4AB2" w:rsidRDefault="00000000">
            <w:r>
              <w:rPr>
                <w:sz w:val="16"/>
              </w:rPr>
              <w:t xml:space="preserve"> </w:t>
            </w:r>
          </w:p>
        </w:tc>
        <w:tc>
          <w:tcPr>
            <w:tcW w:w="1278" w:type="dxa"/>
            <w:vAlign w:val="center"/>
          </w:tcPr>
          <w:p w14:paraId="1C179A01" w14:textId="77777777" w:rsidR="000E4AB2" w:rsidRDefault="00000000">
            <w:r>
              <w:rPr>
                <w:sz w:val="16"/>
              </w:rPr>
              <w:t xml:space="preserve"> </w:t>
            </w:r>
          </w:p>
        </w:tc>
        <w:tc>
          <w:tcPr>
            <w:tcW w:w="1278" w:type="dxa"/>
            <w:vAlign w:val="center"/>
          </w:tcPr>
          <w:p w14:paraId="507BCFBC" w14:textId="77777777" w:rsidR="000E4AB2" w:rsidRDefault="00000000">
            <w:r>
              <w:rPr>
                <w:sz w:val="16"/>
              </w:rPr>
              <w:t xml:space="preserve"> </w:t>
            </w:r>
          </w:p>
        </w:tc>
        <w:tc>
          <w:tcPr>
            <w:tcW w:w="1278" w:type="dxa"/>
            <w:vAlign w:val="center"/>
          </w:tcPr>
          <w:p w14:paraId="38DD420E" w14:textId="77777777" w:rsidR="000E4AB2" w:rsidRDefault="00000000">
            <w:r>
              <w:rPr>
                <w:sz w:val="16"/>
              </w:rPr>
              <w:t xml:space="preserve"> </w:t>
            </w:r>
          </w:p>
        </w:tc>
        <w:tc>
          <w:tcPr>
            <w:tcW w:w="1278" w:type="dxa"/>
            <w:vAlign w:val="center"/>
          </w:tcPr>
          <w:p w14:paraId="1B3BD600" w14:textId="77777777" w:rsidR="000E4AB2" w:rsidRDefault="00000000">
            <w:r>
              <w:rPr>
                <w:sz w:val="16"/>
              </w:rPr>
              <w:t xml:space="preserve"> </w:t>
            </w:r>
          </w:p>
        </w:tc>
        <w:tc>
          <w:tcPr>
            <w:tcW w:w="1278" w:type="dxa"/>
            <w:vAlign w:val="center"/>
          </w:tcPr>
          <w:p w14:paraId="618D7957" w14:textId="77777777" w:rsidR="000E4AB2" w:rsidRDefault="00000000">
            <w:r>
              <w:rPr>
                <w:sz w:val="16"/>
              </w:rPr>
              <w:t xml:space="preserve"> </w:t>
            </w:r>
          </w:p>
        </w:tc>
        <w:tc>
          <w:tcPr>
            <w:tcW w:w="1278" w:type="dxa"/>
            <w:vAlign w:val="center"/>
          </w:tcPr>
          <w:p w14:paraId="0B74F96B" w14:textId="77777777" w:rsidR="000E4AB2" w:rsidRDefault="00000000">
            <w:r>
              <w:rPr>
                <w:sz w:val="16"/>
              </w:rPr>
              <w:t xml:space="preserve"> </w:t>
            </w:r>
          </w:p>
        </w:tc>
        <w:tc>
          <w:tcPr>
            <w:tcW w:w="1278" w:type="dxa"/>
            <w:vAlign w:val="center"/>
          </w:tcPr>
          <w:p w14:paraId="2191262F" w14:textId="77777777" w:rsidR="000E4AB2" w:rsidRDefault="00000000">
            <w:r>
              <w:rPr>
                <w:sz w:val="16"/>
              </w:rPr>
              <w:t xml:space="preserve"> </w:t>
            </w:r>
          </w:p>
        </w:tc>
      </w:tr>
      <w:tr w:rsidR="000E4AB2" w14:paraId="0DFD356E" w14:textId="77777777">
        <w:trPr>
          <w:jc w:val="center"/>
        </w:trPr>
        <w:tc>
          <w:tcPr>
            <w:tcW w:w="1278" w:type="dxa"/>
            <w:vAlign w:val="center"/>
          </w:tcPr>
          <w:p w14:paraId="41AE5F0B" w14:textId="77777777" w:rsidR="000E4AB2" w:rsidRDefault="00000000">
            <w:r>
              <w:rPr>
                <w:sz w:val="16"/>
              </w:rPr>
              <w:t xml:space="preserve"> </w:t>
            </w:r>
          </w:p>
        </w:tc>
        <w:tc>
          <w:tcPr>
            <w:tcW w:w="1278" w:type="dxa"/>
            <w:vAlign w:val="center"/>
          </w:tcPr>
          <w:p w14:paraId="59810C20" w14:textId="77777777" w:rsidR="000E4AB2" w:rsidRDefault="00000000">
            <w:r>
              <w:rPr>
                <w:sz w:val="16"/>
              </w:rPr>
              <w:t xml:space="preserve"> </w:t>
            </w:r>
          </w:p>
        </w:tc>
        <w:tc>
          <w:tcPr>
            <w:tcW w:w="1278" w:type="dxa"/>
            <w:vAlign w:val="center"/>
          </w:tcPr>
          <w:p w14:paraId="46BB0D61" w14:textId="77777777" w:rsidR="000E4AB2" w:rsidRDefault="00000000">
            <w:r>
              <w:rPr>
                <w:sz w:val="16"/>
              </w:rPr>
              <w:t xml:space="preserve"> </w:t>
            </w:r>
          </w:p>
        </w:tc>
        <w:tc>
          <w:tcPr>
            <w:tcW w:w="1278" w:type="dxa"/>
            <w:vAlign w:val="center"/>
          </w:tcPr>
          <w:p w14:paraId="10FD0F58" w14:textId="77777777" w:rsidR="000E4AB2" w:rsidRDefault="00000000">
            <w:r>
              <w:rPr>
                <w:sz w:val="16"/>
              </w:rPr>
              <w:t xml:space="preserve"> </w:t>
            </w:r>
          </w:p>
        </w:tc>
        <w:tc>
          <w:tcPr>
            <w:tcW w:w="1278" w:type="dxa"/>
            <w:vAlign w:val="center"/>
          </w:tcPr>
          <w:p w14:paraId="574252EC" w14:textId="77777777" w:rsidR="000E4AB2" w:rsidRDefault="00000000">
            <w:r>
              <w:rPr>
                <w:sz w:val="16"/>
              </w:rPr>
              <w:t xml:space="preserve"> </w:t>
            </w:r>
          </w:p>
        </w:tc>
        <w:tc>
          <w:tcPr>
            <w:tcW w:w="1278" w:type="dxa"/>
            <w:vAlign w:val="center"/>
          </w:tcPr>
          <w:p w14:paraId="26740B2B" w14:textId="77777777" w:rsidR="000E4AB2" w:rsidRDefault="00000000">
            <w:r>
              <w:rPr>
                <w:sz w:val="16"/>
              </w:rPr>
              <w:t xml:space="preserve"> </w:t>
            </w:r>
          </w:p>
        </w:tc>
        <w:tc>
          <w:tcPr>
            <w:tcW w:w="1278" w:type="dxa"/>
            <w:vAlign w:val="center"/>
          </w:tcPr>
          <w:p w14:paraId="4CDD2585" w14:textId="77777777" w:rsidR="000E4AB2" w:rsidRDefault="00000000">
            <w:r>
              <w:rPr>
                <w:sz w:val="16"/>
              </w:rPr>
              <w:t xml:space="preserve"> </w:t>
            </w:r>
          </w:p>
        </w:tc>
        <w:tc>
          <w:tcPr>
            <w:tcW w:w="1278" w:type="dxa"/>
            <w:vAlign w:val="center"/>
          </w:tcPr>
          <w:p w14:paraId="5AF5424C" w14:textId="77777777" w:rsidR="000E4AB2" w:rsidRDefault="00000000">
            <w:r>
              <w:rPr>
                <w:sz w:val="16"/>
              </w:rPr>
              <w:t xml:space="preserve"> </w:t>
            </w:r>
          </w:p>
        </w:tc>
      </w:tr>
      <w:tr w:rsidR="000E4AB2" w14:paraId="26B11EFE" w14:textId="77777777">
        <w:trPr>
          <w:jc w:val="center"/>
        </w:trPr>
        <w:tc>
          <w:tcPr>
            <w:tcW w:w="1278" w:type="dxa"/>
            <w:vAlign w:val="center"/>
          </w:tcPr>
          <w:p w14:paraId="45F76BF1" w14:textId="77777777" w:rsidR="000E4AB2" w:rsidRDefault="00000000">
            <w:r>
              <w:rPr>
                <w:sz w:val="16"/>
              </w:rPr>
              <w:t xml:space="preserve"> </w:t>
            </w:r>
          </w:p>
        </w:tc>
        <w:tc>
          <w:tcPr>
            <w:tcW w:w="1278" w:type="dxa"/>
            <w:vAlign w:val="center"/>
          </w:tcPr>
          <w:p w14:paraId="3FF4D21F" w14:textId="77777777" w:rsidR="000E4AB2" w:rsidRDefault="00000000">
            <w:r>
              <w:rPr>
                <w:sz w:val="16"/>
              </w:rPr>
              <w:t xml:space="preserve"> </w:t>
            </w:r>
          </w:p>
        </w:tc>
        <w:tc>
          <w:tcPr>
            <w:tcW w:w="1278" w:type="dxa"/>
            <w:vAlign w:val="center"/>
          </w:tcPr>
          <w:p w14:paraId="2E2DB35F" w14:textId="77777777" w:rsidR="000E4AB2" w:rsidRDefault="00000000">
            <w:r>
              <w:rPr>
                <w:sz w:val="16"/>
              </w:rPr>
              <w:t xml:space="preserve"> </w:t>
            </w:r>
          </w:p>
        </w:tc>
        <w:tc>
          <w:tcPr>
            <w:tcW w:w="1278" w:type="dxa"/>
            <w:vAlign w:val="center"/>
          </w:tcPr>
          <w:p w14:paraId="2A4721A0" w14:textId="77777777" w:rsidR="000E4AB2" w:rsidRDefault="00000000">
            <w:r>
              <w:rPr>
                <w:sz w:val="16"/>
              </w:rPr>
              <w:t xml:space="preserve"> </w:t>
            </w:r>
          </w:p>
        </w:tc>
        <w:tc>
          <w:tcPr>
            <w:tcW w:w="1278" w:type="dxa"/>
            <w:vAlign w:val="center"/>
          </w:tcPr>
          <w:p w14:paraId="05E1B000" w14:textId="77777777" w:rsidR="000E4AB2" w:rsidRDefault="00000000">
            <w:r>
              <w:rPr>
                <w:sz w:val="16"/>
              </w:rPr>
              <w:t xml:space="preserve"> </w:t>
            </w:r>
          </w:p>
        </w:tc>
        <w:tc>
          <w:tcPr>
            <w:tcW w:w="1278" w:type="dxa"/>
            <w:vAlign w:val="center"/>
          </w:tcPr>
          <w:p w14:paraId="3E299E4E" w14:textId="77777777" w:rsidR="000E4AB2" w:rsidRDefault="00000000">
            <w:r>
              <w:rPr>
                <w:sz w:val="16"/>
              </w:rPr>
              <w:t xml:space="preserve"> </w:t>
            </w:r>
          </w:p>
        </w:tc>
        <w:tc>
          <w:tcPr>
            <w:tcW w:w="1278" w:type="dxa"/>
            <w:vAlign w:val="center"/>
          </w:tcPr>
          <w:p w14:paraId="5DAAF9EA" w14:textId="77777777" w:rsidR="000E4AB2" w:rsidRDefault="00000000">
            <w:r>
              <w:rPr>
                <w:sz w:val="16"/>
              </w:rPr>
              <w:t xml:space="preserve"> </w:t>
            </w:r>
          </w:p>
        </w:tc>
        <w:tc>
          <w:tcPr>
            <w:tcW w:w="1278" w:type="dxa"/>
            <w:vAlign w:val="center"/>
          </w:tcPr>
          <w:p w14:paraId="03426F36" w14:textId="77777777" w:rsidR="000E4AB2" w:rsidRDefault="00000000">
            <w:r>
              <w:rPr>
                <w:sz w:val="16"/>
              </w:rPr>
              <w:t xml:space="preserve"> </w:t>
            </w:r>
          </w:p>
        </w:tc>
      </w:tr>
      <w:tr w:rsidR="000E4AB2" w14:paraId="239A3B7F" w14:textId="77777777">
        <w:trPr>
          <w:jc w:val="center"/>
        </w:trPr>
        <w:tc>
          <w:tcPr>
            <w:tcW w:w="1278" w:type="dxa"/>
            <w:vAlign w:val="center"/>
          </w:tcPr>
          <w:p w14:paraId="73FECED7" w14:textId="77777777" w:rsidR="000E4AB2" w:rsidRDefault="00000000">
            <w:r>
              <w:rPr>
                <w:sz w:val="16"/>
              </w:rPr>
              <w:t xml:space="preserve"> </w:t>
            </w:r>
          </w:p>
        </w:tc>
        <w:tc>
          <w:tcPr>
            <w:tcW w:w="1278" w:type="dxa"/>
            <w:vAlign w:val="center"/>
          </w:tcPr>
          <w:p w14:paraId="1151F369" w14:textId="77777777" w:rsidR="000E4AB2" w:rsidRDefault="00000000">
            <w:r>
              <w:rPr>
                <w:sz w:val="16"/>
              </w:rPr>
              <w:t xml:space="preserve"> </w:t>
            </w:r>
          </w:p>
        </w:tc>
        <w:tc>
          <w:tcPr>
            <w:tcW w:w="1278" w:type="dxa"/>
            <w:vAlign w:val="center"/>
          </w:tcPr>
          <w:p w14:paraId="0FF3CCCD" w14:textId="77777777" w:rsidR="000E4AB2" w:rsidRDefault="00000000">
            <w:r>
              <w:rPr>
                <w:sz w:val="16"/>
              </w:rPr>
              <w:t xml:space="preserve"> </w:t>
            </w:r>
          </w:p>
        </w:tc>
        <w:tc>
          <w:tcPr>
            <w:tcW w:w="1278" w:type="dxa"/>
            <w:vAlign w:val="center"/>
          </w:tcPr>
          <w:p w14:paraId="17049D28" w14:textId="77777777" w:rsidR="000E4AB2" w:rsidRDefault="00000000">
            <w:r>
              <w:rPr>
                <w:sz w:val="16"/>
              </w:rPr>
              <w:t xml:space="preserve"> </w:t>
            </w:r>
          </w:p>
        </w:tc>
        <w:tc>
          <w:tcPr>
            <w:tcW w:w="1278" w:type="dxa"/>
            <w:vAlign w:val="center"/>
          </w:tcPr>
          <w:p w14:paraId="270DC25A" w14:textId="77777777" w:rsidR="000E4AB2" w:rsidRDefault="00000000">
            <w:r>
              <w:rPr>
                <w:sz w:val="16"/>
              </w:rPr>
              <w:t xml:space="preserve"> </w:t>
            </w:r>
          </w:p>
        </w:tc>
        <w:tc>
          <w:tcPr>
            <w:tcW w:w="1278" w:type="dxa"/>
            <w:vAlign w:val="center"/>
          </w:tcPr>
          <w:p w14:paraId="55E5C0B9" w14:textId="77777777" w:rsidR="000E4AB2" w:rsidRDefault="00000000">
            <w:r>
              <w:rPr>
                <w:sz w:val="16"/>
              </w:rPr>
              <w:t xml:space="preserve"> </w:t>
            </w:r>
          </w:p>
        </w:tc>
        <w:tc>
          <w:tcPr>
            <w:tcW w:w="1278" w:type="dxa"/>
            <w:vAlign w:val="center"/>
          </w:tcPr>
          <w:p w14:paraId="6A1F64BA" w14:textId="77777777" w:rsidR="000E4AB2" w:rsidRDefault="00000000">
            <w:r>
              <w:rPr>
                <w:sz w:val="16"/>
              </w:rPr>
              <w:t xml:space="preserve"> </w:t>
            </w:r>
          </w:p>
        </w:tc>
        <w:tc>
          <w:tcPr>
            <w:tcW w:w="1278" w:type="dxa"/>
            <w:vAlign w:val="center"/>
          </w:tcPr>
          <w:p w14:paraId="51682682" w14:textId="77777777" w:rsidR="000E4AB2" w:rsidRDefault="00000000">
            <w:r>
              <w:rPr>
                <w:sz w:val="16"/>
              </w:rPr>
              <w:t xml:space="preserve"> </w:t>
            </w:r>
          </w:p>
        </w:tc>
      </w:tr>
      <w:tr w:rsidR="000E4AB2" w14:paraId="448BF579" w14:textId="77777777">
        <w:trPr>
          <w:jc w:val="center"/>
        </w:trPr>
        <w:tc>
          <w:tcPr>
            <w:tcW w:w="1278" w:type="dxa"/>
            <w:vAlign w:val="center"/>
          </w:tcPr>
          <w:p w14:paraId="6EE92AAF" w14:textId="77777777" w:rsidR="000E4AB2" w:rsidRDefault="00000000">
            <w:r>
              <w:rPr>
                <w:sz w:val="16"/>
              </w:rPr>
              <w:t xml:space="preserve"> </w:t>
            </w:r>
          </w:p>
        </w:tc>
        <w:tc>
          <w:tcPr>
            <w:tcW w:w="1278" w:type="dxa"/>
            <w:vAlign w:val="center"/>
          </w:tcPr>
          <w:p w14:paraId="02177A95" w14:textId="77777777" w:rsidR="000E4AB2" w:rsidRDefault="00000000">
            <w:r>
              <w:rPr>
                <w:sz w:val="16"/>
              </w:rPr>
              <w:t xml:space="preserve"> </w:t>
            </w:r>
          </w:p>
        </w:tc>
        <w:tc>
          <w:tcPr>
            <w:tcW w:w="1278" w:type="dxa"/>
            <w:vAlign w:val="center"/>
          </w:tcPr>
          <w:p w14:paraId="59C6551C" w14:textId="77777777" w:rsidR="000E4AB2" w:rsidRDefault="00000000">
            <w:r>
              <w:rPr>
                <w:sz w:val="16"/>
              </w:rPr>
              <w:t xml:space="preserve"> </w:t>
            </w:r>
          </w:p>
        </w:tc>
        <w:tc>
          <w:tcPr>
            <w:tcW w:w="1278" w:type="dxa"/>
            <w:vAlign w:val="center"/>
          </w:tcPr>
          <w:p w14:paraId="28BBE8BE" w14:textId="77777777" w:rsidR="000E4AB2" w:rsidRDefault="00000000">
            <w:r>
              <w:rPr>
                <w:sz w:val="16"/>
              </w:rPr>
              <w:t xml:space="preserve"> </w:t>
            </w:r>
          </w:p>
        </w:tc>
        <w:tc>
          <w:tcPr>
            <w:tcW w:w="1278" w:type="dxa"/>
            <w:vAlign w:val="center"/>
          </w:tcPr>
          <w:p w14:paraId="4BDC9C23" w14:textId="77777777" w:rsidR="000E4AB2" w:rsidRDefault="00000000">
            <w:r>
              <w:rPr>
                <w:sz w:val="16"/>
              </w:rPr>
              <w:t xml:space="preserve"> </w:t>
            </w:r>
          </w:p>
        </w:tc>
        <w:tc>
          <w:tcPr>
            <w:tcW w:w="1278" w:type="dxa"/>
            <w:vAlign w:val="center"/>
          </w:tcPr>
          <w:p w14:paraId="695EBFC2" w14:textId="77777777" w:rsidR="000E4AB2" w:rsidRDefault="00000000">
            <w:r>
              <w:rPr>
                <w:sz w:val="16"/>
              </w:rPr>
              <w:t xml:space="preserve"> </w:t>
            </w:r>
          </w:p>
        </w:tc>
        <w:tc>
          <w:tcPr>
            <w:tcW w:w="1278" w:type="dxa"/>
            <w:vAlign w:val="center"/>
          </w:tcPr>
          <w:p w14:paraId="72EF5588" w14:textId="77777777" w:rsidR="000E4AB2" w:rsidRDefault="00000000">
            <w:r>
              <w:rPr>
                <w:sz w:val="16"/>
              </w:rPr>
              <w:t xml:space="preserve"> </w:t>
            </w:r>
          </w:p>
        </w:tc>
        <w:tc>
          <w:tcPr>
            <w:tcW w:w="1278" w:type="dxa"/>
            <w:vAlign w:val="center"/>
          </w:tcPr>
          <w:p w14:paraId="62B13D5D" w14:textId="77777777" w:rsidR="000E4AB2" w:rsidRDefault="00000000">
            <w:r>
              <w:rPr>
                <w:sz w:val="16"/>
              </w:rPr>
              <w:t xml:space="preserve"> </w:t>
            </w:r>
          </w:p>
        </w:tc>
      </w:tr>
      <w:tr w:rsidR="000E4AB2" w14:paraId="2D70840D" w14:textId="77777777">
        <w:trPr>
          <w:jc w:val="center"/>
        </w:trPr>
        <w:tc>
          <w:tcPr>
            <w:tcW w:w="1278" w:type="dxa"/>
            <w:vAlign w:val="center"/>
          </w:tcPr>
          <w:p w14:paraId="4854F0E2" w14:textId="77777777" w:rsidR="000E4AB2" w:rsidRDefault="00000000">
            <w:r>
              <w:rPr>
                <w:sz w:val="16"/>
              </w:rPr>
              <w:t xml:space="preserve"> </w:t>
            </w:r>
          </w:p>
        </w:tc>
        <w:tc>
          <w:tcPr>
            <w:tcW w:w="1278" w:type="dxa"/>
            <w:vAlign w:val="center"/>
          </w:tcPr>
          <w:p w14:paraId="7DA9E457" w14:textId="77777777" w:rsidR="000E4AB2" w:rsidRDefault="00000000">
            <w:r>
              <w:rPr>
                <w:sz w:val="16"/>
              </w:rPr>
              <w:t xml:space="preserve"> </w:t>
            </w:r>
          </w:p>
        </w:tc>
        <w:tc>
          <w:tcPr>
            <w:tcW w:w="1278" w:type="dxa"/>
            <w:vAlign w:val="center"/>
          </w:tcPr>
          <w:p w14:paraId="79A9E06D" w14:textId="77777777" w:rsidR="000E4AB2" w:rsidRDefault="00000000">
            <w:r>
              <w:rPr>
                <w:sz w:val="16"/>
              </w:rPr>
              <w:t xml:space="preserve"> </w:t>
            </w:r>
          </w:p>
        </w:tc>
        <w:tc>
          <w:tcPr>
            <w:tcW w:w="1278" w:type="dxa"/>
            <w:vAlign w:val="center"/>
          </w:tcPr>
          <w:p w14:paraId="0513BB80" w14:textId="77777777" w:rsidR="000E4AB2" w:rsidRDefault="00000000">
            <w:r>
              <w:rPr>
                <w:sz w:val="16"/>
              </w:rPr>
              <w:t xml:space="preserve"> </w:t>
            </w:r>
          </w:p>
        </w:tc>
        <w:tc>
          <w:tcPr>
            <w:tcW w:w="1278" w:type="dxa"/>
            <w:vAlign w:val="center"/>
          </w:tcPr>
          <w:p w14:paraId="610CC164" w14:textId="77777777" w:rsidR="000E4AB2" w:rsidRDefault="00000000">
            <w:r>
              <w:rPr>
                <w:sz w:val="16"/>
              </w:rPr>
              <w:t xml:space="preserve"> </w:t>
            </w:r>
          </w:p>
        </w:tc>
        <w:tc>
          <w:tcPr>
            <w:tcW w:w="1278" w:type="dxa"/>
            <w:vAlign w:val="center"/>
          </w:tcPr>
          <w:p w14:paraId="4163F364" w14:textId="77777777" w:rsidR="000E4AB2" w:rsidRDefault="00000000">
            <w:r>
              <w:rPr>
                <w:sz w:val="16"/>
              </w:rPr>
              <w:t xml:space="preserve"> </w:t>
            </w:r>
          </w:p>
        </w:tc>
        <w:tc>
          <w:tcPr>
            <w:tcW w:w="1278" w:type="dxa"/>
            <w:vAlign w:val="center"/>
          </w:tcPr>
          <w:p w14:paraId="327D29E8" w14:textId="77777777" w:rsidR="000E4AB2" w:rsidRDefault="00000000">
            <w:r>
              <w:rPr>
                <w:sz w:val="16"/>
              </w:rPr>
              <w:t xml:space="preserve"> </w:t>
            </w:r>
          </w:p>
        </w:tc>
        <w:tc>
          <w:tcPr>
            <w:tcW w:w="1278" w:type="dxa"/>
            <w:vAlign w:val="center"/>
          </w:tcPr>
          <w:p w14:paraId="06BD7650" w14:textId="77777777" w:rsidR="000E4AB2" w:rsidRDefault="00000000">
            <w:r>
              <w:rPr>
                <w:sz w:val="16"/>
              </w:rPr>
              <w:t xml:space="preserve"> </w:t>
            </w:r>
          </w:p>
        </w:tc>
      </w:tr>
    </w:tbl>
    <w:p w14:paraId="5086A7E9" w14:textId="77777777" w:rsidR="000E4AB2" w:rsidRDefault="00000000">
      <w:pPr>
        <w:pStyle w:val="Heading2"/>
      </w:pPr>
      <w:bookmarkStart w:id="51" w:name="_Toc240137322"/>
      <w:r>
        <w:t>Review prompts</w:t>
      </w:r>
      <w:bookmarkEnd w:id="51"/>
    </w:p>
    <w:p w14:paraId="58E47088" w14:textId="77777777" w:rsidR="000E4AB2" w:rsidRDefault="00000000">
      <w:r>
        <w:t>☐ Do indicators include more than incident counts?</w:t>
      </w:r>
    </w:p>
    <w:p w14:paraId="4EBDF7E8" w14:textId="77777777" w:rsidR="000E4AB2" w:rsidRDefault="00000000">
      <w:r>
        <w:t>☐ Are animal welfare indicators included where relevant?</w:t>
      </w:r>
    </w:p>
    <w:p w14:paraId="68DC6BB3" w14:textId="77777777" w:rsidR="000E4AB2" w:rsidRDefault="00000000">
      <w:r>
        <w:t>☐ Are psychosocial hazards monitored?</w:t>
      </w:r>
    </w:p>
    <w:p w14:paraId="6B1CABDC" w14:textId="77777777" w:rsidR="000E4AB2" w:rsidRDefault="00000000">
      <w:r>
        <w:t>☐ Are consultation and corrective-action completion monitored?</w:t>
      </w:r>
    </w:p>
    <w:p w14:paraId="45F9FE19" w14:textId="77777777" w:rsidR="000E4AB2" w:rsidRDefault="00000000">
      <w:r>
        <w:t>☐ Are document and legislative review triggers included?</w:t>
      </w:r>
    </w:p>
    <w:p w14:paraId="2295E392" w14:textId="77777777" w:rsidR="000E4AB2" w:rsidRDefault="00000000">
      <w:r>
        <w:br w:type="page"/>
      </w:r>
    </w:p>
    <w:p w14:paraId="6B480D63" w14:textId="77777777" w:rsidR="000E4AB2" w:rsidRDefault="00000000">
      <w:pPr>
        <w:pStyle w:val="Heading1"/>
      </w:pPr>
      <w:bookmarkStart w:id="52" w:name="_Toc240137323"/>
      <w:r>
        <w:lastRenderedPageBreak/>
        <w:t>Template 19: Professional Feedback and Revision Record</w:t>
      </w:r>
      <w:bookmarkEnd w:id="52"/>
    </w:p>
    <w:p w14:paraId="46367564" w14:textId="77777777" w:rsidR="000E4AB2" w:rsidRDefault="00000000">
      <w:r>
        <w:rPr>
          <w:b/>
        </w:rPr>
        <w:t xml:space="preserve">Purpose: </w:t>
      </w:r>
      <w:r>
        <w:t>Record assessor feedback, professional analysis and revisions from Unit 1 through final Professional Portfolio submission.</w:t>
      </w:r>
    </w:p>
    <w:p w14:paraId="324262DB" w14:textId="77777777" w:rsidR="000E4AB2" w:rsidRDefault="00000000">
      <w:r>
        <w:rPr>
          <w:b/>
        </w:rPr>
        <w:t xml:space="preserve">Assessment use: </w:t>
      </w:r>
      <w:r>
        <w:t>Course-spanning required resource.</w:t>
      </w:r>
    </w:p>
    <w:p w14:paraId="37D74A1E"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tbl>
      <w:tblPr>
        <w:tblStyle w:val="TableGrid"/>
        <w:tblW w:w="0" w:type="auto"/>
        <w:jc w:val="center"/>
        <w:tblLook w:val="04A0" w:firstRow="1" w:lastRow="0" w:firstColumn="1" w:lastColumn="0" w:noHBand="0" w:noVBand="1"/>
      </w:tblPr>
      <w:tblGrid>
        <w:gridCol w:w="1704"/>
        <w:gridCol w:w="1704"/>
        <w:gridCol w:w="1704"/>
        <w:gridCol w:w="1704"/>
        <w:gridCol w:w="1704"/>
        <w:gridCol w:w="1704"/>
      </w:tblGrid>
      <w:tr w:rsidR="000E4AB2" w14:paraId="5EDEE6ED" w14:textId="77777777">
        <w:trPr>
          <w:jc w:val="center"/>
        </w:trPr>
        <w:tc>
          <w:tcPr>
            <w:tcW w:w="1704" w:type="dxa"/>
            <w:shd w:val="clear" w:color="auto" w:fill="D9EAF7"/>
            <w:vAlign w:val="center"/>
          </w:tcPr>
          <w:p w14:paraId="59434394" w14:textId="77777777" w:rsidR="000E4AB2" w:rsidRDefault="00000000">
            <w:r>
              <w:rPr>
                <w:b/>
                <w:sz w:val="16"/>
              </w:rPr>
              <w:t>Feedback received</w:t>
            </w:r>
          </w:p>
        </w:tc>
        <w:tc>
          <w:tcPr>
            <w:tcW w:w="1704" w:type="dxa"/>
            <w:shd w:val="clear" w:color="auto" w:fill="D9EAF7"/>
            <w:vAlign w:val="center"/>
          </w:tcPr>
          <w:p w14:paraId="04846713" w14:textId="77777777" w:rsidR="000E4AB2" w:rsidRDefault="00000000">
            <w:r>
              <w:rPr>
                <w:b/>
                <w:sz w:val="16"/>
              </w:rPr>
              <w:t>Candidate analysis / response</w:t>
            </w:r>
          </w:p>
        </w:tc>
        <w:tc>
          <w:tcPr>
            <w:tcW w:w="1704" w:type="dxa"/>
            <w:shd w:val="clear" w:color="auto" w:fill="D9EAF7"/>
            <w:vAlign w:val="center"/>
          </w:tcPr>
          <w:p w14:paraId="6673035D" w14:textId="77777777" w:rsidR="000E4AB2" w:rsidRDefault="00000000">
            <w:r>
              <w:rPr>
                <w:b/>
                <w:sz w:val="16"/>
              </w:rPr>
              <w:t>Change made</w:t>
            </w:r>
          </w:p>
        </w:tc>
        <w:tc>
          <w:tcPr>
            <w:tcW w:w="1704" w:type="dxa"/>
            <w:shd w:val="clear" w:color="auto" w:fill="D9EAF7"/>
            <w:vAlign w:val="center"/>
          </w:tcPr>
          <w:p w14:paraId="65550137" w14:textId="77777777" w:rsidR="000E4AB2" w:rsidRDefault="00000000">
            <w:r>
              <w:rPr>
                <w:b/>
                <w:sz w:val="16"/>
              </w:rPr>
              <w:t>Location in manual</w:t>
            </w:r>
          </w:p>
        </w:tc>
        <w:tc>
          <w:tcPr>
            <w:tcW w:w="1704" w:type="dxa"/>
            <w:shd w:val="clear" w:color="auto" w:fill="D9EAF7"/>
            <w:vAlign w:val="center"/>
          </w:tcPr>
          <w:p w14:paraId="091C938B" w14:textId="77777777" w:rsidR="000E4AB2" w:rsidRDefault="00000000">
            <w:r>
              <w:rPr>
                <w:b/>
                <w:sz w:val="16"/>
              </w:rPr>
              <w:t>Rationale if not adopted</w:t>
            </w:r>
          </w:p>
        </w:tc>
        <w:tc>
          <w:tcPr>
            <w:tcW w:w="1704" w:type="dxa"/>
            <w:shd w:val="clear" w:color="auto" w:fill="D9EAF7"/>
            <w:vAlign w:val="center"/>
          </w:tcPr>
          <w:p w14:paraId="2854F8F0" w14:textId="77777777" w:rsidR="000E4AB2" w:rsidRDefault="00000000">
            <w:r>
              <w:rPr>
                <w:b/>
                <w:sz w:val="16"/>
              </w:rPr>
              <w:t>Date completed</w:t>
            </w:r>
          </w:p>
        </w:tc>
      </w:tr>
      <w:tr w:rsidR="000E4AB2" w14:paraId="58EB8A22" w14:textId="77777777">
        <w:trPr>
          <w:jc w:val="center"/>
        </w:trPr>
        <w:tc>
          <w:tcPr>
            <w:tcW w:w="1704" w:type="dxa"/>
            <w:vAlign w:val="center"/>
          </w:tcPr>
          <w:p w14:paraId="284E06D6" w14:textId="77777777" w:rsidR="000E4AB2" w:rsidRDefault="00000000">
            <w:r>
              <w:rPr>
                <w:sz w:val="16"/>
              </w:rPr>
              <w:t xml:space="preserve"> </w:t>
            </w:r>
          </w:p>
        </w:tc>
        <w:tc>
          <w:tcPr>
            <w:tcW w:w="1704" w:type="dxa"/>
            <w:vAlign w:val="center"/>
          </w:tcPr>
          <w:p w14:paraId="5469196E" w14:textId="77777777" w:rsidR="000E4AB2" w:rsidRDefault="00000000">
            <w:r>
              <w:rPr>
                <w:sz w:val="16"/>
              </w:rPr>
              <w:t xml:space="preserve"> </w:t>
            </w:r>
          </w:p>
        </w:tc>
        <w:tc>
          <w:tcPr>
            <w:tcW w:w="1704" w:type="dxa"/>
            <w:vAlign w:val="center"/>
          </w:tcPr>
          <w:p w14:paraId="5F017B0F" w14:textId="77777777" w:rsidR="000E4AB2" w:rsidRDefault="00000000">
            <w:r>
              <w:rPr>
                <w:sz w:val="16"/>
              </w:rPr>
              <w:t xml:space="preserve"> </w:t>
            </w:r>
          </w:p>
        </w:tc>
        <w:tc>
          <w:tcPr>
            <w:tcW w:w="1704" w:type="dxa"/>
            <w:vAlign w:val="center"/>
          </w:tcPr>
          <w:p w14:paraId="56DAD014" w14:textId="77777777" w:rsidR="000E4AB2" w:rsidRDefault="00000000">
            <w:r>
              <w:rPr>
                <w:sz w:val="16"/>
              </w:rPr>
              <w:t xml:space="preserve"> </w:t>
            </w:r>
          </w:p>
        </w:tc>
        <w:tc>
          <w:tcPr>
            <w:tcW w:w="1704" w:type="dxa"/>
            <w:vAlign w:val="center"/>
          </w:tcPr>
          <w:p w14:paraId="236D831B" w14:textId="77777777" w:rsidR="000E4AB2" w:rsidRDefault="00000000">
            <w:r>
              <w:rPr>
                <w:sz w:val="16"/>
              </w:rPr>
              <w:t xml:space="preserve"> </w:t>
            </w:r>
          </w:p>
        </w:tc>
        <w:tc>
          <w:tcPr>
            <w:tcW w:w="1704" w:type="dxa"/>
            <w:vAlign w:val="center"/>
          </w:tcPr>
          <w:p w14:paraId="3B4B759B" w14:textId="77777777" w:rsidR="000E4AB2" w:rsidRDefault="00000000">
            <w:r>
              <w:rPr>
                <w:sz w:val="16"/>
              </w:rPr>
              <w:t xml:space="preserve"> </w:t>
            </w:r>
          </w:p>
        </w:tc>
      </w:tr>
      <w:tr w:rsidR="000E4AB2" w14:paraId="674CB7B2" w14:textId="77777777">
        <w:trPr>
          <w:jc w:val="center"/>
        </w:trPr>
        <w:tc>
          <w:tcPr>
            <w:tcW w:w="1704" w:type="dxa"/>
            <w:vAlign w:val="center"/>
          </w:tcPr>
          <w:p w14:paraId="5F1F177C" w14:textId="77777777" w:rsidR="000E4AB2" w:rsidRDefault="00000000">
            <w:r>
              <w:rPr>
                <w:sz w:val="16"/>
              </w:rPr>
              <w:t xml:space="preserve"> </w:t>
            </w:r>
          </w:p>
        </w:tc>
        <w:tc>
          <w:tcPr>
            <w:tcW w:w="1704" w:type="dxa"/>
            <w:vAlign w:val="center"/>
          </w:tcPr>
          <w:p w14:paraId="46D4E7C8" w14:textId="77777777" w:rsidR="000E4AB2" w:rsidRDefault="00000000">
            <w:r>
              <w:rPr>
                <w:sz w:val="16"/>
              </w:rPr>
              <w:t xml:space="preserve"> </w:t>
            </w:r>
          </w:p>
        </w:tc>
        <w:tc>
          <w:tcPr>
            <w:tcW w:w="1704" w:type="dxa"/>
            <w:vAlign w:val="center"/>
          </w:tcPr>
          <w:p w14:paraId="70CCC788" w14:textId="77777777" w:rsidR="000E4AB2" w:rsidRDefault="00000000">
            <w:r>
              <w:rPr>
                <w:sz w:val="16"/>
              </w:rPr>
              <w:t xml:space="preserve"> </w:t>
            </w:r>
          </w:p>
        </w:tc>
        <w:tc>
          <w:tcPr>
            <w:tcW w:w="1704" w:type="dxa"/>
            <w:vAlign w:val="center"/>
          </w:tcPr>
          <w:p w14:paraId="7B0FB17A" w14:textId="77777777" w:rsidR="000E4AB2" w:rsidRDefault="00000000">
            <w:r>
              <w:rPr>
                <w:sz w:val="16"/>
              </w:rPr>
              <w:t xml:space="preserve"> </w:t>
            </w:r>
          </w:p>
        </w:tc>
        <w:tc>
          <w:tcPr>
            <w:tcW w:w="1704" w:type="dxa"/>
            <w:vAlign w:val="center"/>
          </w:tcPr>
          <w:p w14:paraId="241885F1" w14:textId="77777777" w:rsidR="000E4AB2" w:rsidRDefault="00000000">
            <w:r>
              <w:rPr>
                <w:sz w:val="16"/>
              </w:rPr>
              <w:t xml:space="preserve"> </w:t>
            </w:r>
          </w:p>
        </w:tc>
        <w:tc>
          <w:tcPr>
            <w:tcW w:w="1704" w:type="dxa"/>
            <w:vAlign w:val="center"/>
          </w:tcPr>
          <w:p w14:paraId="5BD72253" w14:textId="77777777" w:rsidR="000E4AB2" w:rsidRDefault="00000000">
            <w:r>
              <w:rPr>
                <w:sz w:val="16"/>
              </w:rPr>
              <w:t xml:space="preserve"> </w:t>
            </w:r>
          </w:p>
        </w:tc>
      </w:tr>
      <w:tr w:rsidR="000E4AB2" w14:paraId="43EFAA05" w14:textId="77777777">
        <w:trPr>
          <w:jc w:val="center"/>
        </w:trPr>
        <w:tc>
          <w:tcPr>
            <w:tcW w:w="1704" w:type="dxa"/>
            <w:vAlign w:val="center"/>
          </w:tcPr>
          <w:p w14:paraId="053016F0" w14:textId="77777777" w:rsidR="000E4AB2" w:rsidRDefault="00000000">
            <w:r>
              <w:rPr>
                <w:sz w:val="16"/>
              </w:rPr>
              <w:t xml:space="preserve"> </w:t>
            </w:r>
          </w:p>
        </w:tc>
        <w:tc>
          <w:tcPr>
            <w:tcW w:w="1704" w:type="dxa"/>
            <w:vAlign w:val="center"/>
          </w:tcPr>
          <w:p w14:paraId="20EC9E8D" w14:textId="77777777" w:rsidR="000E4AB2" w:rsidRDefault="00000000">
            <w:r>
              <w:rPr>
                <w:sz w:val="16"/>
              </w:rPr>
              <w:t xml:space="preserve"> </w:t>
            </w:r>
          </w:p>
        </w:tc>
        <w:tc>
          <w:tcPr>
            <w:tcW w:w="1704" w:type="dxa"/>
            <w:vAlign w:val="center"/>
          </w:tcPr>
          <w:p w14:paraId="308B44E4" w14:textId="77777777" w:rsidR="000E4AB2" w:rsidRDefault="00000000">
            <w:r>
              <w:rPr>
                <w:sz w:val="16"/>
              </w:rPr>
              <w:t xml:space="preserve"> </w:t>
            </w:r>
          </w:p>
        </w:tc>
        <w:tc>
          <w:tcPr>
            <w:tcW w:w="1704" w:type="dxa"/>
            <w:vAlign w:val="center"/>
          </w:tcPr>
          <w:p w14:paraId="69DEA51C" w14:textId="77777777" w:rsidR="000E4AB2" w:rsidRDefault="00000000">
            <w:r>
              <w:rPr>
                <w:sz w:val="16"/>
              </w:rPr>
              <w:t xml:space="preserve"> </w:t>
            </w:r>
          </w:p>
        </w:tc>
        <w:tc>
          <w:tcPr>
            <w:tcW w:w="1704" w:type="dxa"/>
            <w:vAlign w:val="center"/>
          </w:tcPr>
          <w:p w14:paraId="1D710B8D" w14:textId="77777777" w:rsidR="000E4AB2" w:rsidRDefault="00000000">
            <w:r>
              <w:rPr>
                <w:sz w:val="16"/>
              </w:rPr>
              <w:t xml:space="preserve"> </w:t>
            </w:r>
          </w:p>
        </w:tc>
        <w:tc>
          <w:tcPr>
            <w:tcW w:w="1704" w:type="dxa"/>
            <w:vAlign w:val="center"/>
          </w:tcPr>
          <w:p w14:paraId="14D4D4AD" w14:textId="77777777" w:rsidR="000E4AB2" w:rsidRDefault="00000000">
            <w:r>
              <w:rPr>
                <w:sz w:val="16"/>
              </w:rPr>
              <w:t xml:space="preserve"> </w:t>
            </w:r>
          </w:p>
        </w:tc>
      </w:tr>
      <w:tr w:rsidR="000E4AB2" w14:paraId="1D7B5B1D" w14:textId="77777777">
        <w:trPr>
          <w:jc w:val="center"/>
        </w:trPr>
        <w:tc>
          <w:tcPr>
            <w:tcW w:w="1704" w:type="dxa"/>
            <w:vAlign w:val="center"/>
          </w:tcPr>
          <w:p w14:paraId="5C5A4BFE" w14:textId="77777777" w:rsidR="000E4AB2" w:rsidRDefault="00000000">
            <w:r>
              <w:rPr>
                <w:sz w:val="16"/>
              </w:rPr>
              <w:t xml:space="preserve"> </w:t>
            </w:r>
          </w:p>
        </w:tc>
        <w:tc>
          <w:tcPr>
            <w:tcW w:w="1704" w:type="dxa"/>
            <w:vAlign w:val="center"/>
          </w:tcPr>
          <w:p w14:paraId="0F2248BC" w14:textId="77777777" w:rsidR="000E4AB2" w:rsidRDefault="00000000">
            <w:r>
              <w:rPr>
                <w:sz w:val="16"/>
              </w:rPr>
              <w:t xml:space="preserve"> </w:t>
            </w:r>
          </w:p>
        </w:tc>
        <w:tc>
          <w:tcPr>
            <w:tcW w:w="1704" w:type="dxa"/>
            <w:vAlign w:val="center"/>
          </w:tcPr>
          <w:p w14:paraId="314D18A2" w14:textId="77777777" w:rsidR="000E4AB2" w:rsidRDefault="00000000">
            <w:r>
              <w:rPr>
                <w:sz w:val="16"/>
              </w:rPr>
              <w:t xml:space="preserve"> </w:t>
            </w:r>
          </w:p>
        </w:tc>
        <w:tc>
          <w:tcPr>
            <w:tcW w:w="1704" w:type="dxa"/>
            <w:vAlign w:val="center"/>
          </w:tcPr>
          <w:p w14:paraId="75B6CB80" w14:textId="77777777" w:rsidR="000E4AB2" w:rsidRDefault="00000000">
            <w:r>
              <w:rPr>
                <w:sz w:val="16"/>
              </w:rPr>
              <w:t xml:space="preserve"> </w:t>
            </w:r>
          </w:p>
        </w:tc>
        <w:tc>
          <w:tcPr>
            <w:tcW w:w="1704" w:type="dxa"/>
            <w:vAlign w:val="center"/>
          </w:tcPr>
          <w:p w14:paraId="00A9E6BD" w14:textId="77777777" w:rsidR="000E4AB2" w:rsidRDefault="00000000">
            <w:r>
              <w:rPr>
                <w:sz w:val="16"/>
              </w:rPr>
              <w:t xml:space="preserve"> </w:t>
            </w:r>
          </w:p>
        </w:tc>
        <w:tc>
          <w:tcPr>
            <w:tcW w:w="1704" w:type="dxa"/>
            <w:vAlign w:val="center"/>
          </w:tcPr>
          <w:p w14:paraId="1105903E" w14:textId="77777777" w:rsidR="000E4AB2" w:rsidRDefault="00000000">
            <w:r>
              <w:rPr>
                <w:sz w:val="16"/>
              </w:rPr>
              <w:t xml:space="preserve"> </w:t>
            </w:r>
          </w:p>
        </w:tc>
      </w:tr>
      <w:tr w:rsidR="000E4AB2" w14:paraId="37A4CBB7" w14:textId="77777777">
        <w:trPr>
          <w:jc w:val="center"/>
        </w:trPr>
        <w:tc>
          <w:tcPr>
            <w:tcW w:w="1704" w:type="dxa"/>
            <w:vAlign w:val="center"/>
          </w:tcPr>
          <w:p w14:paraId="20633C8B" w14:textId="77777777" w:rsidR="000E4AB2" w:rsidRDefault="00000000">
            <w:r>
              <w:rPr>
                <w:sz w:val="16"/>
              </w:rPr>
              <w:t xml:space="preserve"> </w:t>
            </w:r>
          </w:p>
        </w:tc>
        <w:tc>
          <w:tcPr>
            <w:tcW w:w="1704" w:type="dxa"/>
            <w:vAlign w:val="center"/>
          </w:tcPr>
          <w:p w14:paraId="1A1669E4" w14:textId="77777777" w:rsidR="000E4AB2" w:rsidRDefault="00000000">
            <w:r>
              <w:rPr>
                <w:sz w:val="16"/>
              </w:rPr>
              <w:t xml:space="preserve"> </w:t>
            </w:r>
          </w:p>
        </w:tc>
        <w:tc>
          <w:tcPr>
            <w:tcW w:w="1704" w:type="dxa"/>
            <w:vAlign w:val="center"/>
          </w:tcPr>
          <w:p w14:paraId="68E9134D" w14:textId="77777777" w:rsidR="000E4AB2" w:rsidRDefault="00000000">
            <w:r>
              <w:rPr>
                <w:sz w:val="16"/>
              </w:rPr>
              <w:t xml:space="preserve"> </w:t>
            </w:r>
          </w:p>
        </w:tc>
        <w:tc>
          <w:tcPr>
            <w:tcW w:w="1704" w:type="dxa"/>
            <w:vAlign w:val="center"/>
          </w:tcPr>
          <w:p w14:paraId="50964D65" w14:textId="77777777" w:rsidR="000E4AB2" w:rsidRDefault="00000000">
            <w:r>
              <w:rPr>
                <w:sz w:val="16"/>
              </w:rPr>
              <w:t xml:space="preserve"> </w:t>
            </w:r>
          </w:p>
        </w:tc>
        <w:tc>
          <w:tcPr>
            <w:tcW w:w="1704" w:type="dxa"/>
            <w:vAlign w:val="center"/>
          </w:tcPr>
          <w:p w14:paraId="31240ABD" w14:textId="77777777" w:rsidR="000E4AB2" w:rsidRDefault="00000000">
            <w:r>
              <w:rPr>
                <w:sz w:val="16"/>
              </w:rPr>
              <w:t xml:space="preserve"> </w:t>
            </w:r>
          </w:p>
        </w:tc>
        <w:tc>
          <w:tcPr>
            <w:tcW w:w="1704" w:type="dxa"/>
            <w:vAlign w:val="center"/>
          </w:tcPr>
          <w:p w14:paraId="4EBCAF7A" w14:textId="77777777" w:rsidR="000E4AB2" w:rsidRDefault="00000000">
            <w:r>
              <w:rPr>
                <w:sz w:val="16"/>
              </w:rPr>
              <w:t xml:space="preserve"> </w:t>
            </w:r>
          </w:p>
        </w:tc>
      </w:tr>
      <w:tr w:rsidR="000E4AB2" w14:paraId="254902A0" w14:textId="77777777">
        <w:trPr>
          <w:jc w:val="center"/>
        </w:trPr>
        <w:tc>
          <w:tcPr>
            <w:tcW w:w="1704" w:type="dxa"/>
            <w:vAlign w:val="center"/>
          </w:tcPr>
          <w:p w14:paraId="4827F0A4" w14:textId="77777777" w:rsidR="000E4AB2" w:rsidRDefault="00000000">
            <w:r>
              <w:rPr>
                <w:sz w:val="16"/>
              </w:rPr>
              <w:t xml:space="preserve"> </w:t>
            </w:r>
          </w:p>
        </w:tc>
        <w:tc>
          <w:tcPr>
            <w:tcW w:w="1704" w:type="dxa"/>
            <w:vAlign w:val="center"/>
          </w:tcPr>
          <w:p w14:paraId="3F479028" w14:textId="77777777" w:rsidR="000E4AB2" w:rsidRDefault="00000000">
            <w:r>
              <w:rPr>
                <w:sz w:val="16"/>
              </w:rPr>
              <w:t xml:space="preserve"> </w:t>
            </w:r>
          </w:p>
        </w:tc>
        <w:tc>
          <w:tcPr>
            <w:tcW w:w="1704" w:type="dxa"/>
            <w:vAlign w:val="center"/>
          </w:tcPr>
          <w:p w14:paraId="37721A6F" w14:textId="77777777" w:rsidR="000E4AB2" w:rsidRDefault="00000000">
            <w:r>
              <w:rPr>
                <w:sz w:val="16"/>
              </w:rPr>
              <w:t xml:space="preserve"> </w:t>
            </w:r>
          </w:p>
        </w:tc>
        <w:tc>
          <w:tcPr>
            <w:tcW w:w="1704" w:type="dxa"/>
            <w:vAlign w:val="center"/>
          </w:tcPr>
          <w:p w14:paraId="2F6CEE3D" w14:textId="77777777" w:rsidR="000E4AB2" w:rsidRDefault="00000000">
            <w:r>
              <w:rPr>
                <w:sz w:val="16"/>
              </w:rPr>
              <w:t xml:space="preserve"> </w:t>
            </w:r>
          </w:p>
        </w:tc>
        <w:tc>
          <w:tcPr>
            <w:tcW w:w="1704" w:type="dxa"/>
            <w:vAlign w:val="center"/>
          </w:tcPr>
          <w:p w14:paraId="00FC72CE" w14:textId="77777777" w:rsidR="000E4AB2" w:rsidRDefault="00000000">
            <w:r>
              <w:rPr>
                <w:sz w:val="16"/>
              </w:rPr>
              <w:t xml:space="preserve"> </w:t>
            </w:r>
          </w:p>
        </w:tc>
        <w:tc>
          <w:tcPr>
            <w:tcW w:w="1704" w:type="dxa"/>
            <w:vAlign w:val="center"/>
          </w:tcPr>
          <w:p w14:paraId="6FCCF7BD" w14:textId="77777777" w:rsidR="000E4AB2" w:rsidRDefault="00000000">
            <w:r>
              <w:rPr>
                <w:sz w:val="16"/>
              </w:rPr>
              <w:t xml:space="preserve"> </w:t>
            </w:r>
          </w:p>
        </w:tc>
      </w:tr>
      <w:tr w:rsidR="000E4AB2" w14:paraId="5F5B179E" w14:textId="77777777">
        <w:trPr>
          <w:jc w:val="center"/>
        </w:trPr>
        <w:tc>
          <w:tcPr>
            <w:tcW w:w="1704" w:type="dxa"/>
            <w:vAlign w:val="center"/>
          </w:tcPr>
          <w:p w14:paraId="7CF687F7" w14:textId="77777777" w:rsidR="000E4AB2" w:rsidRDefault="00000000">
            <w:r>
              <w:rPr>
                <w:sz w:val="16"/>
              </w:rPr>
              <w:t xml:space="preserve"> </w:t>
            </w:r>
          </w:p>
        </w:tc>
        <w:tc>
          <w:tcPr>
            <w:tcW w:w="1704" w:type="dxa"/>
            <w:vAlign w:val="center"/>
          </w:tcPr>
          <w:p w14:paraId="18CB18C0" w14:textId="77777777" w:rsidR="000E4AB2" w:rsidRDefault="00000000">
            <w:r>
              <w:rPr>
                <w:sz w:val="16"/>
              </w:rPr>
              <w:t xml:space="preserve"> </w:t>
            </w:r>
          </w:p>
        </w:tc>
        <w:tc>
          <w:tcPr>
            <w:tcW w:w="1704" w:type="dxa"/>
            <w:vAlign w:val="center"/>
          </w:tcPr>
          <w:p w14:paraId="428147B4" w14:textId="77777777" w:rsidR="000E4AB2" w:rsidRDefault="00000000">
            <w:r>
              <w:rPr>
                <w:sz w:val="16"/>
              </w:rPr>
              <w:t xml:space="preserve"> </w:t>
            </w:r>
          </w:p>
        </w:tc>
        <w:tc>
          <w:tcPr>
            <w:tcW w:w="1704" w:type="dxa"/>
            <w:vAlign w:val="center"/>
          </w:tcPr>
          <w:p w14:paraId="74A8A8F1" w14:textId="77777777" w:rsidR="000E4AB2" w:rsidRDefault="00000000">
            <w:r>
              <w:rPr>
                <w:sz w:val="16"/>
              </w:rPr>
              <w:t xml:space="preserve"> </w:t>
            </w:r>
          </w:p>
        </w:tc>
        <w:tc>
          <w:tcPr>
            <w:tcW w:w="1704" w:type="dxa"/>
            <w:vAlign w:val="center"/>
          </w:tcPr>
          <w:p w14:paraId="05661C9E" w14:textId="77777777" w:rsidR="000E4AB2" w:rsidRDefault="00000000">
            <w:r>
              <w:rPr>
                <w:sz w:val="16"/>
              </w:rPr>
              <w:t xml:space="preserve"> </w:t>
            </w:r>
          </w:p>
        </w:tc>
        <w:tc>
          <w:tcPr>
            <w:tcW w:w="1704" w:type="dxa"/>
            <w:vAlign w:val="center"/>
          </w:tcPr>
          <w:p w14:paraId="39647EA3" w14:textId="77777777" w:rsidR="000E4AB2" w:rsidRDefault="00000000">
            <w:r>
              <w:rPr>
                <w:sz w:val="16"/>
              </w:rPr>
              <w:t xml:space="preserve"> </w:t>
            </w:r>
          </w:p>
        </w:tc>
      </w:tr>
      <w:tr w:rsidR="000E4AB2" w14:paraId="6211CFB6" w14:textId="77777777">
        <w:trPr>
          <w:jc w:val="center"/>
        </w:trPr>
        <w:tc>
          <w:tcPr>
            <w:tcW w:w="1704" w:type="dxa"/>
            <w:vAlign w:val="center"/>
          </w:tcPr>
          <w:p w14:paraId="44A5F186" w14:textId="77777777" w:rsidR="000E4AB2" w:rsidRDefault="00000000">
            <w:r>
              <w:rPr>
                <w:sz w:val="16"/>
              </w:rPr>
              <w:t xml:space="preserve"> </w:t>
            </w:r>
          </w:p>
        </w:tc>
        <w:tc>
          <w:tcPr>
            <w:tcW w:w="1704" w:type="dxa"/>
            <w:vAlign w:val="center"/>
          </w:tcPr>
          <w:p w14:paraId="2D2F7573" w14:textId="77777777" w:rsidR="000E4AB2" w:rsidRDefault="00000000">
            <w:r>
              <w:rPr>
                <w:sz w:val="16"/>
              </w:rPr>
              <w:t xml:space="preserve"> </w:t>
            </w:r>
          </w:p>
        </w:tc>
        <w:tc>
          <w:tcPr>
            <w:tcW w:w="1704" w:type="dxa"/>
            <w:vAlign w:val="center"/>
          </w:tcPr>
          <w:p w14:paraId="10B99978" w14:textId="77777777" w:rsidR="000E4AB2" w:rsidRDefault="00000000">
            <w:r>
              <w:rPr>
                <w:sz w:val="16"/>
              </w:rPr>
              <w:t xml:space="preserve"> </w:t>
            </w:r>
          </w:p>
        </w:tc>
        <w:tc>
          <w:tcPr>
            <w:tcW w:w="1704" w:type="dxa"/>
            <w:vAlign w:val="center"/>
          </w:tcPr>
          <w:p w14:paraId="3B413828" w14:textId="77777777" w:rsidR="000E4AB2" w:rsidRDefault="00000000">
            <w:r>
              <w:rPr>
                <w:sz w:val="16"/>
              </w:rPr>
              <w:t xml:space="preserve"> </w:t>
            </w:r>
          </w:p>
        </w:tc>
        <w:tc>
          <w:tcPr>
            <w:tcW w:w="1704" w:type="dxa"/>
            <w:vAlign w:val="center"/>
          </w:tcPr>
          <w:p w14:paraId="50142CC6" w14:textId="77777777" w:rsidR="000E4AB2" w:rsidRDefault="00000000">
            <w:r>
              <w:rPr>
                <w:sz w:val="16"/>
              </w:rPr>
              <w:t xml:space="preserve"> </w:t>
            </w:r>
          </w:p>
        </w:tc>
        <w:tc>
          <w:tcPr>
            <w:tcW w:w="1704" w:type="dxa"/>
            <w:vAlign w:val="center"/>
          </w:tcPr>
          <w:p w14:paraId="31068464" w14:textId="77777777" w:rsidR="000E4AB2" w:rsidRDefault="00000000">
            <w:r>
              <w:rPr>
                <w:sz w:val="16"/>
              </w:rPr>
              <w:t xml:space="preserve"> </w:t>
            </w:r>
          </w:p>
        </w:tc>
      </w:tr>
    </w:tbl>
    <w:p w14:paraId="605A5BB9" w14:textId="77777777" w:rsidR="000E4AB2" w:rsidRDefault="00000000">
      <w:r>
        <w:br w:type="page"/>
      </w:r>
    </w:p>
    <w:p w14:paraId="057DA38C" w14:textId="77777777" w:rsidR="000E4AB2" w:rsidRDefault="00000000">
      <w:pPr>
        <w:pStyle w:val="Heading1"/>
      </w:pPr>
      <w:bookmarkStart w:id="53" w:name="_Toc240137324"/>
      <w:r>
        <w:lastRenderedPageBreak/>
        <w:t>Template 20: Policy Development Template</w:t>
      </w:r>
      <w:bookmarkEnd w:id="53"/>
    </w:p>
    <w:p w14:paraId="3FF7F572" w14:textId="77777777" w:rsidR="000E4AB2" w:rsidRDefault="00000000">
      <w:r>
        <w:rPr>
          <w:b/>
        </w:rPr>
        <w:t xml:space="preserve">Purpose: </w:t>
      </w:r>
      <w:r>
        <w:t>Develop a clear organisational policy that states commitments, principles, responsibilities and governance requirements.</w:t>
      </w:r>
    </w:p>
    <w:p w14:paraId="268FEA1C" w14:textId="77777777" w:rsidR="000E4AB2" w:rsidRDefault="00000000">
      <w:r>
        <w:rPr>
          <w:b/>
        </w:rPr>
        <w:t xml:space="preserve">Assessment use: </w:t>
      </w:r>
      <w:r>
        <w:t>Document-development resource used across the AAOT course.</w:t>
      </w:r>
    </w:p>
    <w:p w14:paraId="7A1509E3"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142941E1" w14:textId="77777777" w:rsidR="000E4AB2" w:rsidRDefault="00000000">
      <w:r>
        <w:rPr>
          <w:b/>
        </w:rPr>
        <w:t xml:space="preserve">Policy title: </w:t>
      </w:r>
      <w:r>
        <w:t>________________________________________________________________________________</w:t>
      </w:r>
    </w:p>
    <w:p w14:paraId="0DD10452" w14:textId="77777777" w:rsidR="000E4AB2" w:rsidRDefault="00000000">
      <w:r>
        <w:rPr>
          <w:b/>
        </w:rPr>
        <w:t xml:space="preserve">Document owner: </w:t>
      </w:r>
      <w:r>
        <w:t>________________________________________________________________________________</w:t>
      </w:r>
    </w:p>
    <w:p w14:paraId="269F7E61" w14:textId="77777777" w:rsidR="000E4AB2" w:rsidRDefault="00000000">
      <w:r>
        <w:rPr>
          <w:b/>
        </w:rPr>
        <w:t xml:space="preserve">Version: </w:t>
      </w:r>
      <w:r>
        <w:t>________________________________________________________________________________</w:t>
      </w:r>
    </w:p>
    <w:p w14:paraId="4FC018BE" w14:textId="77777777" w:rsidR="000E4AB2" w:rsidRDefault="00000000">
      <w:r>
        <w:rPr>
          <w:b/>
        </w:rPr>
        <w:t xml:space="preserve">Approval date: </w:t>
      </w:r>
      <w:r>
        <w:t>________________________________________________________________________________</w:t>
      </w:r>
    </w:p>
    <w:p w14:paraId="17821222" w14:textId="77777777" w:rsidR="000E4AB2" w:rsidRDefault="00000000">
      <w:r>
        <w:rPr>
          <w:b/>
        </w:rPr>
        <w:t xml:space="preserve">Effective date: </w:t>
      </w:r>
      <w:r>
        <w:t>________________________________________________________________________________</w:t>
      </w:r>
    </w:p>
    <w:p w14:paraId="73FE6569" w14:textId="77777777" w:rsidR="000E4AB2" w:rsidRDefault="00000000">
      <w:r>
        <w:rPr>
          <w:b/>
        </w:rPr>
        <w:t xml:space="preserve">Review date / trigger: </w:t>
      </w:r>
      <w:r>
        <w:t>________________________________________________________________________________</w:t>
      </w:r>
    </w:p>
    <w:p w14:paraId="01855CCB" w14:textId="77777777" w:rsidR="000E4AB2" w:rsidRDefault="00000000">
      <w:pPr>
        <w:pStyle w:val="Heading2"/>
      </w:pPr>
      <w:bookmarkStart w:id="54" w:name="_Toc240137325"/>
      <w:r>
        <w:t>1. Purpose</w:t>
      </w:r>
      <w:bookmarkEnd w:id="54"/>
    </w:p>
    <w:p w14:paraId="74457DBB" w14:textId="77777777" w:rsidR="000E4AB2" w:rsidRDefault="00000000">
      <w:pPr>
        <w:pStyle w:val="TemplateInstruction"/>
      </w:pPr>
      <w:r>
        <w:t>Why does this policy exist?</w:t>
      </w:r>
    </w:p>
    <w:p w14:paraId="28F572A9" w14:textId="77777777" w:rsidR="000E4AB2" w:rsidRDefault="00000000">
      <w:r>
        <w:br/>
      </w:r>
    </w:p>
    <w:p w14:paraId="6B3C88D8" w14:textId="77777777" w:rsidR="000E4AB2" w:rsidRDefault="00000000">
      <w:pPr>
        <w:pStyle w:val="Heading2"/>
      </w:pPr>
      <w:bookmarkStart w:id="55" w:name="_Toc240137326"/>
      <w:r>
        <w:t>2. Scope</w:t>
      </w:r>
      <w:bookmarkEnd w:id="55"/>
    </w:p>
    <w:p w14:paraId="0C5AC34E" w14:textId="77777777" w:rsidR="000E4AB2" w:rsidRDefault="00000000">
      <w:pPr>
        <w:pStyle w:val="TemplateInstruction"/>
      </w:pPr>
      <w:r>
        <w:t>Who and what does it apply to?</w:t>
      </w:r>
    </w:p>
    <w:p w14:paraId="11032C21" w14:textId="77777777" w:rsidR="000E4AB2" w:rsidRDefault="00000000">
      <w:r>
        <w:br/>
      </w:r>
    </w:p>
    <w:p w14:paraId="41C0A895" w14:textId="77777777" w:rsidR="000E4AB2" w:rsidRDefault="00000000">
      <w:pPr>
        <w:pStyle w:val="Heading2"/>
      </w:pPr>
      <w:bookmarkStart w:id="56" w:name="_Toc240137327"/>
      <w:r>
        <w:t>3. Policy Statement</w:t>
      </w:r>
      <w:bookmarkEnd w:id="56"/>
    </w:p>
    <w:p w14:paraId="1710379F" w14:textId="77777777" w:rsidR="000E4AB2" w:rsidRDefault="00000000">
      <w:pPr>
        <w:pStyle w:val="TemplateInstruction"/>
      </w:pPr>
      <w:r>
        <w:t>State the organisation's commitment and expected approach.</w:t>
      </w:r>
    </w:p>
    <w:p w14:paraId="643279EB" w14:textId="77777777" w:rsidR="000E4AB2" w:rsidRDefault="00000000">
      <w:r>
        <w:br/>
      </w:r>
    </w:p>
    <w:p w14:paraId="7F7C1E2F" w14:textId="77777777" w:rsidR="000E4AB2" w:rsidRDefault="00000000">
      <w:pPr>
        <w:pStyle w:val="Heading2"/>
      </w:pPr>
      <w:bookmarkStart w:id="57" w:name="_Toc240137328"/>
      <w:r>
        <w:t>4. Principles</w:t>
      </w:r>
      <w:bookmarkEnd w:id="57"/>
    </w:p>
    <w:p w14:paraId="579EEDE7" w14:textId="77777777" w:rsidR="000E4AB2" w:rsidRDefault="00000000">
      <w:pPr>
        <w:pStyle w:val="TemplateInstruction"/>
      </w:pPr>
      <w:r>
        <w:t>Identify guiding legal, ethical, professional, accessibility and animal welfare principles.</w:t>
      </w:r>
    </w:p>
    <w:p w14:paraId="0719A870" w14:textId="77777777" w:rsidR="000E4AB2" w:rsidRDefault="00000000">
      <w:r>
        <w:br/>
      </w:r>
    </w:p>
    <w:p w14:paraId="7E5F8B47" w14:textId="77777777" w:rsidR="000E4AB2" w:rsidRDefault="00000000">
      <w:pPr>
        <w:pStyle w:val="Heading2"/>
      </w:pPr>
      <w:bookmarkStart w:id="58" w:name="_Toc240137329"/>
      <w:r>
        <w:t>5. Responsibilities</w:t>
      </w:r>
      <w:bookmarkEnd w:id="58"/>
    </w:p>
    <w:p w14:paraId="326F24A5" w14:textId="77777777" w:rsidR="000E4AB2" w:rsidRDefault="00000000">
      <w:pPr>
        <w:pStyle w:val="TemplateInstruction"/>
      </w:pPr>
      <w:r>
        <w:t>Allocate responsibilities to relevant roles.</w:t>
      </w:r>
    </w:p>
    <w:p w14:paraId="6CDD9F89" w14:textId="77777777" w:rsidR="000E4AB2" w:rsidRDefault="00000000">
      <w:r>
        <w:br/>
      </w:r>
    </w:p>
    <w:p w14:paraId="0D3E438F" w14:textId="77777777" w:rsidR="000E4AB2" w:rsidRDefault="00000000">
      <w:pPr>
        <w:pStyle w:val="Heading2"/>
      </w:pPr>
      <w:bookmarkStart w:id="59" w:name="_Toc240137330"/>
      <w:r>
        <w:lastRenderedPageBreak/>
        <w:t>6. Requirements</w:t>
      </w:r>
      <w:bookmarkEnd w:id="59"/>
    </w:p>
    <w:p w14:paraId="28B270EF" w14:textId="77777777" w:rsidR="000E4AB2" w:rsidRDefault="00000000">
      <w:pPr>
        <w:pStyle w:val="TemplateInstruction"/>
      </w:pPr>
      <w:r>
        <w:t>State the substantive requirements of the policy.</w:t>
      </w:r>
    </w:p>
    <w:p w14:paraId="60A34C33" w14:textId="77777777" w:rsidR="000E4AB2" w:rsidRDefault="00000000">
      <w:r>
        <w:br/>
      </w:r>
    </w:p>
    <w:p w14:paraId="73AF3663" w14:textId="77777777" w:rsidR="000E4AB2" w:rsidRDefault="00000000">
      <w:pPr>
        <w:pStyle w:val="Heading2"/>
      </w:pPr>
      <w:bookmarkStart w:id="60" w:name="_Toc240137331"/>
      <w:r>
        <w:t>7. Consultation and Accessibility</w:t>
      </w:r>
      <w:bookmarkEnd w:id="60"/>
    </w:p>
    <w:p w14:paraId="23C66974" w14:textId="77777777" w:rsidR="000E4AB2" w:rsidRDefault="00000000">
      <w:pPr>
        <w:pStyle w:val="TemplateInstruction"/>
      </w:pPr>
      <w:r>
        <w:t>Explain consultation, communication and reasonable-adjustment considerations.</w:t>
      </w:r>
    </w:p>
    <w:p w14:paraId="0DC859CA" w14:textId="77777777" w:rsidR="000E4AB2" w:rsidRDefault="00000000">
      <w:r>
        <w:br/>
      </w:r>
    </w:p>
    <w:p w14:paraId="5A295B45" w14:textId="77777777" w:rsidR="000E4AB2" w:rsidRDefault="00000000">
      <w:pPr>
        <w:pStyle w:val="Heading2"/>
      </w:pPr>
      <w:bookmarkStart w:id="61" w:name="_Toc240137332"/>
      <w:r>
        <w:t>8. Related Procedures and Documents</w:t>
      </w:r>
      <w:bookmarkEnd w:id="61"/>
    </w:p>
    <w:p w14:paraId="7F9F4B71" w14:textId="77777777" w:rsidR="000E4AB2" w:rsidRDefault="00000000">
      <w:pPr>
        <w:pStyle w:val="TemplateInstruction"/>
      </w:pPr>
      <w:r>
        <w:t>List procedures, plans, registers, risk assessments and other documents that operationalise the policy.</w:t>
      </w:r>
    </w:p>
    <w:p w14:paraId="1D1E250A" w14:textId="77777777" w:rsidR="000E4AB2" w:rsidRDefault="00000000">
      <w:r>
        <w:br/>
      </w:r>
    </w:p>
    <w:p w14:paraId="287FB532" w14:textId="77777777" w:rsidR="000E4AB2" w:rsidRDefault="00000000">
      <w:pPr>
        <w:pStyle w:val="Heading2"/>
      </w:pPr>
      <w:bookmarkStart w:id="62" w:name="_Toc240137333"/>
      <w:r>
        <w:t>9. Monitoring and Review</w:t>
      </w:r>
      <w:bookmarkEnd w:id="62"/>
    </w:p>
    <w:p w14:paraId="4656FA5B" w14:textId="77777777" w:rsidR="000E4AB2" w:rsidRDefault="00000000">
      <w:pPr>
        <w:pStyle w:val="TemplateInstruction"/>
      </w:pPr>
      <w:r>
        <w:t>Explain how implementation and effectiveness will be monitored.</w:t>
      </w:r>
    </w:p>
    <w:p w14:paraId="11CF61EF" w14:textId="77777777" w:rsidR="000E4AB2" w:rsidRDefault="00000000">
      <w:r>
        <w:br/>
      </w:r>
    </w:p>
    <w:p w14:paraId="5BECBE60" w14:textId="77777777" w:rsidR="000E4AB2" w:rsidRDefault="00000000">
      <w:pPr>
        <w:pStyle w:val="Heading2"/>
      </w:pPr>
      <w:bookmarkStart w:id="63" w:name="_Toc240137334"/>
      <w:r>
        <w:t>10. References / Authority</w:t>
      </w:r>
      <w:bookmarkEnd w:id="63"/>
    </w:p>
    <w:p w14:paraId="24505DB1" w14:textId="77777777" w:rsidR="000E4AB2" w:rsidRDefault="00000000">
      <w:pPr>
        <w:pStyle w:val="TemplateInstruction"/>
      </w:pPr>
      <w:r>
        <w:t>List relevant legislation, standards, professional guidance and evidence.</w:t>
      </w:r>
    </w:p>
    <w:p w14:paraId="3A270998" w14:textId="77777777" w:rsidR="000E4AB2" w:rsidRDefault="00000000">
      <w:r>
        <w:br/>
      </w:r>
    </w:p>
    <w:p w14:paraId="06A7F233" w14:textId="77777777" w:rsidR="000E4AB2" w:rsidRDefault="00000000">
      <w:r>
        <w:br w:type="page"/>
      </w:r>
    </w:p>
    <w:p w14:paraId="74034A2B" w14:textId="77777777" w:rsidR="000E4AB2" w:rsidRDefault="00000000">
      <w:pPr>
        <w:pStyle w:val="Heading1"/>
      </w:pPr>
      <w:bookmarkStart w:id="64" w:name="_Toc240137335"/>
      <w:r>
        <w:lastRenderedPageBreak/>
        <w:t>Template 21: Procedure Development Template</w:t>
      </w:r>
      <w:bookmarkEnd w:id="64"/>
    </w:p>
    <w:p w14:paraId="3D4143F0" w14:textId="77777777" w:rsidR="000E4AB2" w:rsidRDefault="00000000">
      <w:r>
        <w:rPr>
          <w:b/>
        </w:rPr>
        <w:t xml:space="preserve">Purpose: </w:t>
      </w:r>
      <w:r>
        <w:t>Translate policy and risk-management requirements into clear operational steps.</w:t>
      </w:r>
    </w:p>
    <w:p w14:paraId="0BD832D2" w14:textId="77777777" w:rsidR="000E4AB2" w:rsidRDefault="00000000">
      <w:r>
        <w:rPr>
          <w:b/>
        </w:rPr>
        <w:t xml:space="preserve">Assessment use: </w:t>
      </w:r>
      <w:r>
        <w:t>Document-development resource used across the AAOT course.</w:t>
      </w:r>
    </w:p>
    <w:p w14:paraId="00225399"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3FEDB5A0" w14:textId="77777777" w:rsidR="000E4AB2" w:rsidRDefault="00000000">
      <w:r>
        <w:rPr>
          <w:b/>
        </w:rPr>
        <w:t xml:space="preserve">Procedure title: </w:t>
      </w:r>
      <w:r>
        <w:t>________________________________________________________________________________</w:t>
      </w:r>
    </w:p>
    <w:p w14:paraId="1D5D98F0" w14:textId="77777777" w:rsidR="000E4AB2" w:rsidRDefault="00000000">
      <w:r>
        <w:rPr>
          <w:b/>
        </w:rPr>
        <w:t xml:space="preserve">Related policy: </w:t>
      </w:r>
      <w:r>
        <w:t>________________________________________________________________________________</w:t>
      </w:r>
    </w:p>
    <w:p w14:paraId="2AC100F0" w14:textId="77777777" w:rsidR="000E4AB2" w:rsidRDefault="00000000">
      <w:r>
        <w:rPr>
          <w:b/>
        </w:rPr>
        <w:t xml:space="preserve">Owner: </w:t>
      </w:r>
      <w:r>
        <w:t>________________________________________________________________________________</w:t>
      </w:r>
    </w:p>
    <w:p w14:paraId="494DB12F" w14:textId="77777777" w:rsidR="000E4AB2" w:rsidRDefault="00000000">
      <w:r>
        <w:rPr>
          <w:b/>
        </w:rPr>
        <w:t xml:space="preserve">Version: </w:t>
      </w:r>
      <w:r>
        <w:t>________________________________________________________________________________</w:t>
      </w:r>
    </w:p>
    <w:p w14:paraId="4493222E" w14:textId="77777777" w:rsidR="000E4AB2" w:rsidRDefault="00000000">
      <w:r>
        <w:rPr>
          <w:b/>
        </w:rPr>
        <w:t xml:space="preserve">Effective date: </w:t>
      </w:r>
      <w:r>
        <w:t>________________________________________________________________________________</w:t>
      </w:r>
    </w:p>
    <w:p w14:paraId="5B930AD6" w14:textId="77777777" w:rsidR="000E4AB2" w:rsidRDefault="00000000">
      <w:r>
        <w:rPr>
          <w:b/>
        </w:rPr>
        <w:t xml:space="preserve">Review date / trigger: </w:t>
      </w:r>
      <w:r>
        <w:t>________________________________________________________________________________</w:t>
      </w:r>
    </w:p>
    <w:p w14:paraId="3313A290" w14:textId="77777777" w:rsidR="000E4AB2" w:rsidRDefault="00000000">
      <w:pPr>
        <w:pStyle w:val="Heading2"/>
      </w:pPr>
      <w:bookmarkStart w:id="65" w:name="_Toc240137336"/>
      <w:r>
        <w:t>Purpose</w:t>
      </w:r>
      <w:bookmarkEnd w:id="65"/>
    </w:p>
    <w:p w14:paraId="13503A98" w14:textId="77777777" w:rsidR="000E4AB2" w:rsidRDefault="00000000">
      <w:r>
        <w:br/>
      </w:r>
    </w:p>
    <w:p w14:paraId="07E48940" w14:textId="77777777" w:rsidR="000E4AB2" w:rsidRDefault="00000000">
      <w:pPr>
        <w:pStyle w:val="Heading2"/>
      </w:pPr>
      <w:bookmarkStart w:id="66" w:name="_Toc240137337"/>
      <w:r>
        <w:t>Scope</w:t>
      </w:r>
      <w:bookmarkEnd w:id="66"/>
    </w:p>
    <w:p w14:paraId="65722048" w14:textId="77777777" w:rsidR="000E4AB2" w:rsidRDefault="00000000">
      <w:r>
        <w:br/>
      </w:r>
    </w:p>
    <w:p w14:paraId="664D67A9" w14:textId="77777777" w:rsidR="000E4AB2" w:rsidRDefault="00000000">
      <w:pPr>
        <w:pStyle w:val="Heading2"/>
      </w:pPr>
      <w:bookmarkStart w:id="67" w:name="_Toc240137338"/>
      <w:r>
        <w:t>Responsibilities</w:t>
      </w:r>
      <w:bookmarkEnd w:id="67"/>
    </w:p>
    <w:p w14:paraId="428EA1C0" w14:textId="77777777" w:rsidR="000E4AB2" w:rsidRDefault="00000000">
      <w:r>
        <w:br/>
      </w:r>
    </w:p>
    <w:p w14:paraId="74E0170B" w14:textId="77777777" w:rsidR="000E4AB2" w:rsidRDefault="00000000">
      <w:pPr>
        <w:pStyle w:val="Heading2"/>
      </w:pPr>
      <w:bookmarkStart w:id="68" w:name="_Toc240137339"/>
      <w:r>
        <w:t>Required resources / equipment / PPE</w:t>
      </w:r>
      <w:bookmarkEnd w:id="68"/>
    </w:p>
    <w:p w14:paraId="53E0E819" w14:textId="77777777" w:rsidR="000E4AB2" w:rsidRDefault="00000000">
      <w:r>
        <w:br/>
      </w:r>
    </w:p>
    <w:p w14:paraId="7634DE85" w14:textId="77777777" w:rsidR="000E4AB2" w:rsidRDefault="00000000">
      <w:pPr>
        <w:pStyle w:val="Heading2"/>
      </w:pPr>
      <w:bookmarkStart w:id="69" w:name="_Toc240137340"/>
      <w:r>
        <w:t>Procedure steps</w:t>
      </w:r>
      <w:bookmarkEnd w:id="69"/>
    </w:p>
    <w:tbl>
      <w:tblPr>
        <w:tblStyle w:val="TableGrid"/>
        <w:tblW w:w="0" w:type="auto"/>
        <w:jc w:val="center"/>
        <w:tblLook w:val="04A0" w:firstRow="1" w:lastRow="0" w:firstColumn="1" w:lastColumn="0" w:noHBand="0" w:noVBand="1"/>
      </w:tblPr>
      <w:tblGrid>
        <w:gridCol w:w="2556"/>
        <w:gridCol w:w="2556"/>
        <w:gridCol w:w="2556"/>
        <w:gridCol w:w="2556"/>
      </w:tblGrid>
      <w:tr w:rsidR="000E4AB2" w14:paraId="67B5C2F6" w14:textId="77777777">
        <w:trPr>
          <w:jc w:val="center"/>
        </w:trPr>
        <w:tc>
          <w:tcPr>
            <w:tcW w:w="2556" w:type="dxa"/>
            <w:shd w:val="clear" w:color="auto" w:fill="D9EAF7"/>
            <w:vAlign w:val="center"/>
          </w:tcPr>
          <w:p w14:paraId="6549938B" w14:textId="77777777" w:rsidR="000E4AB2" w:rsidRDefault="00000000">
            <w:r>
              <w:rPr>
                <w:b/>
                <w:sz w:val="16"/>
              </w:rPr>
              <w:t>Step</w:t>
            </w:r>
          </w:p>
        </w:tc>
        <w:tc>
          <w:tcPr>
            <w:tcW w:w="2556" w:type="dxa"/>
            <w:shd w:val="clear" w:color="auto" w:fill="D9EAF7"/>
            <w:vAlign w:val="center"/>
          </w:tcPr>
          <w:p w14:paraId="52AE25D2" w14:textId="77777777" w:rsidR="000E4AB2" w:rsidRDefault="00000000">
            <w:r>
              <w:rPr>
                <w:b/>
                <w:sz w:val="16"/>
              </w:rPr>
              <w:t>Action</w:t>
            </w:r>
          </w:p>
        </w:tc>
        <w:tc>
          <w:tcPr>
            <w:tcW w:w="2556" w:type="dxa"/>
            <w:shd w:val="clear" w:color="auto" w:fill="D9EAF7"/>
            <w:vAlign w:val="center"/>
          </w:tcPr>
          <w:p w14:paraId="7DEDB975" w14:textId="77777777" w:rsidR="000E4AB2" w:rsidRDefault="00000000">
            <w:r>
              <w:rPr>
                <w:b/>
                <w:sz w:val="16"/>
              </w:rPr>
              <w:t>Responsible role</w:t>
            </w:r>
          </w:p>
        </w:tc>
        <w:tc>
          <w:tcPr>
            <w:tcW w:w="2556" w:type="dxa"/>
            <w:shd w:val="clear" w:color="auto" w:fill="D9EAF7"/>
            <w:vAlign w:val="center"/>
          </w:tcPr>
          <w:p w14:paraId="23F0CB58" w14:textId="77777777" w:rsidR="000E4AB2" w:rsidRDefault="00000000">
            <w:r>
              <w:rPr>
                <w:b/>
                <w:sz w:val="16"/>
              </w:rPr>
              <w:t>Control / key consideration</w:t>
            </w:r>
          </w:p>
        </w:tc>
      </w:tr>
      <w:tr w:rsidR="000E4AB2" w14:paraId="5CA87DF0" w14:textId="77777777">
        <w:trPr>
          <w:jc w:val="center"/>
        </w:trPr>
        <w:tc>
          <w:tcPr>
            <w:tcW w:w="2556" w:type="dxa"/>
            <w:vAlign w:val="center"/>
          </w:tcPr>
          <w:p w14:paraId="430548F5" w14:textId="77777777" w:rsidR="000E4AB2" w:rsidRDefault="00000000">
            <w:r>
              <w:rPr>
                <w:sz w:val="16"/>
              </w:rPr>
              <w:t xml:space="preserve"> </w:t>
            </w:r>
          </w:p>
        </w:tc>
        <w:tc>
          <w:tcPr>
            <w:tcW w:w="2556" w:type="dxa"/>
            <w:vAlign w:val="center"/>
          </w:tcPr>
          <w:p w14:paraId="3CCCC6EE" w14:textId="77777777" w:rsidR="000E4AB2" w:rsidRDefault="00000000">
            <w:r>
              <w:rPr>
                <w:sz w:val="16"/>
              </w:rPr>
              <w:t xml:space="preserve"> </w:t>
            </w:r>
          </w:p>
        </w:tc>
        <w:tc>
          <w:tcPr>
            <w:tcW w:w="2556" w:type="dxa"/>
            <w:vAlign w:val="center"/>
          </w:tcPr>
          <w:p w14:paraId="16F86FD5" w14:textId="77777777" w:rsidR="000E4AB2" w:rsidRDefault="00000000">
            <w:r>
              <w:rPr>
                <w:sz w:val="16"/>
              </w:rPr>
              <w:t xml:space="preserve"> </w:t>
            </w:r>
          </w:p>
        </w:tc>
        <w:tc>
          <w:tcPr>
            <w:tcW w:w="2556" w:type="dxa"/>
            <w:vAlign w:val="center"/>
          </w:tcPr>
          <w:p w14:paraId="53E6E9E9" w14:textId="77777777" w:rsidR="000E4AB2" w:rsidRDefault="00000000">
            <w:r>
              <w:rPr>
                <w:sz w:val="16"/>
              </w:rPr>
              <w:t xml:space="preserve"> </w:t>
            </w:r>
          </w:p>
        </w:tc>
      </w:tr>
      <w:tr w:rsidR="000E4AB2" w14:paraId="36120643" w14:textId="77777777">
        <w:trPr>
          <w:jc w:val="center"/>
        </w:trPr>
        <w:tc>
          <w:tcPr>
            <w:tcW w:w="2556" w:type="dxa"/>
            <w:vAlign w:val="center"/>
          </w:tcPr>
          <w:p w14:paraId="46F4486A" w14:textId="77777777" w:rsidR="000E4AB2" w:rsidRDefault="00000000">
            <w:r>
              <w:rPr>
                <w:sz w:val="16"/>
              </w:rPr>
              <w:t xml:space="preserve"> </w:t>
            </w:r>
          </w:p>
        </w:tc>
        <w:tc>
          <w:tcPr>
            <w:tcW w:w="2556" w:type="dxa"/>
            <w:vAlign w:val="center"/>
          </w:tcPr>
          <w:p w14:paraId="248AD763" w14:textId="77777777" w:rsidR="000E4AB2" w:rsidRDefault="00000000">
            <w:r>
              <w:rPr>
                <w:sz w:val="16"/>
              </w:rPr>
              <w:t xml:space="preserve"> </w:t>
            </w:r>
          </w:p>
        </w:tc>
        <w:tc>
          <w:tcPr>
            <w:tcW w:w="2556" w:type="dxa"/>
            <w:vAlign w:val="center"/>
          </w:tcPr>
          <w:p w14:paraId="7D75B260" w14:textId="77777777" w:rsidR="000E4AB2" w:rsidRDefault="00000000">
            <w:r>
              <w:rPr>
                <w:sz w:val="16"/>
              </w:rPr>
              <w:t xml:space="preserve"> </w:t>
            </w:r>
          </w:p>
        </w:tc>
        <w:tc>
          <w:tcPr>
            <w:tcW w:w="2556" w:type="dxa"/>
            <w:vAlign w:val="center"/>
          </w:tcPr>
          <w:p w14:paraId="2748FCAB" w14:textId="77777777" w:rsidR="000E4AB2" w:rsidRDefault="00000000">
            <w:r>
              <w:rPr>
                <w:sz w:val="16"/>
              </w:rPr>
              <w:t xml:space="preserve"> </w:t>
            </w:r>
          </w:p>
        </w:tc>
      </w:tr>
      <w:tr w:rsidR="000E4AB2" w14:paraId="3B7F9744" w14:textId="77777777">
        <w:trPr>
          <w:jc w:val="center"/>
        </w:trPr>
        <w:tc>
          <w:tcPr>
            <w:tcW w:w="2556" w:type="dxa"/>
            <w:vAlign w:val="center"/>
          </w:tcPr>
          <w:p w14:paraId="6C86FF85" w14:textId="77777777" w:rsidR="000E4AB2" w:rsidRDefault="00000000">
            <w:r>
              <w:rPr>
                <w:sz w:val="16"/>
              </w:rPr>
              <w:t xml:space="preserve"> </w:t>
            </w:r>
          </w:p>
        </w:tc>
        <w:tc>
          <w:tcPr>
            <w:tcW w:w="2556" w:type="dxa"/>
            <w:vAlign w:val="center"/>
          </w:tcPr>
          <w:p w14:paraId="12058097" w14:textId="77777777" w:rsidR="000E4AB2" w:rsidRDefault="00000000">
            <w:r>
              <w:rPr>
                <w:sz w:val="16"/>
              </w:rPr>
              <w:t xml:space="preserve"> </w:t>
            </w:r>
          </w:p>
        </w:tc>
        <w:tc>
          <w:tcPr>
            <w:tcW w:w="2556" w:type="dxa"/>
            <w:vAlign w:val="center"/>
          </w:tcPr>
          <w:p w14:paraId="7822CA4A" w14:textId="77777777" w:rsidR="000E4AB2" w:rsidRDefault="00000000">
            <w:r>
              <w:rPr>
                <w:sz w:val="16"/>
              </w:rPr>
              <w:t xml:space="preserve"> </w:t>
            </w:r>
          </w:p>
        </w:tc>
        <w:tc>
          <w:tcPr>
            <w:tcW w:w="2556" w:type="dxa"/>
            <w:vAlign w:val="center"/>
          </w:tcPr>
          <w:p w14:paraId="69B763E1" w14:textId="77777777" w:rsidR="000E4AB2" w:rsidRDefault="00000000">
            <w:r>
              <w:rPr>
                <w:sz w:val="16"/>
              </w:rPr>
              <w:t xml:space="preserve"> </w:t>
            </w:r>
          </w:p>
        </w:tc>
      </w:tr>
      <w:tr w:rsidR="000E4AB2" w14:paraId="719D4FAE" w14:textId="77777777">
        <w:trPr>
          <w:jc w:val="center"/>
        </w:trPr>
        <w:tc>
          <w:tcPr>
            <w:tcW w:w="2556" w:type="dxa"/>
            <w:vAlign w:val="center"/>
          </w:tcPr>
          <w:p w14:paraId="28DACE17" w14:textId="77777777" w:rsidR="000E4AB2" w:rsidRDefault="00000000">
            <w:r>
              <w:rPr>
                <w:sz w:val="16"/>
              </w:rPr>
              <w:t xml:space="preserve"> </w:t>
            </w:r>
          </w:p>
        </w:tc>
        <w:tc>
          <w:tcPr>
            <w:tcW w:w="2556" w:type="dxa"/>
            <w:vAlign w:val="center"/>
          </w:tcPr>
          <w:p w14:paraId="6D211FA5" w14:textId="77777777" w:rsidR="000E4AB2" w:rsidRDefault="00000000">
            <w:r>
              <w:rPr>
                <w:sz w:val="16"/>
              </w:rPr>
              <w:t xml:space="preserve"> </w:t>
            </w:r>
          </w:p>
        </w:tc>
        <w:tc>
          <w:tcPr>
            <w:tcW w:w="2556" w:type="dxa"/>
            <w:vAlign w:val="center"/>
          </w:tcPr>
          <w:p w14:paraId="2AC7EE3C" w14:textId="77777777" w:rsidR="000E4AB2" w:rsidRDefault="00000000">
            <w:r>
              <w:rPr>
                <w:sz w:val="16"/>
              </w:rPr>
              <w:t xml:space="preserve"> </w:t>
            </w:r>
          </w:p>
        </w:tc>
        <w:tc>
          <w:tcPr>
            <w:tcW w:w="2556" w:type="dxa"/>
            <w:vAlign w:val="center"/>
          </w:tcPr>
          <w:p w14:paraId="530B3FD9" w14:textId="77777777" w:rsidR="000E4AB2" w:rsidRDefault="00000000">
            <w:r>
              <w:rPr>
                <w:sz w:val="16"/>
              </w:rPr>
              <w:t xml:space="preserve"> </w:t>
            </w:r>
          </w:p>
        </w:tc>
      </w:tr>
      <w:tr w:rsidR="000E4AB2" w14:paraId="3D1340F3" w14:textId="77777777">
        <w:trPr>
          <w:jc w:val="center"/>
        </w:trPr>
        <w:tc>
          <w:tcPr>
            <w:tcW w:w="2556" w:type="dxa"/>
            <w:vAlign w:val="center"/>
          </w:tcPr>
          <w:p w14:paraId="3B06BCF9" w14:textId="77777777" w:rsidR="000E4AB2" w:rsidRDefault="00000000">
            <w:r>
              <w:rPr>
                <w:sz w:val="16"/>
              </w:rPr>
              <w:t xml:space="preserve"> </w:t>
            </w:r>
          </w:p>
        </w:tc>
        <w:tc>
          <w:tcPr>
            <w:tcW w:w="2556" w:type="dxa"/>
            <w:vAlign w:val="center"/>
          </w:tcPr>
          <w:p w14:paraId="0C8C728E" w14:textId="77777777" w:rsidR="000E4AB2" w:rsidRDefault="00000000">
            <w:r>
              <w:rPr>
                <w:sz w:val="16"/>
              </w:rPr>
              <w:t xml:space="preserve"> </w:t>
            </w:r>
          </w:p>
        </w:tc>
        <w:tc>
          <w:tcPr>
            <w:tcW w:w="2556" w:type="dxa"/>
            <w:vAlign w:val="center"/>
          </w:tcPr>
          <w:p w14:paraId="031359C0" w14:textId="77777777" w:rsidR="000E4AB2" w:rsidRDefault="00000000">
            <w:r>
              <w:rPr>
                <w:sz w:val="16"/>
              </w:rPr>
              <w:t xml:space="preserve"> </w:t>
            </w:r>
          </w:p>
        </w:tc>
        <w:tc>
          <w:tcPr>
            <w:tcW w:w="2556" w:type="dxa"/>
            <w:vAlign w:val="center"/>
          </w:tcPr>
          <w:p w14:paraId="1866DC04" w14:textId="77777777" w:rsidR="000E4AB2" w:rsidRDefault="00000000">
            <w:r>
              <w:rPr>
                <w:sz w:val="16"/>
              </w:rPr>
              <w:t xml:space="preserve"> </w:t>
            </w:r>
          </w:p>
        </w:tc>
      </w:tr>
      <w:tr w:rsidR="000E4AB2" w14:paraId="5B5AAE9C" w14:textId="77777777">
        <w:trPr>
          <w:jc w:val="center"/>
        </w:trPr>
        <w:tc>
          <w:tcPr>
            <w:tcW w:w="2556" w:type="dxa"/>
            <w:vAlign w:val="center"/>
          </w:tcPr>
          <w:p w14:paraId="26AF7D4D" w14:textId="77777777" w:rsidR="000E4AB2" w:rsidRDefault="00000000">
            <w:r>
              <w:rPr>
                <w:sz w:val="16"/>
              </w:rPr>
              <w:t xml:space="preserve"> </w:t>
            </w:r>
          </w:p>
        </w:tc>
        <w:tc>
          <w:tcPr>
            <w:tcW w:w="2556" w:type="dxa"/>
            <w:vAlign w:val="center"/>
          </w:tcPr>
          <w:p w14:paraId="3566B057" w14:textId="77777777" w:rsidR="000E4AB2" w:rsidRDefault="00000000">
            <w:r>
              <w:rPr>
                <w:sz w:val="16"/>
              </w:rPr>
              <w:t xml:space="preserve"> </w:t>
            </w:r>
          </w:p>
        </w:tc>
        <w:tc>
          <w:tcPr>
            <w:tcW w:w="2556" w:type="dxa"/>
            <w:vAlign w:val="center"/>
          </w:tcPr>
          <w:p w14:paraId="3F87CA61" w14:textId="77777777" w:rsidR="000E4AB2" w:rsidRDefault="00000000">
            <w:r>
              <w:rPr>
                <w:sz w:val="16"/>
              </w:rPr>
              <w:t xml:space="preserve"> </w:t>
            </w:r>
          </w:p>
        </w:tc>
        <w:tc>
          <w:tcPr>
            <w:tcW w:w="2556" w:type="dxa"/>
            <w:vAlign w:val="center"/>
          </w:tcPr>
          <w:p w14:paraId="576BBDBC" w14:textId="77777777" w:rsidR="000E4AB2" w:rsidRDefault="00000000">
            <w:r>
              <w:rPr>
                <w:sz w:val="16"/>
              </w:rPr>
              <w:t xml:space="preserve"> </w:t>
            </w:r>
          </w:p>
        </w:tc>
      </w:tr>
    </w:tbl>
    <w:p w14:paraId="40E9844B" w14:textId="77777777" w:rsidR="000E4AB2" w:rsidRDefault="00000000">
      <w:pPr>
        <w:pStyle w:val="Heading2"/>
      </w:pPr>
      <w:bookmarkStart w:id="70" w:name="_Toc240137341"/>
      <w:r>
        <w:t>Risk controls and reasonable adjustments</w:t>
      </w:r>
      <w:bookmarkEnd w:id="70"/>
    </w:p>
    <w:p w14:paraId="5985011E" w14:textId="77777777" w:rsidR="000E4AB2" w:rsidRDefault="00000000">
      <w:r>
        <w:br/>
      </w:r>
    </w:p>
    <w:p w14:paraId="5E88CDDD" w14:textId="77777777" w:rsidR="000E4AB2" w:rsidRDefault="00000000">
      <w:pPr>
        <w:pStyle w:val="Heading2"/>
      </w:pPr>
      <w:bookmarkStart w:id="71" w:name="_Toc240137342"/>
      <w:r>
        <w:lastRenderedPageBreak/>
        <w:t>Animal welfare considerations</w:t>
      </w:r>
      <w:bookmarkEnd w:id="71"/>
    </w:p>
    <w:p w14:paraId="414E7BB0" w14:textId="77777777" w:rsidR="000E4AB2" w:rsidRDefault="00000000">
      <w:r>
        <w:br/>
      </w:r>
    </w:p>
    <w:p w14:paraId="7AEBF80F" w14:textId="77777777" w:rsidR="000E4AB2" w:rsidRDefault="00000000">
      <w:pPr>
        <w:pStyle w:val="Heading2"/>
      </w:pPr>
      <w:bookmarkStart w:id="72" w:name="_Toc240137343"/>
      <w:r>
        <w:t>Escalation / stop-work criteria</w:t>
      </w:r>
      <w:bookmarkEnd w:id="72"/>
    </w:p>
    <w:p w14:paraId="49985195" w14:textId="77777777" w:rsidR="000E4AB2" w:rsidRDefault="00000000">
      <w:r>
        <w:br/>
      </w:r>
    </w:p>
    <w:p w14:paraId="737E9DF6" w14:textId="77777777" w:rsidR="000E4AB2" w:rsidRDefault="00000000">
      <w:pPr>
        <w:pStyle w:val="Heading2"/>
      </w:pPr>
      <w:bookmarkStart w:id="73" w:name="_Toc240137344"/>
      <w:r>
        <w:t>Emergency arrangements</w:t>
      </w:r>
      <w:bookmarkEnd w:id="73"/>
    </w:p>
    <w:p w14:paraId="5B7EE897" w14:textId="77777777" w:rsidR="000E4AB2" w:rsidRDefault="00000000">
      <w:r>
        <w:br/>
      </w:r>
    </w:p>
    <w:p w14:paraId="2EADDD5F" w14:textId="77777777" w:rsidR="000E4AB2" w:rsidRDefault="00000000">
      <w:pPr>
        <w:pStyle w:val="Heading2"/>
      </w:pPr>
      <w:bookmarkStart w:id="74" w:name="_Toc240137345"/>
      <w:r>
        <w:t>Records generated</w:t>
      </w:r>
      <w:bookmarkEnd w:id="74"/>
    </w:p>
    <w:p w14:paraId="5F124A4B" w14:textId="77777777" w:rsidR="000E4AB2" w:rsidRDefault="00000000">
      <w:r>
        <w:br/>
      </w:r>
    </w:p>
    <w:p w14:paraId="5BB915B5" w14:textId="77777777" w:rsidR="000E4AB2" w:rsidRDefault="00000000">
      <w:pPr>
        <w:pStyle w:val="Heading2"/>
      </w:pPr>
      <w:bookmarkStart w:id="75" w:name="_Toc240137346"/>
      <w:r>
        <w:t>Related documents</w:t>
      </w:r>
      <w:bookmarkEnd w:id="75"/>
    </w:p>
    <w:p w14:paraId="6682A142" w14:textId="77777777" w:rsidR="000E4AB2" w:rsidRDefault="00000000">
      <w:r>
        <w:br/>
      </w:r>
    </w:p>
    <w:p w14:paraId="3C715F62" w14:textId="77777777" w:rsidR="000E4AB2" w:rsidRDefault="00000000">
      <w:pPr>
        <w:pStyle w:val="Heading2"/>
      </w:pPr>
      <w:bookmarkStart w:id="76" w:name="_Toc240137347"/>
      <w:r>
        <w:t>Review and monitoring</w:t>
      </w:r>
      <w:bookmarkEnd w:id="76"/>
    </w:p>
    <w:p w14:paraId="6464F67C" w14:textId="77777777" w:rsidR="000E4AB2" w:rsidRDefault="00000000">
      <w:r>
        <w:br/>
      </w:r>
    </w:p>
    <w:p w14:paraId="1050E29E" w14:textId="77777777" w:rsidR="000E4AB2" w:rsidRDefault="00000000">
      <w:r>
        <w:br w:type="page"/>
      </w:r>
    </w:p>
    <w:p w14:paraId="0A128CA3" w14:textId="77777777" w:rsidR="000E4AB2" w:rsidRDefault="00000000">
      <w:pPr>
        <w:pStyle w:val="Heading1"/>
      </w:pPr>
      <w:bookmarkStart w:id="77" w:name="_Toc240137348"/>
      <w:r>
        <w:lastRenderedPageBreak/>
        <w:t>Template 22: Safe Work Procedure (SWP) Template</w:t>
      </w:r>
      <w:bookmarkEnd w:id="77"/>
    </w:p>
    <w:p w14:paraId="04A9F667" w14:textId="77777777" w:rsidR="000E4AB2" w:rsidRDefault="00000000">
      <w:r>
        <w:rPr>
          <w:b/>
        </w:rPr>
        <w:t xml:space="preserve">Purpose: </w:t>
      </w:r>
      <w:r>
        <w:t>Document a safe method for a task or activity where a structured task-specific procedure is warranted.</w:t>
      </w:r>
    </w:p>
    <w:p w14:paraId="075E6ED7" w14:textId="77777777" w:rsidR="000E4AB2" w:rsidRDefault="00000000">
      <w:r>
        <w:rPr>
          <w:b/>
        </w:rPr>
        <w:t xml:space="preserve">Assessment use: </w:t>
      </w:r>
      <w:r>
        <w:t>Document-development resource replacing the former generic SWMS template.</w:t>
      </w:r>
    </w:p>
    <w:p w14:paraId="4CCEE208"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37C22207" w14:textId="77777777" w:rsidR="000E4AB2" w:rsidRDefault="00000000">
      <w:r>
        <w:rPr>
          <w:b/>
        </w:rPr>
        <w:t xml:space="preserve">SWP title: </w:t>
      </w:r>
      <w:r>
        <w:t>________________________________________________________________________________</w:t>
      </w:r>
    </w:p>
    <w:p w14:paraId="2DA02735" w14:textId="77777777" w:rsidR="000E4AB2" w:rsidRDefault="00000000">
      <w:r>
        <w:rPr>
          <w:b/>
        </w:rPr>
        <w:t xml:space="preserve">Activity / task: </w:t>
      </w:r>
      <w:r>
        <w:t>________________________________________________________________________________</w:t>
      </w:r>
    </w:p>
    <w:p w14:paraId="740CECB9" w14:textId="77777777" w:rsidR="000E4AB2" w:rsidRDefault="00000000">
      <w:r>
        <w:rPr>
          <w:b/>
        </w:rPr>
        <w:t xml:space="preserve">Location / setting: </w:t>
      </w:r>
      <w:r>
        <w:t>________________________________________________________________________________</w:t>
      </w:r>
    </w:p>
    <w:p w14:paraId="2EE2788F" w14:textId="77777777" w:rsidR="000E4AB2" w:rsidRDefault="00000000">
      <w:r>
        <w:rPr>
          <w:b/>
        </w:rPr>
        <w:t xml:space="preserve">Prepared by: </w:t>
      </w:r>
      <w:r>
        <w:t>________________________________________________________________________________</w:t>
      </w:r>
    </w:p>
    <w:p w14:paraId="4137C976" w14:textId="77777777" w:rsidR="000E4AB2" w:rsidRDefault="00000000">
      <w:r>
        <w:rPr>
          <w:b/>
        </w:rPr>
        <w:t xml:space="preserve">Version: </w:t>
      </w:r>
      <w:r>
        <w:t>________________________________________________________________________________</w:t>
      </w:r>
    </w:p>
    <w:p w14:paraId="14388099" w14:textId="77777777" w:rsidR="000E4AB2" w:rsidRDefault="00000000">
      <w:r>
        <w:rPr>
          <w:b/>
        </w:rPr>
        <w:t xml:space="preserve">Review date / trigger: </w:t>
      </w:r>
      <w:r>
        <w:t>________________________________________________________________________________</w:t>
      </w:r>
    </w:p>
    <w:p w14:paraId="56AA210F" w14:textId="77777777" w:rsidR="000E4AB2" w:rsidRDefault="00000000">
      <w:pPr>
        <w:pStyle w:val="Heading2"/>
      </w:pPr>
      <w:bookmarkStart w:id="78" w:name="_Toc240137349"/>
      <w:r>
        <w:t>People, animals, equipment and prerequisites</w:t>
      </w:r>
      <w:bookmarkEnd w:id="78"/>
    </w:p>
    <w:tbl>
      <w:tblPr>
        <w:tblStyle w:val="TableGrid"/>
        <w:tblW w:w="0" w:type="auto"/>
        <w:jc w:val="center"/>
        <w:tblLook w:val="04A0" w:firstRow="1" w:lastRow="0" w:firstColumn="1" w:lastColumn="0" w:noHBand="0" w:noVBand="1"/>
      </w:tblPr>
      <w:tblGrid>
        <w:gridCol w:w="5112"/>
        <w:gridCol w:w="5112"/>
      </w:tblGrid>
      <w:tr w:rsidR="000E4AB2" w14:paraId="64B098E4" w14:textId="77777777">
        <w:trPr>
          <w:jc w:val="center"/>
        </w:trPr>
        <w:tc>
          <w:tcPr>
            <w:tcW w:w="5112" w:type="dxa"/>
            <w:shd w:val="clear" w:color="auto" w:fill="D9EAF7"/>
            <w:vAlign w:val="center"/>
          </w:tcPr>
          <w:p w14:paraId="57C30E1F" w14:textId="77777777" w:rsidR="000E4AB2" w:rsidRDefault="00000000">
            <w:r>
              <w:rPr>
                <w:b/>
                <w:sz w:val="16"/>
              </w:rPr>
              <w:t>Item</w:t>
            </w:r>
          </w:p>
        </w:tc>
        <w:tc>
          <w:tcPr>
            <w:tcW w:w="5112" w:type="dxa"/>
            <w:shd w:val="clear" w:color="auto" w:fill="D9EAF7"/>
            <w:vAlign w:val="center"/>
          </w:tcPr>
          <w:p w14:paraId="710194A6" w14:textId="77777777" w:rsidR="000E4AB2" w:rsidRDefault="00000000">
            <w:r>
              <w:rPr>
                <w:b/>
                <w:sz w:val="16"/>
              </w:rPr>
              <w:t>Requirement / detail</w:t>
            </w:r>
          </w:p>
        </w:tc>
      </w:tr>
      <w:tr w:rsidR="000E4AB2" w14:paraId="7E1772B5" w14:textId="77777777">
        <w:trPr>
          <w:jc w:val="center"/>
        </w:trPr>
        <w:tc>
          <w:tcPr>
            <w:tcW w:w="5112" w:type="dxa"/>
            <w:vAlign w:val="center"/>
          </w:tcPr>
          <w:p w14:paraId="65E654F1" w14:textId="77777777" w:rsidR="000E4AB2" w:rsidRDefault="00000000">
            <w:r>
              <w:rPr>
                <w:sz w:val="16"/>
              </w:rPr>
              <w:t xml:space="preserve"> </w:t>
            </w:r>
          </w:p>
        </w:tc>
        <w:tc>
          <w:tcPr>
            <w:tcW w:w="5112" w:type="dxa"/>
            <w:vAlign w:val="center"/>
          </w:tcPr>
          <w:p w14:paraId="505593E4" w14:textId="77777777" w:rsidR="000E4AB2" w:rsidRDefault="00000000">
            <w:r>
              <w:rPr>
                <w:sz w:val="16"/>
              </w:rPr>
              <w:t xml:space="preserve"> </w:t>
            </w:r>
          </w:p>
        </w:tc>
      </w:tr>
      <w:tr w:rsidR="000E4AB2" w14:paraId="10B66101" w14:textId="77777777">
        <w:trPr>
          <w:jc w:val="center"/>
        </w:trPr>
        <w:tc>
          <w:tcPr>
            <w:tcW w:w="5112" w:type="dxa"/>
            <w:vAlign w:val="center"/>
          </w:tcPr>
          <w:p w14:paraId="649884A2" w14:textId="77777777" w:rsidR="000E4AB2" w:rsidRDefault="00000000">
            <w:r>
              <w:rPr>
                <w:sz w:val="16"/>
              </w:rPr>
              <w:t xml:space="preserve"> </w:t>
            </w:r>
          </w:p>
        </w:tc>
        <w:tc>
          <w:tcPr>
            <w:tcW w:w="5112" w:type="dxa"/>
            <w:vAlign w:val="center"/>
          </w:tcPr>
          <w:p w14:paraId="4A2536DC" w14:textId="77777777" w:rsidR="000E4AB2" w:rsidRDefault="00000000">
            <w:r>
              <w:rPr>
                <w:sz w:val="16"/>
              </w:rPr>
              <w:t xml:space="preserve"> </w:t>
            </w:r>
          </w:p>
        </w:tc>
      </w:tr>
      <w:tr w:rsidR="000E4AB2" w14:paraId="690D0A76" w14:textId="77777777">
        <w:trPr>
          <w:jc w:val="center"/>
        </w:trPr>
        <w:tc>
          <w:tcPr>
            <w:tcW w:w="5112" w:type="dxa"/>
            <w:vAlign w:val="center"/>
          </w:tcPr>
          <w:p w14:paraId="3FB416FD" w14:textId="77777777" w:rsidR="000E4AB2" w:rsidRDefault="00000000">
            <w:r>
              <w:rPr>
                <w:sz w:val="16"/>
              </w:rPr>
              <w:t xml:space="preserve"> </w:t>
            </w:r>
          </w:p>
        </w:tc>
        <w:tc>
          <w:tcPr>
            <w:tcW w:w="5112" w:type="dxa"/>
            <w:vAlign w:val="center"/>
          </w:tcPr>
          <w:p w14:paraId="7AE2C784" w14:textId="77777777" w:rsidR="000E4AB2" w:rsidRDefault="00000000">
            <w:r>
              <w:rPr>
                <w:sz w:val="16"/>
              </w:rPr>
              <w:t xml:space="preserve"> </w:t>
            </w:r>
          </w:p>
        </w:tc>
      </w:tr>
      <w:tr w:rsidR="000E4AB2" w14:paraId="340FEDC1" w14:textId="77777777">
        <w:trPr>
          <w:jc w:val="center"/>
        </w:trPr>
        <w:tc>
          <w:tcPr>
            <w:tcW w:w="5112" w:type="dxa"/>
            <w:vAlign w:val="center"/>
          </w:tcPr>
          <w:p w14:paraId="34574648" w14:textId="77777777" w:rsidR="000E4AB2" w:rsidRDefault="00000000">
            <w:r>
              <w:rPr>
                <w:sz w:val="16"/>
              </w:rPr>
              <w:t xml:space="preserve"> </w:t>
            </w:r>
          </w:p>
        </w:tc>
        <w:tc>
          <w:tcPr>
            <w:tcW w:w="5112" w:type="dxa"/>
            <w:vAlign w:val="center"/>
          </w:tcPr>
          <w:p w14:paraId="133003D6" w14:textId="77777777" w:rsidR="000E4AB2" w:rsidRDefault="00000000">
            <w:r>
              <w:rPr>
                <w:sz w:val="16"/>
              </w:rPr>
              <w:t xml:space="preserve"> </w:t>
            </w:r>
          </w:p>
        </w:tc>
      </w:tr>
    </w:tbl>
    <w:p w14:paraId="6220C3C0" w14:textId="77777777" w:rsidR="000E4AB2" w:rsidRDefault="00000000">
      <w:pPr>
        <w:pStyle w:val="Heading2"/>
      </w:pPr>
      <w:bookmarkStart w:id="79" w:name="_Toc240137350"/>
      <w:r>
        <w:t>Hazards and controls</w:t>
      </w:r>
      <w:bookmarkEnd w:id="79"/>
    </w:p>
    <w:tbl>
      <w:tblPr>
        <w:tblStyle w:val="TableGrid"/>
        <w:tblW w:w="0" w:type="auto"/>
        <w:jc w:val="center"/>
        <w:tblLook w:val="04A0" w:firstRow="1" w:lastRow="0" w:firstColumn="1" w:lastColumn="0" w:noHBand="0" w:noVBand="1"/>
      </w:tblPr>
      <w:tblGrid>
        <w:gridCol w:w="2556"/>
        <w:gridCol w:w="2556"/>
        <w:gridCol w:w="2556"/>
        <w:gridCol w:w="2556"/>
      </w:tblGrid>
      <w:tr w:rsidR="000E4AB2" w14:paraId="2E5CADDC" w14:textId="77777777">
        <w:trPr>
          <w:jc w:val="center"/>
        </w:trPr>
        <w:tc>
          <w:tcPr>
            <w:tcW w:w="2556" w:type="dxa"/>
            <w:shd w:val="clear" w:color="auto" w:fill="D9EAF7"/>
            <w:vAlign w:val="center"/>
          </w:tcPr>
          <w:p w14:paraId="1E029743" w14:textId="77777777" w:rsidR="000E4AB2" w:rsidRDefault="00000000">
            <w:r>
              <w:rPr>
                <w:b/>
                <w:sz w:val="16"/>
              </w:rPr>
              <w:t>Hazard</w:t>
            </w:r>
          </w:p>
        </w:tc>
        <w:tc>
          <w:tcPr>
            <w:tcW w:w="2556" w:type="dxa"/>
            <w:shd w:val="clear" w:color="auto" w:fill="D9EAF7"/>
            <w:vAlign w:val="center"/>
          </w:tcPr>
          <w:p w14:paraId="64719824" w14:textId="77777777" w:rsidR="000E4AB2" w:rsidRDefault="00000000">
            <w:r>
              <w:rPr>
                <w:b/>
                <w:sz w:val="16"/>
              </w:rPr>
              <w:t>Potential harm</w:t>
            </w:r>
          </w:p>
        </w:tc>
        <w:tc>
          <w:tcPr>
            <w:tcW w:w="2556" w:type="dxa"/>
            <w:shd w:val="clear" w:color="auto" w:fill="D9EAF7"/>
            <w:vAlign w:val="center"/>
          </w:tcPr>
          <w:p w14:paraId="74E67CC2" w14:textId="77777777" w:rsidR="000E4AB2" w:rsidRDefault="00000000">
            <w:r>
              <w:rPr>
                <w:b/>
                <w:sz w:val="16"/>
              </w:rPr>
              <w:t>Control</w:t>
            </w:r>
          </w:p>
        </w:tc>
        <w:tc>
          <w:tcPr>
            <w:tcW w:w="2556" w:type="dxa"/>
            <w:shd w:val="clear" w:color="auto" w:fill="D9EAF7"/>
            <w:vAlign w:val="center"/>
          </w:tcPr>
          <w:p w14:paraId="494D1CF5" w14:textId="77777777" w:rsidR="000E4AB2" w:rsidRDefault="00000000">
            <w:r>
              <w:rPr>
                <w:b/>
                <w:sz w:val="16"/>
              </w:rPr>
              <w:t>Residual risk</w:t>
            </w:r>
          </w:p>
        </w:tc>
      </w:tr>
      <w:tr w:rsidR="000E4AB2" w14:paraId="06D123B0" w14:textId="77777777">
        <w:trPr>
          <w:jc w:val="center"/>
        </w:trPr>
        <w:tc>
          <w:tcPr>
            <w:tcW w:w="2556" w:type="dxa"/>
            <w:vAlign w:val="center"/>
          </w:tcPr>
          <w:p w14:paraId="34869602" w14:textId="77777777" w:rsidR="000E4AB2" w:rsidRDefault="00000000">
            <w:r>
              <w:rPr>
                <w:sz w:val="16"/>
              </w:rPr>
              <w:t xml:space="preserve"> </w:t>
            </w:r>
          </w:p>
        </w:tc>
        <w:tc>
          <w:tcPr>
            <w:tcW w:w="2556" w:type="dxa"/>
            <w:vAlign w:val="center"/>
          </w:tcPr>
          <w:p w14:paraId="2A359056" w14:textId="77777777" w:rsidR="000E4AB2" w:rsidRDefault="00000000">
            <w:r>
              <w:rPr>
                <w:sz w:val="16"/>
              </w:rPr>
              <w:t xml:space="preserve"> </w:t>
            </w:r>
          </w:p>
        </w:tc>
        <w:tc>
          <w:tcPr>
            <w:tcW w:w="2556" w:type="dxa"/>
            <w:vAlign w:val="center"/>
          </w:tcPr>
          <w:p w14:paraId="63EF0344" w14:textId="77777777" w:rsidR="000E4AB2" w:rsidRDefault="00000000">
            <w:r>
              <w:rPr>
                <w:sz w:val="16"/>
              </w:rPr>
              <w:t xml:space="preserve"> </w:t>
            </w:r>
          </w:p>
        </w:tc>
        <w:tc>
          <w:tcPr>
            <w:tcW w:w="2556" w:type="dxa"/>
            <w:vAlign w:val="center"/>
          </w:tcPr>
          <w:p w14:paraId="635D213E" w14:textId="77777777" w:rsidR="000E4AB2" w:rsidRDefault="00000000">
            <w:r>
              <w:rPr>
                <w:sz w:val="16"/>
              </w:rPr>
              <w:t xml:space="preserve"> </w:t>
            </w:r>
          </w:p>
        </w:tc>
      </w:tr>
      <w:tr w:rsidR="000E4AB2" w14:paraId="50103E34" w14:textId="77777777">
        <w:trPr>
          <w:jc w:val="center"/>
        </w:trPr>
        <w:tc>
          <w:tcPr>
            <w:tcW w:w="2556" w:type="dxa"/>
            <w:vAlign w:val="center"/>
          </w:tcPr>
          <w:p w14:paraId="2052DA73" w14:textId="77777777" w:rsidR="000E4AB2" w:rsidRDefault="00000000">
            <w:r>
              <w:rPr>
                <w:sz w:val="16"/>
              </w:rPr>
              <w:t xml:space="preserve"> </w:t>
            </w:r>
          </w:p>
        </w:tc>
        <w:tc>
          <w:tcPr>
            <w:tcW w:w="2556" w:type="dxa"/>
            <w:vAlign w:val="center"/>
          </w:tcPr>
          <w:p w14:paraId="25933A81" w14:textId="77777777" w:rsidR="000E4AB2" w:rsidRDefault="00000000">
            <w:r>
              <w:rPr>
                <w:sz w:val="16"/>
              </w:rPr>
              <w:t xml:space="preserve"> </w:t>
            </w:r>
          </w:p>
        </w:tc>
        <w:tc>
          <w:tcPr>
            <w:tcW w:w="2556" w:type="dxa"/>
            <w:vAlign w:val="center"/>
          </w:tcPr>
          <w:p w14:paraId="1C3840B4" w14:textId="77777777" w:rsidR="000E4AB2" w:rsidRDefault="00000000">
            <w:r>
              <w:rPr>
                <w:sz w:val="16"/>
              </w:rPr>
              <w:t xml:space="preserve"> </w:t>
            </w:r>
          </w:p>
        </w:tc>
        <w:tc>
          <w:tcPr>
            <w:tcW w:w="2556" w:type="dxa"/>
            <w:vAlign w:val="center"/>
          </w:tcPr>
          <w:p w14:paraId="35170B10" w14:textId="77777777" w:rsidR="000E4AB2" w:rsidRDefault="00000000">
            <w:r>
              <w:rPr>
                <w:sz w:val="16"/>
              </w:rPr>
              <w:t xml:space="preserve"> </w:t>
            </w:r>
          </w:p>
        </w:tc>
      </w:tr>
      <w:tr w:rsidR="000E4AB2" w14:paraId="3485083F" w14:textId="77777777">
        <w:trPr>
          <w:jc w:val="center"/>
        </w:trPr>
        <w:tc>
          <w:tcPr>
            <w:tcW w:w="2556" w:type="dxa"/>
            <w:vAlign w:val="center"/>
          </w:tcPr>
          <w:p w14:paraId="1A2F1F1E" w14:textId="77777777" w:rsidR="000E4AB2" w:rsidRDefault="00000000">
            <w:r>
              <w:rPr>
                <w:sz w:val="16"/>
              </w:rPr>
              <w:t xml:space="preserve"> </w:t>
            </w:r>
          </w:p>
        </w:tc>
        <w:tc>
          <w:tcPr>
            <w:tcW w:w="2556" w:type="dxa"/>
            <w:vAlign w:val="center"/>
          </w:tcPr>
          <w:p w14:paraId="1CC98DA7" w14:textId="77777777" w:rsidR="000E4AB2" w:rsidRDefault="00000000">
            <w:r>
              <w:rPr>
                <w:sz w:val="16"/>
              </w:rPr>
              <w:t xml:space="preserve"> </w:t>
            </w:r>
          </w:p>
        </w:tc>
        <w:tc>
          <w:tcPr>
            <w:tcW w:w="2556" w:type="dxa"/>
            <w:vAlign w:val="center"/>
          </w:tcPr>
          <w:p w14:paraId="7B4C0BA4" w14:textId="77777777" w:rsidR="000E4AB2" w:rsidRDefault="00000000">
            <w:r>
              <w:rPr>
                <w:sz w:val="16"/>
              </w:rPr>
              <w:t xml:space="preserve"> </w:t>
            </w:r>
          </w:p>
        </w:tc>
        <w:tc>
          <w:tcPr>
            <w:tcW w:w="2556" w:type="dxa"/>
            <w:vAlign w:val="center"/>
          </w:tcPr>
          <w:p w14:paraId="2F6799D3" w14:textId="77777777" w:rsidR="000E4AB2" w:rsidRDefault="00000000">
            <w:r>
              <w:rPr>
                <w:sz w:val="16"/>
              </w:rPr>
              <w:t xml:space="preserve"> </w:t>
            </w:r>
          </w:p>
        </w:tc>
      </w:tr>
      <w:tr w:rsidR="000E4AB2" w14:paraId="7E66193D" w14:textId="77777777">
        <w:trPr>
          <w:jc w:val="center"/>
        </w:trPr>
        <w:tc>
          <w:tcPr>
            <w:tcW w:w="2556" w:type="dxa"/>
            <w:vAlign w:val="center"/>
          </w:tcPr>
          <w:p w14:paraId="6E9A357F" w14:textId="77777777" w:rsidR="000E4AB2" w:rsidRDefault="00000000">
            <w:r>
              <w:rPr>
                <w:sz w:val="16"/>
              </w:rPr>
              <w:t xml:space="preserve"> </w:t>
            </w:r>
          </w:p>
        </w:tc>
        <w:tc>
          <w:tcPr>
            <w:tcW w:w="2556" w:type="dxa"/>
            <w:vAlign w:val="center"/>
          </w:tcPr>
          <w:p w14:paraId="2D033675" w14:textId="77777777" w:rsidR="000E4AB2" w:rsidRDefault="00000000">
            <w:r>
              <w:rPr>
                <w:sz w:val="16"/>
              </w:rPr>
              <w:t xml:space="preserve"> </w:t>
            </w:r>
          </w:p>
        </w:tc>
        <w:tc>
          <w:tcPr>
            <w:tcW w:w="2556" w:type="dxa"/>
            <w:vAlign w:val="center"/>
          </w:tcPr>
          <w:p w14:paraId="6F4D00F1" w14:textId="77777777" w:rsidR="000E4AB2" w:rsidRDefault="00000000">
            <w:r>
              <w:rPr>
                <w:sz w:val="16"/>
              </w:rPr>
              <w:t xml:space="preserve"> </w:t>
            </w:r>
          </w:p>
        </w:tc>
        <w:tc>
          <w:tcPr>
            <w:tcW w:w="2556" w:type="dxa"/>
            <w:vAlign w:val="center"/>
          </w:tcPr>
          <w:p w14:paraId="782A009A" w14:textId="77777777" w:rsidR="000E4AB2" w:rsidRDefault="00000000">
            <w:r>
              <w:rPr>
                <w:sz w:val="16"/>
              </w:rPr>
              <w:t xml:space="preserve"> </w:t>
            </w:r>
          </w:p>
        </w:tc>
      </w:tr>
      <w:tr w:rsidR="000E4AB2" w14:paraId="75938865" w14:textId="77777777">
        <w:trPr>
          <w:jc w:val="center"/>
        </w:trPr>
        <w:tc>
          <w:tcPr>
            <w:tcW w:w="2556" w:type="dxa"/>
            <w:vAlign w:val="center"/>
          </w:tcPr>
          <w:p w14:paraId="2DE33EC2" w14:textId="77777777" w:rsidR="000E4AB2" w:rsidRDefault="00000000">
            <w:r>
              <w:rPr>
                <w:sz w:val="16"/>
              </w:rPr>
              <w:t xml:space="preserve"> </w:t>
            </w:r>
          </w:p>
        </w:tc>
        <w:tc>
          <w:tcPr>
            <w:tcW w:w="2556" w:type="dxa"/>
            <w:vAlign w:val="center"/>
          </w:tcPr>
          <w:p w14:paraId="01EB6D39" w14:textId="77777777" w:rsidR="000E4AB2" w:rsidRDefault="00000000">
            <w:r>
              <w:rPr>
                <w:sz w:val="16"/>
              </w:rPr>
              <w:t xml:space="preserve"> </w:t>
            </w:r>
          </w:p>
        </w:tc>
        <w:tc>
          <w:tcPr>
            <w:tcW w:w="2556" w:type="dxa"/>
            <w:vAlign w:val="center"/>
          </w:tcPr>
          <w:p w14:paraId="3FC9E7E4" w14:textId="77777777" w:rsidR="000E4AB2" w:rsidRDefault="00000000">
            <w:r>
              <w:rPr>
                <w:sz w:val="16"/>
              </w:rPr>
              <w:t xml:space="preserve"> </w:t>
            </w:r>
          </w:p>
        </w:tc>
        <w:tc>
          <w:tcPr>
            <w:tcW w:w="2556" w:type="dxa"/>
            <w:vAlign w:val="center"/>
          </w:tcPr>
          <w:p w14:paraId="3FD1FAE9" w14:textId="77777777" w:rsidR="000E4AB2" w:rsidRDefault="00000000">
            <w:r>
              <w:rPr>
                <w:sz w:val="16"/>
              </w:rPr>
              <w:t xml:space="preserve"> </w:t>
            </w:r>
          </w:p>
        </w:tc>
      </w:tr>
    </w:tbl>
    <w:p w14:paraId="37E47D08" w14:textId="77777777" w:rsidR="000E4AB2" w:rsidRDefault="00000000">
      <w:pPr>
        <w:pStyle w:val="Heading2"/>
      </w:pPr>
      <w:bookmarkStart w:id="80" w:name="_Toc240137351"/>
      <w:r>
        <w:t>Safe work steps</w:t>
      </w:r>
      <w:bookmarkEnd w:id="80"/>
    </w:p>
    <w:tbl>
      <w:tblPr>
        <w:tblStyle w:val="TableGrid"/>
        <w:tblW w:w="0" w:type="auto"/>
        <w:jc w:val="center"/>
        <w:tblLook w:val="04A0" w:firstRow="1" w:lastRow="0" w:firstColumn="1" w:lastColumn="0" w:noHBand="0" w:noVBand="1"/>
      </w:tblPr>
      <w:tblGrid>
        <w:gridCol w:w="2556"/>
        <w:gridCol w:w="2556"/>
        <w:gridCol w:w="2556"/>
        <w:gridCol w:w="2556"/>
      </w:tblGrid>
      <w:tr w:rsidR="000E4AB2" w14:paraId="39F20C0E" w14:textId="77777777">
        <w:trPr>
          <w:jc w:val="center"/>
        </w:trPr>
        <w:tc>
          <w:tcPr>
            <w:tcW w:w="2556" w:type="dxa"/>
            <w:shd w:val="clear" w:color="auto" w:fill="D9EAF7"/>
            <w:vAlign w:val="center"/>
          </w:tcPr>
          <w:p w14:paraId="539D7CF0" w14:textId="77777777" w:rsidR="000E4AB2" w:rsidRDefault="00000000">
            <w:r>
              <w:rPr>
                <w:b/>
                <w:sz w:val="16"/>
              </w:rPr>
              <w:t>Step</w:t>
            </w:r>
          </w:p>
        </w:tc>
        <w:tc>
          <w:tcPr>
            <w:tcW w:w="2556" w:type="dxa"/>
            <w:shd w:val="clear" w:color="auto" w:fill="D9EAF7"/>
            <w:vAlign w:val="center"/>
          </w:tcPr>
          <w:p w14:paraId="5BCEE5A4" w14:textId="77777777" w:rsidR="000E4AB2" w:rsidRDefault="00000000">
            <w:r>
              <w:rPr>
                <w:b/>
                <w:sz w:val="16"/>
              </w:rPr>
              <w:t>Safe method</w:t>
            </w:r>
          </w:p>
        </w:tc>
        <w:tc>
          <w:tcPr>
            <w:tcW w:w="2556" w:type="dxa"/>
            <w:shd w:val="clear" w:color="auto" w:fill="D9EAF7"/>
            <w:vAlign w:val="center"/>
          </w:tcPr>
          <w:p w14:paraId="2B4CB858" w14:textId="77777777" w:rsidR="000E4AB2" w:rsidRDefault="00000000">
            <w:r>
              <w:rPr>
                <w:b/>
                <w:sz w:val="16"/>
              </w:rPr>
              <w:t>Responsible role</w:t>
            </w:r>
          </w:p>
        </w:tc>
        <w:tc>
          <w:tcPr>
            <w:tcW w:w="2556" w:type="dxa"/>
            <w:shd w:val="clear" w:color="auto" w:fill="D9EAF7"/>
            <w:vAlign w:val="center"/>
          </w:tcPr>
          <w:p w14:paraId="3948D3CC" w14:textId="77777777" w:rsidR="000E4AB2" w:rsidRDefault="00000000">
            <w:r>
              <w:rPr>
                <w:b/>
                <w:sz w:val="16"/>
              </w:rPr>
              <w:t>Stop / escalate if</w:t>
            </w:r>
          </w:p>
        </w:tc>
      </w:tr>
      <w:tr w:rsidR="000E4AB2" w14:paraId="57CBE893" w14:textId="77777777">
        <w:trPr>
          <w:jc w:val="center"/>
        </w:trPr>
        <w:tc>
          <w:tcPr>
            <w:tcW w:w="2556" w:type="dxa"/>
            <w:vAlign w:val="center"/>
          </w:tcPr>
          <w:p w14:paraId="15C551DA" w14:textId="77777777" w:rsidR="000E4AB2" w:rsidRDefault="00000000">
            <w:r>
              <w:rPr>
                <w:sz w:val="16"/>
              </w:rPr>
              <w:t xml:space="preserve"> </w:t>
            </w:r>
          </w:p>
        </w:tc>
        <w:tc>
          <w:tcPr>
            <w:tcW w:w="2556" w:type="dxa"/>
            <w:vAlign w:val="center"/>
          </w:tcPr>
          <w:p w14:paraId="4DE1C6BA" w14:textId="77777777" w:rsidR="000E4AB2" w:rsidRDefault="00000000">
            <w:r>
              <w:rPr>
                <w:sz w:val="16"/>
              </w:rPr>
              <w:t xml:space="preserve"> </w:t>
            </w:r>
          </w:p>
        </w:tc>
        <w:tc>
          <w:tcPr>
            <w:tcW w:w="2556" w:type="dxa"/>
            <w:vAlign w:val="center"/>
          </w:tcPr>
          <w:p w14:paraId="69919FB1" w14:textId="77777777" w:rsidR="000E4AB2" w:rsidRDefault="00000000">
            <w:r>
              <w:rPr>
                <w:sz w:val="16"/>
              </w:rPr>
              <w:t xml:space="preserve"> </w:t>
            </w:r>
          </w:p>
        </w:tc>
        <w:tc>
          <w:tcPr>
            <w:tcW w:w="2556" w:type="dxa"/>
            <w:vAlign w:val="center"/>
          </w:tcPr>
          <w:p w14:paraId="12A82624" w14:textId="77777777" w:rsidR="000E4AB2" w:rsidRDefault="00000000">
            <w:r>
              <w:rPr>
                <w:sz w:val="16"/>
              </w:rPr>
              <w:t xml:space="preserve"> </w:t>
            </w:r>
          </w:p>
        </w:tc>
      </w:tr>
      <w:tr w:rsidR="000E4AB2" w14:paraId="47BDBCF0" w14:textId="77777777">
        <w:trPr>
          <w:jc w:val="center"/>
        </w:trPr>
        <w:tc>
          <w:tcPr>
            <w:tcW w:w="2556" w:type="dxa"/>
            <w:vAlign w:val="center"/>
          </w:tcPr>
          <w:p w14:paraId="44A643C4" w14:textId="77777777" w:rsidR="000E4AB2" w:rsidRDefault="00000000">
            <w:r>
              <w:rPr>
                <w:sz w:val="16"/>
              </w:rPr>
              <w:t xml:space="preserve"> </w:t>
            </w:r>
          </w:p>
        </w:tc>
        <w:tc>
          <w:tcPr>
            <w:tcW w:w="2556" w:type="dxa"/>
            <w:vAlign w:val="center"/>
          </w:tcPr>
          <w:p w14:paraId="3982936A" w14:textId="77777777" w:rsidR="000E4AB2" w:rsidRDefault="00000000">
            <w:r>
              <w:rPr>
                <w:sz w:val="16"/>
              </w:rPr>
              <w:t xml:space="preserve"> </w:t>
            </w:r>
          </w:p>
        </w:tc>
        <w:tc>
          <w:tcPr>
            <w:tcW w:w="2556" w:type="dxa"/>
            <w:vAlign w:val="center"/>
          </w:tcPr>
          <w:p w14:paraId="615E21D9" w14:textId="77777777" w:rsidR="000E4AB2" w:rsidRDefault="00000000">
            <w:r>
              <w:rPr>
                <w:sz w:val="16"/>
              </w:rPr>
              <w:t xml:space="preserve"> </w:t>
            </w:r>
          </w:p>
        </w:tc>
        <w:tc>
          <w:tcPr>
            <w:tcW w:w="2556" w:type="dxa"/>
            <w:vAlign w:val="center"/>
          </w:tcPr>
          <w:p w14:paraId="73456196" w14:textId="77777777" w:rsidR="000E4AB2" w:rsidRDefault="00000000">
            <w:r>
              <w:rPr>
                <w:sz w:val="16"/>
              </w:rPr>
              <w:t xml:space="preserve"> </w:t>
            </w:r>
          </w:p>
        </w:tc>
      </w:tr>
      <w:tr w:rsidR="000E4AB2" w14:paraId="7A78DF9C" w14:textId="77777777">
        <w:trPr>
          <w:jc w:val="center"/>
        </w:trPr>
        <w:tc>
          <w:tcPr>
            <w:tcW w:w="2556" w:type="dxa"/>
            <w:vAlign w:val="center"/>
          </w:tcPr>
          <w:p w14:paraId="5506305B" w14:textId="77777777" w:rsidR="000E4AB2" w:rsidRDefault="00000000">
            <w:r>
              <w:rPr>
                <w:sz w:val="16"/>
              </w:rPr>
              <w:t xml:space="preserve"> </w:t>
            </w:r>
          </w:p>
        </w:tc>
        <w:tc>
          <w:tcPr>
            <w:tcW w:w="2556" w:type="dxa"/>
            <w:vAlign w:val="center"/>
          </w:tcPr>
          <w:p w14:paraId="697A05D9" w14:textId="77777777" w:rsidR="000E4AB2" w:rsidRDefault="00000000">
            <w:r>
              <w:rPr>
                <w:sz w:val="16"/>
              </w:rPr>
              <w:t xml:space="preserve"> </w:t>
            </w:r>
          </w:p>
        </w:tc>
        <w:tc>
          <w:tcPr>
            <w:tcW w:w="2556" w:type="dxa"/>
            <w:vAlign w:val="center"/>
          </w:tcPr>
          <w:p w14:paraId="093F3A2A" w14:textId="77777777" w:rsidR="000E4AB2" w:rsidRDefault="00000000">
            <w:r>
              <w:rPr>
                <w:sz w:val="16"/>
              </w:rPr>
              <w:t xml:space="preserve"> </w:t>
            </w:r>
          </w:p>
        </w:tc>
        <w:tc>
          <w:tcPr>
            <w:tcW w:w="2556" w:type="dxa"/>
            <w:vAlign w:val="center"/>
          </w:tcPr>
          <w:p w14:paraId="59A7190D" w14:textId="77777777" w:rsidR="000E4AB2" w:rsidRDefault="00000000">
            <w:r>
              <w:rPr>
                <w:sz w:val="16"/>
              </w:rPr>
              <w:t xml:space="preserve"> </w:t>
            </w:r>
          </w:p>
        </w:tc>
      </w:tr>
      <w:tr w:rsidR="000E4AB2" w14:paraId="0A67BBD4" w14:textId="77777777">
        <w:trPr>
          <w:jc w:val="center"/>
        </w:trPr>
        <w:tc>
          <w:tcPr>
            <w:tcW w:w="2556" w:type="dxa"/>
            <w:vAlign w:val="center"/>
          </w:tcPr>
          <w:p w14:paraId="0A27665A" w14:textId="77777777" w:rsidR="000E4AB2" w:rsidRDefault="00000000">
            <w:r>
              <w:rPr>
                <w:sz w:val="16"/>
              </w:rPr>
              <w:t xml:space="preserve"> </w:t>
            </w:r>
          </w:p>
        </w:tc>
        <w:tc>
          <w:tcPr>
            <w:tcW w:w="2556" w:type="dxa"/>
            <w:vAlign w:val="center"/>
          </w:tcPr>
          <w:p w14:paraId="248E35C8" w14:textId="77777777" w:rsidR="000E4AB2" w:rsidRDefault="00000000">
            <w:r>
              <w:rPr>
                <w:sz w:val="16"/>
              </w:rPr>
              <w:t xml:space="preserve"> </w:t>
            </w:r>
          </w:p>
        </w:tc>
        <w:tc>
          <w:tcPr>
            <w:tcW w:w="2556" w:type="dxa"/>
            <w:vAlign w:val="center"/>
          </w:tcPr>
          <w:p w14:paraId="7EB1FE23" w14:textId="77777777" w:rsidR="000E4AB2" w:rsidRDefault="00000000">
            <w:r>
              <w:rPr>
                <w:sz w:val="16"/>
              </w:rPr>
              <w:t xml:space="preserve"> </w:t>
            </w:r>
          </w:p>
        </w:tc>
        <w:tc>
          <w:tcPr>
            <w:tcW w:w="2556" w:type="dxa"/>
            <w:vAlign w:val="center"/>
          </w:tcPr>
          <w:p w14:paraId="0D6F85AB" w14:textId="77777777" w:rsidR="000E4AB2" w:rsidRDefault="00000000">
            <w:r>
              <w:rPr>
                <w:sz w:val="16"/>
              </w:rPr>
              <w:t xml:space="preserve"> </w:t>
            </w:r>
          </w:p>
        </w:tc>
      </w:tr>
      <w:tr w:rsidR="000E4AB2" w14:paraId="0102B7A6" w14:textId="77777777">
        <w:trPr>
          <w:jc w:val="center"/>
        </w:trPr>
        <w:tc>
          <w:tcPr>
            <w:tcW w:w="2556" w:type="dxa"/>
            <w:vAlign w:val="center"/>
          </w:tcPr>
          <w:p w14:paraId="489D6B2A" w14:textId="77777777" w:rsidR="000E4AB2" w:rsidRDefault="00000000">
            <w:r>
              <w:rPr>
                <w:sz w:val="16"/>
              </w:rPr>
              <w:t xml:space="preserve"> </w:t>
            </w:r>
          </w:p>
        </w:tc>
        <w:tc>
          <w:tcPr>
            <w:tcW w:w="2556" w:type="dxa"/>
            <w:vAlign w:val="center"/>
          </w:tcPr>
          <w:p w14:paraId="5A24F81B" w14:textId="77777777" w:rsidR="000E4AB2" w:rsidRDefault="00000000">
            <w:r>
              <w:rPr>
                <w:sz w:val="16"/>
              </w:rPr>
              <w:t xml:space="preserve"> </w:t>
            </w:r>
          </w:p>
        </w:tc>
        <w:tc>
          <w:tcPr>
            <w:tcW w:w="2556" w:type="dxa"/>
            <w:vAlign w:val="center"/>
          </w:tcPr>
          <w:p w14:paraId="574F1972" w14:textId="77777777" w:rsidR="000E4AB2" w:rsidRDefault="00000000">
            <w:r>
              <w:rPr>
                <w:sz w:val="16"/>
              </w:rPr>
              <w:t xml:space="preserve"> </w:t>
            </w:r>
          </w:p>
        </w:tc>
        <w:tc>
          <w:tcPr>
            <w:tcW w:w="2556" w:type="dxa"/>
            <w:vAlign w:val="center"/>
          </w:tcPr>
          <w:p w14:paraId="10900B00" w14:textId="77777777" w:rsidR="000E4AB2" w:rsidRDefault="00000000">
            <w:r>
              <w:rPr>
                <w:sz w:val="16"/>
              </w:rPr>
              <w:t xml:space="preserve"> </w:t>
            </w:r>
          </w:p>
        </w:tc>
      </w:tr>
      <w:tr w:rsidR="000E4AB2" w14:paraId="7C7E19C3" w14:textId="77777777">
        <w:trPr>
          <w:jc w:val="center"/>
        </w:trPr>
        <w:tc>
          <w:tcPr>
            <w:tcW w:w="2556" w:type="dxa"/>
            <w:vAlign w:val="center"/>
          </w:tcPr>
          <w:p w14:paraId="604C1B11" w14:textId="77777777" w:rsidR="000E4AB2" w:rsidRDefault="00000000">
            <w:r>
              <w:rPr>
                <w:sz w:val="16"/>
              </w:rPr>
              <w:t xml:space="preserve"> </w:t>
            </w:r>
          </w:p>
        </w:tc>
        <w:tc>
          <w:tcPr>
            <w:tcW w:w="2556" w:type="dxa"/>
            <w:vAlign w:val="center"/>
          </w:tcPr>
          <w:p w14:paraId="62B74B1E" w14:textId="77777777" w:rsidR="000E4AB2" w:rsidRDefault="00000000">
            <w:r>
              <w:rPr>
                <w:sz w:val="16"/>
              </w:rPr>
              <w:t xml:space="preserve"> </w:t>
            </w:r>
          </w:p>
        </w:tc>
        <w:tc>
          <w:tcPr>
            <w:tcW w:w="2556" w:type="dxa"/>
            <w:vAlign w:val="center"/>
          </w:tcPr>
          <w:p w14:paraId="2CC9B170" w14:textId="77777777" w:rsidR="000E4AB2" w:rsidRDefault="00000000">
            <w:r>
              <w:rPr>
                <w:sz w:val="16"/>
              </w:rPr>
              <w:t xml:space="preserve"> </w:t>
            </w:r>
          </w:p>
        </w:tc>
        <w:tc>
          <w:tcPr>
            <w:tcW w:w="2556" w:type="dxa"/>
            <w:vAlign w:val="center"/>
          </w:tcPr>
          <w:p w14:paraId="50A8F2F9" w14:textId="77777777" w:rsidR="000E4AB2" w:rsidRDefault="00000000">
            <w:r>
              <w:rPr>
                <w:sz w:val="16"/>
              </w:rPr>
              <w:t xml:space="preserve"> </w:t>
            </w:r>
          </w:p>
        </w:tc>
      </w:tr>
      <w:tr w:rsidR="000E4AB2" w14:paraId="7519F3CF" w14:textId="77777777">
        <w:trPr>
          <w:jc w:val="center"/>
        </w:trPr>
        <w:tc>
          <w:tcPr>
            <w:tcW w:w="2556" w:type="dxa"/>
            <w:vAlign w:val="center"/>
          </w:tcPr>
          <w:p w14:paraId="0CAF4FD8" w14:textId="77777777" w:rsidR="000E4AB2" w:rsidRDefault="00000000">
            <w:r>
              <w:rPr>
                <w:sz w:val="16"/>
              </w:rPr>
              <w:t xml:space="preserve"> </w:t>
            </w:r>
          </w:p>
        </w:tc>
        <w:tc>
          <w:tcPr>
            <w:tcW w:w="2556" w:type="dxa"/>
            <w:vAlign w:val="center"/>
          </w:tcPr>
          <w:p w14:paraId="3C96CAA4" w14:textId="77777777" w:rsidR="000E4AB2" w:rsidRDefault="00000000">
            <w:r>
              <w:rPr>
                <w:sz w:val="16"/>
              </w:rPr>
              <w:t xml:space="preserve"> </w:t>
            </w:r>
          </w:p>
        </w:tc>
        <w:tc>
          <w:tcPr>
            <w:tcW w:w="2556" w:type="dxa"/>
            <w:vAlign w:val="center"/>
          </w:tcPr>
          <w:p w14:paraId="7FE8BFC1" w14:textId="77777777" w:rsidR="000E4AB2" w:rsidRDefault="00000000">
            <w:r>
              <w:rPr>
                <w:sz w:val="16"/>
              </w:rPr>
              <w:t xml:space="preserve"> </w:t>
            </w:r>
          </w:p>
        </w:tc>
        <w:tc>
          <w:tcPr>
            <w:tcW w:w="2556" w:type="dxa"/>
            <w:vAlign w:val="center"/>
          </w:tcPr>
          <w:p w14:paraId="1F114893" w14:textId="77777777" w:rsidR="000E4AB2" w:rsidRDefault="00000000">
            <w:r>
              <w:rPr>
                <w:sz w:val="16"/>
              </w:rPr>
              <w:t xml:space="preserve"> </w:t>
            </w:r>
          </w:p>
        </w:tc>
      </w:tr>
    </w:tbl>
    <w:p w14:paraId="7FAB462E" w14:textId="77777777" w:rsidR="000E4AB2" w:rsidRDefault="00000000">
      <w:pPr>
        <w:pStyle w:val="Heading2"/>
      </w:pPr>
      <w:bookmarkStart w:id="81" w:name="_Toc240137352"/>
      <w:r>
        <w:t>Emergency / incident response</w:t>
      </w:r>
      <w:bookmarkEnd w:id="81"/>
    </w:p>
    <w:p w14:paraId="68B047D2" w14:textId="77777777" w:rsidR="000E4AB2" w:rsidRDefault="00000000">
      <w:r>
        <w:br/>
      </w:r>
    </w:p>
    <w:p w14:paraId="4DC03FE5" w14:textId="77777777" w:rsidR="000E4AB2" w:rsidRDefault="00000000">
      <w:pPr>
        <w:pStyle w:val="Heading2"/>
      </w:pPr>
      <w:bookmarkStart w:id="82" w:name="_Toc240137353"/>
      <w:r>
        <w:t>Training / competency</w:t>
      </w:r>
      <w:bookmarkEnd w:id="82"/>
    </w:p>
    <w:p w14:paraId="636010A7" w14:textId="77777777" w:rsidR="000E4AB2" w:rsidRDefault="00000000">
      <w:r>
        <w:br/>
      </w:r>
    </w:p>
    <w:p w14:paraId="776BB60C" w14:textId="77777777" w:rsidR="000E4AB2" w:rsidRDefault="00000000">
      <w:pPr>
        <w:pStyle w:val="TemplateInstruction"/>
      </w:pPr>
      <w:r>
        <w:lastRenderedPageBreak/>
        <w:t>A SWP is not a Safe Work Method Statement. SWMS terminology should only be used where the legal requirements for a SWMS apply to the actual work.</w:t>
      </w:r>
    </w:p>
    <w:p w14:paraId="7A33F353" w14:textId="77777777" w:rsidR="000E4AB2" w:rsidRDefault="00000000">
      <w:r>
        <w:br w:type="page"/>
      </w:r>
    </w:p>
    <w:p w14:paraId="360AB8DB" w14:textId="77777777" w:rsidR="000E4AB2" w:rsidRDefault="00000000">
      <w:pPr>
        <w:pStyle w:val="Heading1"/>
      </w:pPr>
      <w:bookmarkStart w:id="83" w:name="_Toc240137354"/>
      <w:r>
        <w:lastRenderedPageBreak/>
        <w:t>Template 23: Safe Operating Procedure (SOP) Template</w:t>
      </w:r>
      <w:bookmarkEnd w:id="83"/>
    </w:p>
    <w:p w14:paraId="54626D38" w14:textId="77777777" w:rsidR="000E4AB2" w:rsidRDefault="00000000">
      <w:r>
        <w:rPr>
          <w:b/>
        </w:rPr>
        <w:t xml:space="preserve">Purpose: </w:t>
      </w:r>
      <w:r>
        <w:t>Standardise operation of equipment, a system or a repeatable operational process.</w:t>
      </w:r>
    </w:p>
    <w:p w14:paraId="5F04D801" w14:textId="77777777" w:rsidR="000E4AB2" w:rsidRDefault="00000000">
      <w:r>
        <w:rPr>
          <w:b/>
        </w:rPr>
        <w:t xml:space="preserve">Assessment use: </w:t>
      </w:r>
      <w:r>
        <w:t>Document-development resource.</w:t>
      </w:r>
    </w:p>
    <w:p w14:paraId="57DF9653"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3796C093" w14:textId="77777777" w:rsidR="000E4AB2" w:rsidRDefault="00000000">
      <w:r>
        <w:rPr>
          <w:b/>
        </w:rPr>
        <w:t xml:space="preserve">SOP title: </w:t>
      </w:r>
      <w:r>
        <w:t>________________________________________________________________________________</w:t>
      </w:r>
    </w:p>
    <w:p w14:paraId="2D6699C0" w14:textId="77777777" w:rsidR="000E4AB2" w:rsidRDefault="00000000">
      <w:r>
        <w:rPr>
          <w:b/>
        </w:rPr>
        <w:t xml:space="preserve">Equipment / process: </w:t>
      </w:r>
      <w:r>
        <w:t>________________________________________________________________________________</w:t>
      </w:r>
    </w:p>
    <w:p w14:paraId="54252621" w14:textId="77777777" w:rsidR="000E4AB2" w:rsidRDefault="00000000">
      <w:r>
        <w:rPr>
          <w:b/>
        </w:rPr>
        <w:t xml:space="preserve">Owner: </w:t>
      </w:r>
      <w:r>
        <w:t>________________________________________________________________________________</w:t>
      </w:r>
    </w:p>
    <w:p w14:paraId="30348F7D" w14:textId="77777777" w:rsidR="000E4AB2" w:rsidRDefault="00000000">
      <w:r>
        <w:rPr>
          <w:b/>
        </w:rPr>
        <w:t xml:space="preserve">Version: </w:t>
      </w:r>
      <w:r>
        <w:t>________________________________________________________________________________</w:t>
      </w:r>
    </w:p>
    <w:p w14:paraId="6B717D88" w14:textId="77777777" w:rsidR="000E4AB2" w:rsidRDefault="00000000">
      <w:r>
        <w:rPr>
          <w:b/>
        </w:rPr>
        <w:t xml:space="preserve">Review date / trigger: </w:t>
      </w:r>
      <w:r>
        <w:t>________________________________________________________________________________</w:t>
      </w:r>
    </w:p>
    <w:tbl>
      <w:tblPr>
        <w:tblStyle w:val="TableGrid"/>
        <w:tblW w:w="0" w:type="auto"/>
        <w:jc w:val="center"/>
        <w:tblLook w:val="04A0" w:firstRow="1" w:lastRow="0" w:firstColumn="1" w:lastColumn="0" w:noHBand="0" w:noVBand="1"/>
      </w:tblPr>
      <w:tblGrid>
        <w:gridCol w:w="5112"/>
        <w:gridCol w:w="5112"/>
      </w:tblGrid>
      <w:tr w:rsidR="000E4AB2" w14:paraId="16F8F7CE" w14:textId="77777777">
        <w:trPr>
          <w:jc w:val="center"/>
        </w:trPr>
        <w:tc>
          <w:tcPr>
            <w:tcW w:w="5112" w:type="dxa"/>
            <w:shd w:val="clear" w:color="auto" w:fill="D9EAF7"/>
            <w:vAlign w:val="center"/>
          </w:tcPr>
          <w:p w14:paraId="7BE9C36A" w14:textId="77777777" w:rsidR="000E4AB2" w:rsidRDefault="00000000">
            <w:r>
              <w:rPr>
                <w:b/>
                <w:sz w:val="16"/>
              </w:rPr>
              <w:t>Section</w:t>
            </w:r>
          </w:p>
        </w:tc>
        <w:tc>
          <w:tcPr>
            <w:tcW w:w="5112" w:type="dxa"/>
            <w:shd w:val="clear" w:color="auto" w:fill="D9EAF7"/>
            <w:vAlign w:val="center"/>
          </w:tcPr>
          <w:p w14:paraId="51FAA0D5" w14:textId="77777777" w:rsidR="000E4AB2" w:rsidRDefault="00000000">
            <w:r>
              <w:rPr>
                <w:b/>
                <w:sz w:val="16"/>
              </w:rPr>
              <w:t>Details</w:t>
            </w:r>
          </w:p>
        </w:tc>
      </w:tr>
      <w:tr w:rsidR="000E4AB2" w14:paraId="7B3327FA" w14:textId="77777777">
        <w:trPr>
          <w:jc w:val="center"/>
        </w:trPr>
        <w:tc>
          <w:tcPr>
            <w:tcW w:w="5112" w:type="dxa"/>
            <w:vAlign w:val="center"/>
          </w:tcPr>
          <w:p w14:paraId="684746F1" w14:textId="77777777" w:rsidR="000E4AB2" w:rsidRDefault="00000000">
            <w:r>
              <w:rPr>
                <w:b/>
                <w:sz w:val="17"/>
              </w:rPr>
              <w:t>Purpose and scope</w:t>
            </w:r>
          </w:p>
        </w:tc>
        <w:tc>
          <w:tcPr>
            <w:tcW w:w="5112" w:type="dxa"/>
            <w:vAlign w:val="center"/>
          </w:tcPr>
          <w:p w14:paraId="117972BB" w14:textId="77777777" w:rsidR="000E4AB2" w:rsidRDefault="00000000">
            <w:r>
              <w:rPr>
                <w:sz w:val="17"/>
              </w:rPr>
              <w:t xml:space="preserve"> </w:t>
            </w:r>
          </w:p>
        </w:tc>
      </w:tr>
      <w:tr w:rsidR="000E4AB2" w14:paraId="1693F0F8" w14:textId="77777777">
        <w:trPr>
          <w:jc w:val="center"/>
        </w:trPr>
        <w:tc>
          <w:tcPr>
            <w:tcW w:w="5112" w:type="dxa"/>
            <w:vAlign w:val="center"/>
          </w:tcPr>
          <w:p w14:paraId="74919CED" w14:textId="77777777" w:rsidR="000E4AB2" w:rsidRDefault="00000000">
            <w:r>
              <w:rPr>
                <w:b/>
                <w:sz w:val="17"/>
              </w:rPr>
              <w:t>Authorised / competent users</w:t>
            </w:r>
          </w:p>
        </w:tc>
        <w:tc>
          <w:tcPr>
            <w:tcW w:w="5112" w:type="dxa"/>
            <w:vAlign w:val="center"/>
          </w:tcPr>
          <w:p w14:paraId="113E1AB9" w14:textId="77777777" w:rsidR="000E4AB2" w:rsidRDefault="00000000">
            <w:r>
              <w:rPr>
                <w:sz w:val="17"/>
              </w:rPr>
              <w:t xml:space="preserve"> </w:t>
            </w:r>
          </w:p>
        </w:tc>
      </w:tr>
      <w:tr w:rsidR="000E4AB2" w14:paraId="3002BE7F" w14:textId="77777777">
        <w:trPr>
          <w:jc w:val="center"/>
        </w:trPr>
        <w:tc>
          <w:tcPr>
            <w:tcW w:w="5112" w:type="dxa"/>
            <w:vAlign w:val="center"/>
          </w:tcPr>
          <w:p w14:paraId="449011B1" w14:textId="77777777" w:rsidR="000E4AB2" w:rsidRDefault="00000000">
            <w:r>
              <w:rPr>
                <w:b/>
                <w:sz w:val="17"/>
              </w:rPr>
              <w:t>Pre-use checks</w:t>
            </w:r>
          </w:p>
        </w:tc>
        <w:tc>
          <w:tcPr>
            <w:tcW w:w="5112" w:type="dxa"/>
            <w:vAlign w:val="center"/>
          </w:tcPr>
          <w:p w14:paraId="66038499" w14:textId="77777777" w:rsidR="000E4AB2" w:rsidRDefault="00000000">
            <w:r>
              <w:rPr>
                <w:sz w:val="17"/>
              </w:rPr>
              <w:t xml:space="preserve"> </w:t>
            </w:r>
          </w:p>
        </w:tc>
      </w:tr>
      <w:tr w:rsidR="000E4AB2" w14:paraId="79E41D2B" w14:textId="77777777">
        <w:trPr>
          <w:jc w:val="center"/>
        </w:trPr>
        <w:tc>
          <w:tcPr>
            <w:tcW w:w="5112" w:type="dxa"/>
            <w:vAlign w:val="center"/>
          </w:tcPr>
          <w:p w14:paraId="7452CA9A" w14:textId="77777777" w:rsidR="000E4AB2" w:rsidRDefault="00000000">
            <w:r>
              <w:rPr>
                <w:b/>
                <w:sz w:val="17"/>
              </w:rPr>
              <w:t>Operating steps</w:t>
            </w:r>
          </w:p>
        </w:tc>
        <w:tc>
          <w:tcPr>
            <w:tcW w:w="5112" w:type="dxa"/>
            <w:vAlign w:val="center"/>
          </w:tcPr>
          <w:p w14:paraId="27336631" w14:textId="77777777" w:rsidR="000E4AB2" w:rsidRDefault="00000000">
            <w:r>
              <w:rPr>
                <w:sz w:val="17"/>
              </w:rPr>
              <w:t xml:space="preserve"> </w:t>
            </w:r>
          </w:p>
        </w:tc>
      </w:tr>
      <w:tr w:rsidR="000E4AB2" w14:paraId="406C3C46" w14:textId="77777777">
        <w:trPr>
          <w:jc w:val="center"/>
        </w:trPr>
        <w:tc>
          <w:tcPr>
            <w:tcW w:w="5112" w:type="dxa"/>
            <w:vAlign w:val="center"/>
          </w:tcPr>
          <w:p w14:paraId="3F4003BE" w14:textId="77777777" w:rsidR="000E4AB2" w:rsidRDefault="00000000">
            <w:r>
              <w:rPr>
                <w:b/>
                <w:sz w:val="17"/>
              </w:rPr>
              <w:t>Risk controls</w:t>
            </w:r>
          </w:p>
        </w:tc>
        <w:tc>
          <w:tcPr>
            <w:tcW w:w="5112" w:type="dxa"/>
            <w:vAlign w:val="center"/>
          </w:tcPr>
          <w:p w14:paraId="15DC5316" w14:textId="77777777" w:rsidR="000E4AB2" w:rsidRDefault="00000000">
            <w:r>
              <w:rPr>
                <w:sz w:val="17"/>
              </w:rPr>
              <w:t xml:space="preserve"> </w:t>
            </w:r>
          </w:p>
        </w:tc>
      </w:tr>
      <w:tr w:rsidR="000E4AB2" w14:paraId="2AFEE6F3" w14:textId="77777777">
        <w:trPr>
          <w:jc w:val="center"/>
        </w:trPr>
        <w:tc>
          <w:tcPr>
            <w:tcW w:w="5112" w:type="dxa"/>
            <w:vAlign w:val="center"/>
          </w:tcPr>
          <w:p w14:paraId="135115A3" w14:textId="77777777" w:rsidR="000E4AB2" w:rsidRDefault="00000000">
            <w:r>
              <w:rPr>
                <w:b/>
                <w:sz w:val="17"/>
              </w:rPr>
              <w:t>Cleaning / infection considerations</w:t>
            </w:r>
          </w:p>
        </w:tc>
        <w:tc>
          <w:tcPr>
            <w:tcW w:w="5112" w:type="dxa"/>
            <w:vAlign w:val="center"/>
          </w:tcPr>
          <w:p w14:paraId="28B7B747" w14:textId="77777777" w:rsidR="000E4AB2" w:rsidRDefault="00000000">
            <w:r>
              <w:rPr>
                <w:sz w:val="17"/>
              </w:rPr>
              <w:t xml:space="preserve"> </w:t>
            </w:r>
          </w:p>
        </w:tc>
      </w:tr>
      <w:tr w:rsidR="000E4AB2" w14:paraId="5A92B6E9" w14:textId="77777777">
        <w:trPr>
          <w:jc w:val="center"/>
        </w:trPr>
        <w:tc>
          <w:tcPr>
            <w:tcW w:w="5112" w:type="dxa"/>
            <w:vAlign w:val="center"/>
          </w:tcPr>
          <w:p w14:paraId="0FEECF0C" w14:textId="77777777" w:rsidR="000E4AB2" w:rsidRDefault="00000000">
            <w:r>
              <w:rPr>
                <w:b/>
                <w:sz w:val="17"/>
              </w:rPr>
              <w:t>Animal welfare considerations</w:t>
            </w:r>
          </w:p>
        </w:tc>
        <w:tc>
          <w:tcPr>
            <w:tcW w:w="5112" w:type="dxa"/>
            <w:vAlign w:val="center"/>
          </w:tcPr>
          <w:p w14:paraId="5789BFDF" w14:textId="77777777" w:rsidR="000E4AB2" w:rsidRDefault="00000000">
            <w:r>
              <w:rPr>
                <w:sz w:val="17"/>
              </w:rPr>
              <w:t xml:space="preserve"> </w:t>
            </w:r>
          </w:p>
        </w:tc>
      </w:tr>
      <w:tr w:rsidR="000E4AB2" w14:paraId="55C5CB9D" w14:textId="77777777">
        <w:trPr>
          <w:jc w:val="center"/>
        </w:trPr>
        <w:tc>
          <w:tcPr>
            <w:tcW w:w="5112" w:type="dxa"/>
            <w:vAlign w:val="center"/>
          </w:tcPr>
          <w:p w14:paraId="497FEDDF" w14:textId="77777777" w:rsidR="000E4AB2" w:rsidRDefault="00000000">
            <w:r>
              <w:rPr>
                <w:b/>
                <w:sz w:val="17"/>
              </w:rPr>
              <w:t>Fault / failure response</w:t>
            </w:r>
          </w:p>
        </w:tc>
        <w:tc>
          <w:tcPr>
            <w:tcW w:w="5112" w:type="dxa"/>
            <w:vAlign w:val="center"/>
          </w:tcPr>
          <w:p w14:paraId="4BD56D10" w14:textId="77777777" w:rsidR="000E4AB2" w:rsidRDefault="00000000">
            <w:r>
              <w:rPr>
                <w:sz w:val="17"/>
              </w:rPr>
              <w:t xml:space="preserve"> </w:t>
            </w:r>
          </w:p>
        </w:tc>
      </w:tr>
      <w:tr w:rsidR="000E4AB2" w14:paraId="3C136B95" w14:textId="77777777">
        <w:trPr>
          <w:jc w:val="center"/>
        </w:trPr>
        <w:tc>
          <w:tcPr>
            <w:tcW w:w="5112" w:type="dxa"/>
            <w:vAlign w:val="center"/>
          </w:tcPr>
          <w:p w14:paraId="202126D8" w14:textId="77777777" w:rsidR="000E4AB2" w:rsidRDefault="00000000">
            <w:r>
              <w:rPr>
                <w:b/>
                <w:sz w:val="17"/>
              </w:rPr>
              <w:t>Emergency response</w:t>
            </w:r>
          </w:p>
        </w:tc>
        <w:tc>
          <w:tcPr>
            <w:tcW w:w="5112" w:type="dxa"/>
            <w:vAlign w:val="center"/>
          </w:tcPr>
          <w:p w14:paraId="32DBFA05" w14:textId="77777777" w:rsidR="000E4AB2" w:rsidRDefault="00000000">
            <w:r>
              <w:rPr>
                <w:sz w:val="17"/>
              </w:rPr>
              <w:t xml:space="preserve"> </w:t>
            </w:r>
          </w:p>
        </w:tc>
      </w:tr>
      <w:tr w:rsidR="000E4AB2" w14:paraId="46D545AE" w14:textId="77777777">
        <w:trPr>
          <w:jc w:val="center"/>
        </w:trPr>
        <w:tc>
          <w:tcPr>
            <w:tcW w:w="5112" w:type="dxa"/>
            <w:vAlign w:val="center"/>
          </w:tcPr>
          <w:p w14:paraId="5012FDD5" w14:textId="77777777" w:rsidR="000E4AB2" w:rsidRDefault="00000000">
            <w:r>
              <w:rPr>
                <w:b/>
                <w:sz w:val="17"/>
              </w:rPr>
              <w:t>Maintenance / records</w:t>
            </w:r>
          </w:p>
        </w:tc>
        <w:tc>
          <w:tcPr>
            <w:tcW w:w="5112" w:type="dxa"/>
            <w:vAlign w:val="center"/>
          </w:tcPr>
          <w:p w14:paraId="03A0B1E5" w14:textId="77777777" w:rsidR="000E4AB2" w:rsidRDefault="00000000">
            <w:r>
              <w:rPr>
                <w:sz w:val="17"/>
              </w:rPr>
              <w:t xml:space="preserve"> </w:t>
            </w:r>
          </w:p>
        </w:tc>
      </w:tr>
    </w:tbl>
    <w:p w14:paraId="7EDEF37B" w14:textId="77777777" w:rsidR="000E4AB2" w:rsidRDefault="00000000">
      <w:r>
        <w:br w:type="page"/>
      </w:r>
    </w:p>
    <w:p w14:paraId="4A2FBCA1" w14:textId="77777777" w:rsidR="000E4AB2" w:rsidRDefault="00000000">
      <w:pPr>
        <w:pStyle w:val="Heading1"/>
      </w:pPr>
      <w:bookmarkStart w:id="84" w:name="_Toc240137355"/>
      <w:r>
        <w:lastRenderedPageBreak/>
        <w:t>Template 24: Work Instruction Template</w:t>
      </w:r>
      <w:bookmarkEnd w:id="84"/>
    </w:p>
    <w:p w14:paraId="24644B93" w14:textId="77777777" w:rsidR="000E4AB2" w:rsidRDefault="00000000">
      <w:r>
        <w:rPr>
          <w:b/>
        </w:rPr>
        <w:t xml:space="preserve">Purpose: </w:t>
      </w:r>
      <w:r>
        <w:t>Provide concise step-by-step instructions for a defined task where a full procedure is unnecessary.</w:t>
      </w:r>
    </w:p>
    <w:p w14:paraId="36B40D23" w14:textId="77777777" w:rsidR="000E4AB2" w:rsidRDefault="00000000">
      <w:r>
        <w:rPr>
          <w:b/>
        </w:rPr>
        <w:t xml:space="preserve">Assessment use: </w:t>
      </w:r>
      <w:r>
        <w:t>Document-development resource.</w:t>
      </w:r>
    </w:p>
    <w:p w14:paraId="3468BD2D"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312E2970" w14:textId="77777777" w:rsidR="000E4AB2" w:rsidRDefault="00000000">
      <w:r>
        <w:rPr>
          <w:b/>
        </w:rPr>
        <w:t xml:space="preserve">Task: </w:t>
      </w:r>
      <w:r>
        <w:t>________________________________________________________________________________</w:t>
      </w:r>
    </w:p>
    <w:p w14:paraId="52F8691B" w14:textId="77777777" w:rsidR="000E4AB2" w:rsidRDefault="00000000">
      <w:r>
        <w:rPr>
          <w:b/>
        </w:rPr>
        <w:t xml:space="preserve">Applies to: </w:t>
      </w:r>
      <w:r>
        <w:t>________________________________________________________________________________</w:t>
      </w:r>
    </w:p>
    <w:p w14:paraId="1EE50C39" w14:textId="77777777" w:rsidR="000E4AB2" w:rsidRDefault="00000000">
      <w:r>
        <w:rPr>
          <w:b/>
        </w:rPr>
        <w:t xml:space="preserve">Related policy/procedure/SWP: </w:t>
      </w:r>
      <w:r>
        <w:t>________________________________________________________________________________</w:t>
      </w:r>
    </w:p>
    <w:p w14:paraId="5412B143" w14:textId="77777777" w:rsidR="000E4AB2" w:rsidRDefault="00000000">
      <w:r>
        <w:rPr>
          <w:b/>
        </w:rPr>
        <w:t xml:space="preserve">Version: </w:t>
      </w:r>
      <w:r>
        <w:t>________________________________________________________________________________</w:t>
      </w:r>
    </w:p>
    <w:tbl>
      <w:tblPr>
        <w:tblStyle w:val="TableGrid"/>
        <w:tblW w:w="0" w:type="auto"/>
        <w:jc w:val="center"/>
        <w:tblLook w:val="04A0" w:firstRow="1" w:lastRow="0" w:firstColumn="1" w:lastColumn="0" w:noHBand="0" w:noVBand="1"/>
      </w:tblPr>
      <w:tblGrid>
        <w:gridCol w:w="3408"/>
        <w:gridCol w:w="3408"/>
        <w:gridCol w:w="3408"/>
      </w:tblGrid>
      <w:tr w:rsidR="000E4AB2" w14:paraId="7E731596" w14:textId="77777777">
        <w:trPr>
          <w:jc w:val="center"/>
        </w:trPr>
        <w:tc>
          <w:tcPr>
            <w:tcW w:w="3408" w:type="dxa"/>
            <w:shd w:val="clear" w:color="auto" w:fill="D9EAF7"/>
            <w:vAlign w:val="center"/>
          </w:tcPr>
          <w:p w14:paraId="6C2726E9" w14:textId="77777777" w:rsidR="000E4AB2" w:rsidRDefault="00000000">
            <w:r>
              <w:rPr>
                <w:b/>
                <w:sz w:val="16"/>
              </w:rPr>
              <w:t>Step</w:t>
            </w:r>
          </w:p>
        </w:tc>
        <w:tc>
          <w:tcPr>
            <w:tcW w:w="3408" w:type="dxa"/>
            <w:shd w:val="clear" w:color="auto" w:fill="D9EAF7"/>
            <w:vAlign w:val="center"/>
          </w:tcPr>
          <w:p w14:paraId="350CB51A" w14:textId="77777777" w:rsidR="000E4AB2" w:rsidRDefault="00000000">
            <w:r>
              <w:rPr>
                <w:b/>
                <w:sz w:val="16"/>
              </w:rPr>
              <w:t>Instruction</w:t>
            </w:r>
          </w:p>
        </w:tc>
        <w:tc>
          <w:tcPr>
            <w:tcW w:w="3408" w:type="dxa"/>
            <w:shd w:val="clear" w:color="auto" w:fill="D9EAF7"/>
            <w:vAlign w:val="center"/>
          </w:tcPr>
          <w:p w14:paraId="438C750C" w14:textId="77777777" w:rsidR="000E4AB2" w:rsidRDefault="00000000">
            <w:r>
              <w:rPr>
                <w:b/>
                <w:sz w:val="16"/>
              </w:rPr>
              <w:t>Key safety / accessibility / welfare point</w:t>
            </w:r>
          </w:p>
        </w:tc>
      </w:tr>
      <w:tr w:rsidR="000E4AB2" w14:paraId="519D8A83" w14:textId="77777777">
        <w:trPr>
          <w:jc w:val="center"/>
        </w:trPr>
        <w:tc>
          <w:tcPr>
            <w:tcW w:w="3408" w:type="dxa"/>
            <w:vAlign w:val="center"/>
          </w:tcPr>
          <w:p w14:paraId="20101F98" w14:textId="77777777" w:rsidR="000E4AB2" w:rsidRDefault="00000000">
            <w:r>
              <w:rPr>
                <w:sz w:val="16"/>
              </w:rPr>
              <w:t xml:space="preserve"> </w:t>
            </w:r>
          </w:p>
        </w:tc>
        <w:tc>
          <w:tcPr>
            <w:tcW w:w="3408" w:type="dxa"/>
            <w:vAlign w:val="center"/>
          </w:tcPr>
          <w:p w14:paraId="2598C6B0" w14:textId="77777777" w:rsidR="000E4AB2" w:rsidRDefault="00000000">
            <w:r>
              <w:rPr>
                <w:sz w:val="16"/>
              </w:rPr>
              <w:t xml:space="preserve"> </w:t>
            </w:r>
          </w:p>
        </w:tc>
        <w:tc>
          <w:tcPr>
            <w:tcW w:w="3408" w:type="dxa"/>
            <w:vAlign w:val="center"/>
          </w:tcPr>
          <w:p w14:paraId="710B17D0" w14:textId="77777777" w:rsidR="000E4AB2" w:rsidRDefault="00000000">
            <w:r>
              <w:rPr>
                <w:sz w:val="16"/>
              </w:rPr>
              <w:t xml:space="preserve"> </w:t>
            </w:r>
          </w:p>
        </w:tc>
      </w:tr>
      <w:tr w:rsidR="000E4AB2" w14:paraId="0C5E915F" w14:textId="77777777">
        <w:trPr>
          <w:jc w:val="center"/>
        </w:trPr>
        <w:tc>
          <w:tcPr>
            <w:tcW w:w="3408" w:type="dxa"/>
            <w:vAlign w:val="center"/>
          </w:tcPr>
          <w:p w14:paraId="23D7987C" w14:textId="77777777" w:rsidR="000E4AB2" w:rsidRDefault="00000000">
            <w:r>
              <w:rPr>
                <w:sz w:val="16"/>
              </w:rPr>
              <w:t xml:space="preserve"> </w:t>
            </w:r>
          </w:p>
        </w:tc>
        <w:tc>
          <w:tcPr>
            <w:tcW w:w="3408" w:type="dxa"/>
            <w:vAlign w:val="center"/>
          </w:tcPr>
          <w:p w14:paraId="21019F2C" w14:textId="77777777" w:rsidR="000E4AB2" w:rsidRDefault="00000000">
            <w:r>
              <w:rPr>
                <w:sz w:val="16"/>
              </w:rPr>
              <w:t xml:space="preserve"> </w:t>
            </w:r>
          </w:p>
        </w:tc>
        <w:tc>
          <w:tcPr>
            <w:tcW w:w="3408" w:type="dxa"/>
            <w:vAlign w:val="center"/>
          </w:tcPr>
          <w:p w14:paraId="56441175" w14:textId="77777777" w:rsidR="000E4AB2" w:rsidRDefault="00000000">
            <w:r>
              <w:rPr>
                <w:sz w:val="16"/>
              </w:rPr>
              <w:t xml:space="preserve"> </w:t>
            </w:r>
          </w:p>
        </w:tc>
      </w:tr>
      <w:tr w:rsidR="000E4AB2" w14:paraId="4F2A7481" w14:textId="77777777">
        <w:trPr>
          <w:jc w:val="center"/>
        </w:trPr>
        <w:tc>
          <w:tcPr>
            <w:tcW w:w="3408" w:type="dxa"/>
            <w:vAlign w:val="center"/>
          </w:tcPr>
          <w:p w14:paraId="22FB9127" w14:textId="77777777" w:rsidR="000E4AB2" w:rsidRDefault="00000000">
            <w:r>
              <w:rPr>
                <w:sz w:val="16"/>
              </w:rPr>
              <w:t xml:space="preserve"> </w:t>
            </w:r>
          </w:p>
        </w:tc>
        <w:tc>
          <w:tcPr>
            <w:tcW w:w="3408" w:type="dxa"/>
            <w:vAlign w:val="center"/>
          </w:tcPr>
          <w:p w14:paraId="27FC3C04" w14:textId="77777777" w:rsidR="000E4AB2" w:rsidRDefault="00000000">
            <w:r>
              <w:rPr>
                <w:sz w:val="16"/>
              </w:rPr>
              <w:t xml:space="preserve"> </w:t>
            </w:r>
          </w:p>
        </w:tc>
        <w:tc>
          <w:tcPr>
            <w:tcW w:w="3408" w:type="dxa"/>
            <w:vAlign w:val="center"/>
          </w:tcPr>
          <w:p w14:paraId="12973DCC" w14:textId="77777777" w:rsidR="000E4AB2" w:rsidRDefault="00000000">
            <w:r>
              <w:rPr>
                <w:sz w:val="16"/>
              </w:rPr>
              <w:t xml:space="preserve"> </w:t>
            </w:r>
          </w:p>
        </w:tc>
      </w:tr>
      <w:tr w:rsidR="000E4AB2" w14:paraId="0DD96750" w14:textId="77777777">
        <w:trPr>
          <w:jc w:val="center"/>
        </w:trPr>
        <w:tc>
          <w:tcPr>
            <w:tcW w:w="3408" w:type="dxa"/>
            <w:vAlign w:val="center"/>
          </w:tcPr>
          <w:p w14:paraId="2AC457F3" w14:textId="77777777" w:rsidR="000E4AB2" w:rsidRDefault="00000000">
            <w:r>
              <w:rPr>
                <w:sz w:val="16"/>
              </w:rPr>
              <w:t xml:space="preserve"> </w:t>
            </w:r>
          </w:p>
        </w:tc>
        <w:tc>
          <w:tcPr>
            <w:tcW w:w="3408" w:type="dxa"/>
            <w:vAlign w:val="center"/>
          </w:tcPr>
          <w:p w14:paraId="496ECC02" w14:textId="77777777" w:rsidR="000E4AB2" w:rsidRDefault="00000000">
            <w:r>
              <w:rPr>
                <w:sz w:val="16"/>
              </w:rPr>
              <w:t xml:space="preserve"> </w:t>
            </w:r>
          </w:p>
        </w:tc>
        <w:tc>
          <w:tcPr>
            <w:tcW w:w="3408" w:type="dxa"/>
            <w:vAlign w:val="center"/>
          </w:tcPr>
          <w:p w14:paraId="3A95548D" w14:textId="77777777" w:rsidR="000E4AB2" w:rsidRDefault="00000000">
            <w:r>
              <w:rPr>
                <w:sz w:val="16"/>
              </w:rPr>
              <w:t xml:space="preserve"> </w:t>
            </w:r>
          </w:p>
        </w:tc>
      </w:tr>
      <w:tr w:rsidR="000E4AB2" w14:paraId="25D9CACA" w14:textId="77777777">
        <w:trPr>
          <w:jc w:val="center"/>
        </w:trPr>
        <w:tc>
          <w:tcPr>
            <w:tcW w:w="3408" w:type="dxa"/>
            <w:vAlign w:val="center"/>
          </w:tcPr>
          <w:p w14:paraId="685D237A" w14:textId="77777777" w:rsidR="000E4AB2" w:rsidRDefault="00000000">
            <w:r>
              <w:rPr>
                <w:sz w:val="16"/>
              </w:rPr>
              <w:t xml:space="preserve"> </w:t>
            </w:r>
          </w:p>
        </w:tc>
        <w:tc>
          <w:tcPr>
            <w:tcW w:w="3408" w:type="dxa"/>
            <w:vAlign w:val="center"/>
          </w:tcPr>
          <w:p w14:paraId="58270118" w14:textId="77777777" w:rsidR="000E4AB2" w:rsidRDefault="00000000">
            <w:r>
              <w:rPr>
                <w:sz w:val="16"/>
              </w:rPr>
              <w:t xml:space="preserve"> </w:t>
            </w:r>
          </w:p>
        </w:tc>
        <w:tc>
          <w:tcPr>
            <w:tcW w:w="3408" w:type="dxa"/>
            <w:vAlign w:val="center"/>
          </w:tcPr>
          <w:p w14:paraId="6B61E6A2" w14:textId="77777777" w:rsidR="000E4AB2" w:rsidRDefault="00000000">
            <w:r>
              <w:rPr>
                <w:sz w:val="16"/>
              </w:rPr>
              <w:t xml:space="preserve"> </w:t>
            </w:r>
          </w:p>
        </w:tc>
      </w:tr>
      <w:tr w:rsidR="000E4AB2" w14:paraId="1F293FFC" w14:textId="77777777">
        <w:trPr>
          <w:jc w:val="center"/>
        </w:trPr>
        <w:tc>
          <w:tcPr>
            <w:tcW w:w="3408" w:type="dxa"/>
            <w:vAlign w:val="center"/>
          </w:tcPr>
          <w:p w14:paraId="2F457DA0" w14:textId="77777777" w:rsidR="000E4AB2" w:rsidRDefault="00000000">
            <w:r>
              <w:rPr>
                <w:sz w:val="16"/>
              </w:rPr>
              <w:t xml:space="preserve"> </w:t>
            </w:r>
          </w:p>
        </w:tc>
        <w:tc>
          <w:tcPr>
            <w:tcW w:w="3408" w:type="dxa"/>
            <w:vAlign w:val="center"/>
          </w:tcPr>
          <w:p w14:paraId="17F13F97" w14:textId="77777777" w:rsidR="000E4AB2" w:rsidRDefault="00000000">
            <w:r>
              <w:rPr>
                <w:sz w:val="16"/>
              </w:rPr>
              <w:t xml:space="preserve"> </w:t>
            </w:r>
          </w:p>
        </w:tc>
        <w:tc>
          <w:tcPr>
            <w:tcW w:w="3408" w:type="dxa"/>
            <w:vAlign w:val="center"/>
          </w:tcPr>
          <w:p w14:paraId="1D213CE1" w14:textId="77777777" w:rsidR="000E4AB2" w:rsidRDefault="00000000">
            <w:r>
              <w:rPr>
                <w:sz w:val="16"/>
              </w:rPr>
              <w:t xml:space="preserve"> </w:t>
            </w:r>
          </w:p>
        </w:tc>
      </w:tr>
      <w:tr w:rsidR="000E4AB2" w14:paraId="5813F1C6" w14:textId="77777777">
        <w:trPr>
          <w:jc w:val="center"/>
        </w:trPr>
        <w:tc>
          <w:tcPr>
            <w:tcW w:w="3408" w:type="dxa"/>
            <w:vAlign w:val="center"/>
          </w:tcPr>
          <w:p w14:paraId="0C885B86" w14:textId="77777777" w:rsidR="000E4AB2" w:rsidRDefault="00000000">
            <w:r>
              <w:rPr>
                <w:sz w:val="16"/>
              </w:rPr>
              <w:t xml:space="preserve"> </w:t>
            </w:r>
          </w:p>
        </w:tc>
        <w:tc>
          <w:tcPr>
            <w:tcW w:w="3408" w:type="dxa"/>
            <w:vAlign w:val="center"/>
          </w:tcPr>
          <w:p w14:paraId="662BE743" w14:textId="77777777" w:rsidR="000E4AB2" w:rsidRDefault="00000000">
            <w:r>
              <w:rPr>
                <w:sz w:val="16"/>
              </w:rPr>
              <w:t xml:space="preserve"> </w:t>
            </w:r>
          </w:p>
        </w:tc>
        <w:tc>
          <w:tcPr>
            <w:tcW w:w="3408" w:type="dxa"/>
            <w:vAlign w:val="center"/>
          </w:tcPr>
          <w:p w14:paraId="3D53EF66" w14:textId="77777777" w:rsidR="000E4AB2" w:rsidRDefault="00000000">
            <w:r>
              <w:rPr>
                <w:sz w:val="16"/>
              </w:rPr>
              <w:t xml:space="preserve"> </w:t>
            </w:r>
          </w:p>
        </w:tc>
      </w:tr>
      <w:tr w:rsidR="000E4AB2" w14:paraId="4B20EC6F" w14:textId="77777777">
        <w:trPr>
          <w:jc w:val="center"/>
        </w:trPr>
        <w:tc>
          <w:tcPr>
            <w:tcW w:w="3408" w:type="dxa"/>
            <w:vAlign w:val="center"/>
          </w:tcPr>
          <w:p w14:paraId="102F0AFB" w14:textId="77777777" w:rsidR="000E4AB2" w:rsidRDefault="00000000">
            <w:r>
              <w:rPr>
                <w:sz w:val="16"/>
              </w:rPr>
              <w:t xml:space="preserve"> </w:t>
            </w:r>
          </w:p>
        </w:tc>
        <w:tc>
          <w:tcPr>
            <w:tcW w:w="3408" w:type="dxa"/>
            <w:vAlign w:val="center"/>
          </w:tcPr>
          <w:p w14:paraId="77C4EEAF" w14:textId="77777777" w:rsidR="000E4AB2" w:rsidRDefault="00000000">
            <w:r>
              <w:rPr>
                <w:sz w:val="16"/>
              </w:rPr>
              <w:t xml:space="preserve"> </w:t>
            </w:r>
          </w:p>
        </w:tc>
        <w:tc>
          <w:tcPr>
            <w:tcW w:w="3408" w:type="dxa"/>
            <w:vAlign w:val="center"/>
          </w:tcPr>
          <w:p w14:paraId="5905B5EB" w14:textId="77777777" w:rsidR="000E4AB2" w:rsidRDefault="00000000">
            <w:r>
              <w:rPr>
                <w:sz w:val="16"/>
              </w:rPr>
              <w:t xml:space="preserve"> </w:t>
            </w:r>
          </w:p>
        </w:tc>
      </w:tr>
    </w:tbl>
    <w:p w14:paraId="491B4606" w14:textId="77777777" w:rsidR="000E4AB2" w:rsidRDefault="00000000">
      <w:r>
        <w:rPr>
          <w:b/>
        </w:rPr>
        <w:t xml:space="preserve">Stop and seek assistance if: </w:t>
      </w:r>
      <w:r>
        <w:t>________________________________________________________________________________</w:t>
      </w:r>
    </w:p>
    <w:p w14:paraId="365A3D01" w14:textId="77777777" w:rsidR="000E4AB2" w:rsidRDefault="00000000">
      <w:r>
        <w:br w:type="page"/>
      </w:r>
    </w:p>
    <w:p w14:paraId="3EE32DA0" w14:textId="77777777" w:rsidR="000E4AB2" w:rsidRDefault="00000000">
      <w:pPr>
        <w:pStyle w:val="Heading1"/>
      </w:pPr>
      <w:bookmarkStart w:id="85" w:name="_Toc240137356"/>
      <w:r>
        <w:lastRenderedPageBreak/>
        <w:t>Template 25: Home, Community and Lone Worker Safety Plan</w:t>
      </w:r>
      <w:bookmarkEnd w:id="85"/>
    </w:p>
    <w:p w14:paraId="2C5A19EF" w14:textId="77777777" w:rsidR="000E4AB2" w:rsidRDefault="00000000">
      <w:r>
        <w:rPr>
          <w:b/>
        </w:rPr>
        <w:t xml:space="preserve">Purpose: </w:t>
      </w:r>
      <w:r>
        <w:t>Plan proportionate controls for AAOT work undertaken outside a controlled workplace.</w:t>
      </w:r>
    </w:p>
    <w:p w14:paraId="17A1B241" w14:textId="77777777" w:rsidR="000E4AB2" w:rsidRDefault="00000000">
      <w:r>
        <w:rPr>
          <w:b/>
        </w:rPr>
        <w:t xml:space="preserve">Assessment use: </w:t>
      </w:r>
      <w:r>
        <w:t>Core Unit 1 resource where home/community/lone work is relevant.</w:t>
      </w:r>
    </w:p>
    <w:p w14:paraId="31402595"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p w14:paraId="04EE80ED" w14:textId="77777777" w:rsidR="000E4AB2" w:rsidRDefault="00000000">
      <w:r>
        <w:rPr>
          <w:b/>
        </w:rPr>
        <w:t xml:space="preserve">Worker / role: </w:t>
      </w:r>
      <w:r>
        <w:t>________________________________________________________________________________</w:t>
      </w:r>
    </w:p>
    <w:p w14:paraId="4CD4B5A0" w14:textId="77777777" w:rsidR="000E4AB2" w:rsidRDefault="00000000">
      <w:r>
        <w:rPr>
          <w:b/>
        </w:rPr>
        <w:t xml:space="preserve">Service / activity: </w:t>
      </w:r>
      <w:r>
        <w:t>________________________________________________________________________________</w:t>
      </w:r>
    </w:p>
    <w:p w14:paraId="17489771" w14:textId="77777777" w:rsidR="000E4AB2" w:rsidRDefault="00000000">
      <w:r>
        <w:rPr>
          <w:b/>
        </w:rPr>
        <w:t xml:space="preserve">Typical locations: </w:t>
      </w:r>
      <w:r>
        <w:t>________________________________________________________________________________</w:t>
      </w:r>
    </w:p>
    <w:p w14:paraId="56E67522" w14:textId="77777777" w:rsidR="000E4AB2" w:rsidRDefault="00000000">
      <w:r>
        <w:rPr>
          <w:b/>
        </w:rPr>
        <w:t xml:space="preserve">Check-in contact / escalation contact: </w:t>
      </w:r>
      <w:r>
        <w:t>________________________________________________________________________________</w:t>
      </w:r>
    </w:p>
    <w:tbl>
      <w:tblPr>
        <w:tblStyle w:val="TableGrid"/>
        <w:tblW w:w="0" w:type="auto"/>
        <w:jc w:val="center"/>
        <w:tblLook w:val="04A0" w:firstRow="1" w:lastRow="0" w:firstColumn="1" w:lastColumn="0" w:noHBand="0" w:noVBand="1"/>
      </w:tblPr>
      <w:tblGrid>
        <w:gridCol w:w="2556"/>
        <w:gridCol w:w="2556"/>
        <w:gridCol w:w="2556"/>
        <w:gridCol w:w="2556"/>
      </w:tblGrid>
      <w:tr w:rsidR="000E4AB2" w14:paraId="00F2098B" w14:textId="77777777">
        <w:trPr>
          <w:jc w:val="center"/>
        </w:trPr>
        <w:tc>
          <w:tcPr>
            <w:tcW w:w="2556" w:type="dxa"/>
            <w:shd w:val="clear" w:color="auto" w:fill="D9EAF7"/>
            <w:vAlign w:val="center"/>
          </w:tcPr>
          <w:p w14:paraId="62288433" w14:textId="77777777" w:rsidR="000E4AB2" w:rsidRDefault="00000000">
            <w:r>
              <w:rPr>
                <w:b/>
                <w:sz w:val="16"/>
              </w:rPr>
              <w:t>Risk area</w:t>
            </w:r>
          </w:p>
        </w:tc>
        <w:tc>
          <w:tcPr>
            <w:tcW w:w="2556" w:type="dxa"/>
            <w:shd w:val="clear" w:color="auto" w:fill="D9EAF7"/>
            <w:vAlign w:val="center"/>
          </w:tcPr>
          <w:p w14:paraId="4764731E" w14:textId="77777777" w:rsidR="000E4AB2" w:rsidRDefault="00000000">
            <w:r>
              <w:rPr>
                <w:b/>
                <w:sz w:val="16"/>
              </w:rPr>
              <w:t>Pre-visit / planned control</w:t>
            </w:r>
          </w:p>
        </w:tc>
        <w:tc>
          <w:tcPr>
            <w:tcW w:w="2556" w:type="dxa"/>
            <w:shd w:val="clear" w:color="auto" w:fill="D9EAF7"/>
            <w:vAlign w:val="center"/>
          </w:tcPr>
          <w:p w14:paraId="73A11086" w14:textId="77777777" w:rsidR="000E4AB2" w:rsidRDefault="00000000">
            <w:r>
              <w:rPr>
                <w:b/>
                <w:sz w:val="16"/>
              </w:rPr>
              <w:t>Dynamic indicators</w:t>
            </w:r>
          </w:p>
        </w:tc>
        <w:tc>
          <w:tcPr>
            <w:tcW w:w="2556" w:type="dxa"/>
            <w:shd w:val="clear" w:color="auto" w:fill="D9EAF7"/>
            <w:vAlign w:val="center"/>
          </w:tcPr>
          <w:p w14:paraId="0503E197" w14:textId="77777777" w:rsidR="000E4AB2" w:rsidRDefault="00000000">
            <w:r>
              <w:rPr>
                <w:b/>
                <w:sz w:val="16"/>
              </w:rPr>
              <w:t>Action / escalation</w:t>
            </w:r>
          </w:p>
        </w:tc>
      </w:tr>
      <w:tr w:rsidR="000E4AB2" w14:paraId="5D8087B2" w14:textId="77777777">
        <w:trPr>
          <w:jc w:val="center"/>
        </w:trPr>
        <w:tc>
          <w:tcPr>
            <w:tcW w:w="2556" w:type="dxa"/>
            <w:vAlign w:val="center"/>
          </w:tcPr>
          <w:p w14:paraId="6064C900" w14:textId="77777777" w:rsidR="000E4AB2" w:rsidRDefault="00000000">
            <w:r>
              <w:rPr>
                <w:b/>
                <w:sz w:val="17"/>
              </w:rPr>
              <w:t>Client / household information</w:t>
            </w:r>
          </w:p>
        </w:tc>
        <w:tc>
          <w:tcPr>
            <w:tcW w:w="2556" w:type="dxa"/>
            <w:vAlign w:val="center"/>
          </w:tcPr>
          <w:p w14:paraId="157FE4FD" w14:textId="77777777" w:rsidR="000E4AB2" w:rsidRDefault="00000000">
            <w:r>
              <w:rPr>
                <w:sz w:val="17"/>
              </w:rPr>
              <w:t xml:space="preserve"> </w:t>
            </w:r>
          </w:p>
        </w:tc>
        <w:tc>
          <w:tcPr>
            <w:tcW w:w="2556" w:type="dxa"/>
            <w:vAlign w:val="center"/>
          </w:tcPr>
          <w:p w14:paraId="668070A2" w14:textId="77777777" w:rsidR="000E4AB2" w:rsidRDefault="00000000">
            <w:r>
              <w:rPr>
                <w:sz w:val="17"/>
              </w:rPr>
              <w:t xml:space="preserve"> </w:t>
            </w:r>
          </w:p>
        </w:tc>
        <w:tc>
          <w:tcPr>
            <w:tcW w:w="2556" w:type="dxa"/>
            <w:vAlign w:val="center"/>
          </w:tcPr>
          <w:p w14:paraId="686DF5EE" w14:textId="77777777" w:rsidR="000E4AB2" w:rsidRDefault="00000000">
            <w:r>
              <w:rPr>
                <w:sz w:val="17"/>
              </w:rPr>
              <w:t xml:space="preserve"> </w:t>
            </w:r>
          </w:p>
        </w:tc>
      </w:tr>
      <w:tr w:rsidR="000E4AB2" w14:paraId="035A4660" w14:textId="77777777">
        <w:trPr>
          <w:jc w:val="center"/>
        </w:trPr>
        <w:tc>
          <w:tcPr>
            <w:tcW w:w="2556" w:type="dxa"/>
            <w:vAlign w:val="center"/>
          </w:tcPr>
          <w:p w14:paraId="26E2A882" w14:textId="77777777" w:rsidR="000E4AB2" w:rsidRDefault="00000000">
            <w:r>
              <w:rPr>
                <w:b/>
                <w:sz w:val="17"/>
              </w:rPr>
              <w:t>Other people / visitors</w:t>
            </w:r>
          </w:p>
        </w:tc>
        <w:tc>
          <w:tcPr>
            <w:tcW w:w="2556" w:type="dxa"/>
            <w:vAlign w:val="center"/>
          </w:tcPr>
          <w:p w14:paraId="60674BD5" w14:textId="77777777" w:rsidR="000E4AB2" w:rsidRDefault="00000000">
            <w:r>
              <w:rPr>
                <w:sz w:val="17"/>
              </w:rPr>
              <w:t xml:space="preserve"> </w:t>
            </w:r>
          </w:p>
        </w:tc>
        <w:tc>
          <w:tcPr>
            <w:tcW w:w="2556" w:type="dxa"/>
            <w:vAlign w:val="center"/>
          </w:tcPr>
          <w:p w14:paraId="75D50497" w14:textId="77777777" w:rsidR="000E4AB2" w:rsidRDefault="00000000">
            <w:r>
              <w:rPr>
                <w:sz w:val="17"/>
              </w:rPr>
              <w:t xml:space="preserve"> </w:t>
            </w:r>
          </w:p>
        </w:tc>
        <w:tc>
          <w:tcPr>
            <w:tcW w:w="2556" w:type="dxa"/>
            <w:vAlign w:val="center"/>
          </w:tcPr>
          <w:p w14:paraId="081E095F" w14:textId="77777777" w:rsidR="000E4AB2" w:rsidRDefault="00000000">
            <w:r>
              <w:rPr>
                <w:sz w:val="17"/>
              </w:rPr>
              <w:t xml:space="preserve"> </w:t>
            </w:r>
          </w:p>
        </w:tc>
      </w:tr>
      <w:tr w:rsidR="000E4AB2" w14:paraId="146B7186" w14:textId="77777777">
        <w:trPr>
          <w:jc w:val="center"/>
        </w:trPr>
        <w:tc>
          <w:tcPr>
            <w:tcW w:w="2556" w:type="dxa"/>
            <w:vAlign w:val="center"/>
          </w:tcPr>
          <w:p w14:paraId="394A8194" w14:textId="77777777" w:rsidR="000E4AB2" w:rsidRDefault="00000000">
            <w:r>
              <w:rPr>
                <w:b/>
                <w:sz w:val="17"/>
              </w:rPr>
              <w:t>Other animals</w:t>
            </w:r>
          </w:p>
        </w:tc>
        <w:tc>
          <w:tcPr>
            <w:tcW w:w="2556" w:type="dxa"/>
            <w:vAlign w:val="center"/>
          </w:tcPr>
          <w:p w14:paraId="7A59E726" w14:textId="77777777" w:rsidR="000E4AB2" w:rsidRDefault="00000000">
            <w:r>
              <w:rPr>
                <w:sz w:val="17"/>
              </w:rPr>
              <w:t xml:space="preserve"> </w:t>
            </w:r>
          </w:p>
        </w:tc>
        <w:tc>
          <w:tcPr>
            <w:tcW w:w="2556" w:type="dxa"/>
            <w:vAlign w:val="center"/>
          </w:tcPr>
          <w:p w14:paraId="66059B95" w14:textId="77777777" w:rsidR="000E4AB2" w:rsidRDefault="00000000">
            <w:r>
              <w:rPr>
                <w:sz w:val="17"/>
              </w:rPr>
              <w:t xml:space="preserve"> </w:t>
            </w:r>
          </w:p>
        </w:tc>
        <w:tc>
          <w:tcPr>
            <w:tcW w:w="2556" w:type="dxa"/>
            <w:vAlign w:val="center"/>
          </w:tcPr>
          <w:p w14:paraId="002E89DC" w14:textId="77777777" w:rsidR="000E4AB2" w:rsidRDefault="00000000">
            <w:r>
              <w:rPr>
                <w:sz w:val="17"/>
              </w:rPr>
              <w:t xml:space="preserve"> </w:t>
            </w:r>
          </w:p>
        </w:tc>
      </w:tr>
      <w:tr w:rsidR="000E4AB2" w14:paraId="16F0FCAA" w14:textId="77777777">
        <w:trPr>
          <w:jc w:val="center"/>
        </w:trPr>
        <w:tc>
          <w:tcPr>
            <w:tcW w:w="2556" w:type="dxa"/>
            <w:vAlign w:val="center"/>
          </w:tcPr>
          <w:p w14:paraId="78EEE8C9" w14:textId="77777777" w:rsidR="000E4AB2" w:rsidRDefault="00000000">
            <w:r>
              <w:rPr>
                <w:b/>
                <w:sz w:val="17"/>
              </w:rPr>
              <w:t>Violence / aggression</w:t>
            </w:r>
          </w:p>
        </w:tc>
        <w:tc>
          <w:tcPr>
            <w:tcW w:w="2556" w:type="dxa"/>
            <w:vAlign w:val="center"/>
          </w:tcPr>
          <w:p w14:paraId="00655DB1" w14:textId="77777777" w:rsidR="000E4AB2" w:rsidRDefault="00000000">
            <w:r>
              <w:rPr>
                <w:sz w:val="17"/>
              </w:rPr>
              <w:t xml:space="preserve"> </w:t>
            </w:r>
          </w:p>
        </w:tc>
        <w:tc>
          <w:tcPr>
            <w:tcW w:w="2556" w:type="dxa"/>
            <w:vAlign w:val="center"/>
          </w:tcPr>
          <w:p w14:paraId="4BC7FFEE" w14:textId="77777777" w:rsidR="000E4AB2" w:rsidRDefault="00000000">
            <w:r>
              <w:rPr>
                <w:sz w:val="17"/>
              </w:rPr>
              <w:t xml:space="preserve"> </w:t>
            </w:r>
          </w:p>
        </w:tc>
        <w:tc>
          <w:tcPr>
            <w:tcW w:w="2556" w:type="dxa"/>
            <w:vAlign w:val="center"/>
          </w:tcPr>
          <w:p w14:paraId="52B222E1" w14:textId="77777777" w:rsidR="000E4AB2" w:rsidRDefault="00000000">
            <w:r>
              <w:rPr>
                <w:sz w:val="17"/>
              </w:rPr>
              <w:t xml:space="preserve"> </w:t>
            </w:r>
          </w:p>
        </w:tc>
      </w:tr>
      <w:tr w:rsidR="000E4AB2" w14:paraId="351253B1" w14:textId="77777777">
        <w:trPr>
          <w:jc w:val="center"/>
        </w:trPr>
        <w:tc>
          <w:tcPr>
            <w:tcW w:w="2556" w:type="dxa"/>
            <w:vAlign w:val="center"/>
          </w:tcPr>
          <w:p w14:paraId="3619C0F4" w14:textId="77777777" w:rsidR="000E4AB2" w:rsidRDefault="00000000">
            <w:r>
              <w:rPr>
                <w:b/>
                <w:sz w:val="17"/>
              </w:rPr>
              <w:t>Weapons / dangerous items</w:t>
            </w:r>
          </w:p>
        </w:tc>
        <w:tc>
          <w:tcPr>
            <w:tcW w:w="2556" w:type="dxa"/>
            <w:vAlign w:val="center"/>
          </w:tcPr>
          <w:p w14:paraId="150C1727" w14:textId="77777777" w:rsidR="000E4AB2" w:rsidRDefault="00000000">
            <w:r>
              <w:rPr>
                <w:sz w:val="17"/>
              </w:rPr>
              <w:t xml:space="preserve"> </w:t>
            </w:r>
          </w:p>
        </w:tc>
        <w:tc>
          <w:tcPr>
            <w:tcW w:w="2556" w:type="dxa"/>
            <w:vAlign w:val="center"/>
          </w:tcPr>
          <w:p w14:paraId="0BE0E3BA" w14:textId="77777777" w:rsidR="000E4AB2" w:rsidRDefault="00000000">
            <w:r>
              <w:rPr>
                <w:sz w:val="17"/>
              </w:rPr>
              <w:t xml:space="preserve"> </w:t>
            </w:r>
          </w:p>
        </w:tc>
        <w:tc>
          <w:tcPr>
            <w:tcW w:w="2556" w:type="dxa"/>
            <w:vAlign w:val="center"/>
          </w:tcPr>
          <w:p w14:paraId="4D8CFEA8" w14:textId="77777777" w:rsidR="000E4AB2" w:rsidRDefault="00000000">
            <w:r>
              <w:rPr>
                <w:sz w:val="17"/>
              </w:rPr>
              <w:t xml:space="preserve"> </w:t>
            </w:r>
          </w:p>
        </w:tc>
      </w:tr>
      <w:tr w:rsidR="000E4AB2" w14:paraId="0AAF8BD0" w14:textId="77777777">
        <w:trPr>
          <w:jc w:val="center"/>
        </w:trPr>
        <w:tc>
          <w:tcPr>
            <w:tcW w:w="2556" w:type="dxa"/>
            <w:vAlign w:val="center"/>
          </w:tcPr>
          <w:p w14:paraId="1B216CEB" w14:textId="77777777" w:rsidR="000E4AB2" w:rsidRDefault="00000000">
            <w:r>
              <w:rPr>
                <w:b/>
                <w:sz w:val="17"/>
              </w:rPr>
              <w:t>Alcohol / other drugs</w:t>
            </w:r>
          </w:p>
        </w:tc>
        <w:tc>
          <w:tcPr>
            <w:tcW w:w="2556" w:type="dxa"/>
            <w:vAlign w:val="center"/>
          </w:tcPr>
          <w:p w14:paraId="6C5C2F03" w14:textId="77777777" w:rsidR="000E4AB2" w:rsidRDefault="00000000">
            <w:r>
              <w:rPr>
                <w:sz w:val="17"/>
              </w:rPr>
              <w:t xml:space="preserve"> </w:t>
            </w:r>
          </w:p>
        </w:tc>
        <w:tc>
          <w:tcPr>
            <w:tcW w:w="2556" w:type="dxa"/>
            <w:vAlign w:val="center"/>
          </w:tcPr>
          <w:p w14:paraId="27847669" w14:textId="77777777" w:rsidR="000E4AB2" w:rsidRDefault="00000000">
            <w:r>
              <w:rPr>
                <w:sz w:val="17"/>
              </w:rPr>
              <w:t xml:space="preserve"> </w:t>
            </w:r>
          </w:p>
        </w:tc>
        <w:tc>
          <w:tcPr>
            <w:tcW w:w="2556" w:type="dxa"/>
            <w:vAlign w:val="center"/>
          </w:tcPr>
          <w:p w14:paraId="1FBF586A" w14:textId="77777777" w:rsidR="000E4AB2" w:rsidRDefault="00000000">
            <w:r>
              <w:rPr>
                <w:sz w:val="17"/>
              </w:rPr>
              <w:t xml:space="preserve"> </w:t>
            </w:r>
          </w:p>
        </w:tc>
      </w:tr>
      <w:tr w:rsidR="000E4AB2" w14:paraId="77D9E303" w14:textId="77777777">
        <w:trPr>
          <w:jc w:val="center"/>
        </w:trPr>
        <w:tc>
          <w:tcPr>
            <w:tcW w:w="2556" w:type="dxa"/>
            <w:vAlign w:val="center"/>
          </w:tcPr>
          <w:p w14:paraId="0B9371F9" w14:textId="77777777" w:rsidR="000E4AB2" w:rsidRDefault="00000000">
            <w:r>
              <w:rPr>
                <w:b/>
                <w:sz w:val="17"/>
              </w:rPr>
              <w:t>Smoking / vaping / airborne exposure</w:t>
            </w:r>
          </w:p>
        </w:tc>
        <w:tc>
          <w:tcPr>
            <w:tcW w:w="2556" w:type="dxa"/>
            <w:vAlign w:val="center"/>
          </w:tcPr>
          <w:p w14:paraId="328814E8" w14:textId="77777777" w:rsidR="000E4AB2" w:rsidRDefault="00000000">
            <w:r>
              <w:rPr>
                <w:sz w:val="17"/>
              </w:rPr>
              <w:t xml:space="preserve"> </w:t>
            </w:r>
          </w:p>
        </w:tc>
        <w:tc>
          <w:tcPr>
            <w:tcW w:w="2556" w:type="dxa"/>
            <w:vAlign w:val="center"/>
          </w:tcPr>
          <w:p w14:paraId="2996CBA5" w14:textId="77777777" w:rsidR="000E4AB2" w:rsidRDefault="00000000">
            <w:r>
              <w:rPr>
                <w:sz w:val="17"/>
              </w:rPr>
              <w:t xml:space="preserve"> </w:t>
            </w:r>
          </w:p>
        </w:tc>
        <w:tc>
          <w:tcPr>
            <w:tcW w:w="2556" w:type="dxa"/>
            <w:vAlign w:val="center"/>
          </w:tcPr>
          <w:p w14:paraId="190F37BC" w14:textId="77777777" w:rsidR="000E4AB2" w:rsidRDefault="00000000">
            <w:r>
              <w:rPr>
                <w:sz w:val="17"/>
              </w:rPr>
              <w:t xml:space="preserve"> </w:t>
            </w:r>
          </w:p>
        </w:tc>
      </w:tr>
      <w:tr w:rsidR="000E4AB2" w14:paraId="51800FE8" w14:textId="77777777">
        <w:trPr>
          <w:jc w:val="center"/>
        </w:trPr>
        <w:tc>
          <w:tcPr>
            <w:tcW w:w="2556" w:type="dxa"/>
            <w:vAlign w:val="center"/>
          </w:tcPr>
          <w:p w14:paraId="7CE6E15F" w14:textId="77777777" w:rsidR="000E4AB2" w:rsidRDefault="00000000">
            <w:r>
              <w:rPr>
                <w:b/>
                <w:sz w:val="17"/>
              </w:rPr>
              <w:t>Premises / exits</w:t>
            </w:r>
          </w:p>
        </w:tc>
        <w:tc>
          <w:tcPr>
            <w:tcW w:w="2556" w:type="dxa"/>
            <w:vAlign w:val="center"/>
          </w:tcPr>
          <w:p w14:paraId="4061004F" w14:textId="77777777" w:rsidR="000E4AB2" w:rsidRDefault="00000000">
            <w:r>
              <w:rPr>
                <w:sz w:val="17"/>
              </w:rPr>
              <w:t xml:space="preserve"> </w:t>
            </w:r>
          </w:p>
        </w:tc>
        <w:tc>
          <w:tcPr>
            <w:tcW w:w="2556" w:type="dxa"/>
            <w:vAlign w:val="center"/>
          </w:tcPr>
          <w:p w14:paraId="6455A7D8" w14:textId="77777777" w:rsidR="000E4AB2" w:rsidRDefault="00000000">
            <w:r>
              <w:rPr>
                <w:sz w:val="17"/>
              </w:rPr>
              <w:t xml:space="preserve"> </w:t>
            </w:r>
          </w:p>
        </w:tc>
        <w:tc>
          <w:tcPr>
            <w:tcW w:w="2556" w:type="dxa"/>
            <w:vAlign w:val="center"/>
          </w:tcPr>
          <w:p w14:paraId="4514FECE" w14:textId="77777777" w:rsidR="000E4AB2" w:rsidRDefault="00000000">
            <w:r>
              <w:rPr>
                <w:sz w:val="17"/>
              </w:rPr>
              <w:t xml:space="preserve"> </w:t>
            </w:r>
          </w:p>
        </w:tc>
      </w:tr>
      <w:tr w:rsidR="000E4AB2" w14:paraId="6257E3A5" w14:textId="77777777">
        <w:trPr>
          <w:jc w:val="center"/>
        </w:trPr>
        <w:tc>
          <w:tcPr>
            <w:tcW w:w="2556" w:type="dxa"/>
            <w:vAlign w:val="center"/>
          </w:tcPr>
          <w:p w14:paraId="38EF26C6" w14:textId="77777777" w:rsidR="000E4AB2" w:rsidRDefault="00000000">
            <w:r>
              <w:rPr>
                <w:b/>
                <w:sz w:val="17"/>
              </w:rPr>
              <w:t>Neighbourhood / travel</w:t>
            </w:r>
          </w:p>
        </w:tc>
        <w:tc>
          <w:tcPr>
            <w:tcW w:w="2556" w:type="dxa"/>
            <w:vAlign w:val="center"/>
          </w:tcPr>
          <w:p w14:paraId="49AF5E8F" w14:textId="77777777" w:rsidR="000E4AB2" w:rsidRDefault="00000000">
            <w:r>
              <w:rPr>
                <w:sz w:val="17"/>
              </w:rPr>
              <w:t xml:space="preserve"> </w:t>
            </w:r>
          </w:p>
        </w:tc>
        <w:tc>
          <w:tcPr>
            <w:tcW w:w="2556" w:type="dxa"/>
            <w:vAlign w:val="center"/>
          </w:tcPr>
          <w:p w14:paraId="67CB6B9D" w14:textId="77777777" w:rsidR="000E4AB2" w:rsidRDefault="00000000">
            <w:r>
              <w:rPr>
                <w:sz w:val="17"/>
              </w:rPr>
              <w:t xml:space="preserve"> </w:t>
            </w:r>
          </w:p>
        </w:tc>
        <w:tc>
          <w:tcPr>
            <w:tcW w:w="2556" w:type="dxa"/>
            <w:vAlign w:val="center"/>
          </w:tcPr>
          <w:p w14:paraId="01EC53CF" w14:textId="77777777" w:rsidR="000E4AB2" w:rsidRDefault="00000000">
            <w:r>
              <w:rPr>
                <w:sz w:val="17"/>
              </w:rPr>
              <w:t xml:space="preserve"> </w:t>
            </w:r>
          </w:p>
        </w:tc>
      </w:tr>
      <w:tr w:rsidR="000E4AB2" w14:paraId="573F1C74" w14:textId="77777777">
        <w:trPr>
          <w:jc w:val="center"/>
        </w:trPr>
        <w:tc>
          <w:tcPr>
            <w:tcW w:w="2556" w:type="dxa"/>
            <w:vAlign w:val="center"/>
          </w:tcPr>
          <w:p w14:paraId="60C51AAA" w14:textId="77777777" w:rsidR="000E4AB2" w:rsidRDefault="00000000">
            <w:r>
              <w:rPr>
                <w:b/>
                <w:sz w:val="17"/>
              </w:rPr>
              <w:t>Communication / mobile coverage</w:t>
            </w:r>
          </w:p>
        </w:tc>
        <w:tc>
          <w:tcPr>
            <w:tcW w:w="2556" w:type="dxa"/>
            <w:vAlign w:val="center"/>
          </w:tcPr>
          <w:p w14:paraId="049CE7EB" w14:textId="77777777" w:rsidR="000E4AB2" w:rsidRDefault="00000000">
            <w:r>
              <w:rPr>
                <w:sz w:val="17"/>
              </w:rPr>
              <w:t xml:space="preserve"> </w:t>
            </w:r>
          </w:p>
        </w:tc>
        <w:tc>
          <w:tcPr>
            <w:tcW w:w="2556" w:type="dxa"/>
            <w:vAlign w:val="center"/>
          </w:tcPr>
          <w:p w14:paraId="1279D507" w14:textId="77777777" w:rsidR="000E4AB2" w:rsidRDefault="00000000">
            <w:r>
              <w:rPr>
                <w:sz w:val="17"/>
              </w:rPr>
              <w:t xml:space="preserve"> </w:t>
            </w:r>
          </w:p>
        </w:tc>
        <w:tc>
          <w:tcPr>
            <w:tcW w:w="2556" w:type="dxa"/>
            <w:vAlign w:val="center"/>
          </w:tcPr>
          <w:p w14:paraId="66EE18ED" w14:textId="77777777" w:rsidR="000E4AB2" w:rsidRDefault="00000000">
            <w:r>
              <w:rPr>
                <w:sz w:val="17"/>
              </w:rPr>
              <w:t xml:space="preserve"> </w:t>
            </w:r>
          </w:p>
        </w:tc>
      </w:tr>
      <w:tr w:rsidR="000E4AB2" w14:paraId="6AC320EC" w14:textId="77777777">
        <w:trPr>
          <w:jc w:val="center"/>
        </w:trPr>
        <w:tc>
          <w:tcPr>
            <w:tcW w:w="2556" w:type="dxa"/>
            <w:vAlign w:val="center"/>
          </w:tcPr>
          <w:p w14:paraId="2B337E9C" w14:textId="77777777" w:rsidR="000E4AB2" w:rsidRDefault="00000000">
            <w:r>
              <w:rPr>
                <w:b/>
                <w:sz w:val="17"/>
              </w:rPr>
              <w:t>Weather / environmental</w:t>
            </w:r>
          </w:p>
        </w:tc>
        <w:tc>
          <w:tcPr>
            <w:tcW w:w="2556" w:type="dxa"/>
            <w:vAlign w:val="center"/>
          </w:tcPr>
          <w:p w14:paraId="718CF2CC" w14:textId="77777777" w:rsidR="000E4AB2" w:rsidRDefault="00000000">
            <w:r>
              <w:rPr>
                <w:sz w:val="17"/>
              </w:rPr>
              <w:t xml:space="preserve"> </w:t>
            </w:r>
          </w:p>
        </w:tc>
        <w:tc>
          <w:tcPr>
            <w:tcW w:w="2556" w:type="dxa"/>
            <w:vAlign w:val="center"/>
          </w:tcPr>
          <w:p w14:paraId="474B6AEE" w14:textId="77777777" w:rsidR="000E4AB2" w:rsidRDefault="00000000">
            <w:r>
              <w:rPr>
                <w:sz w:val="17"/>
              </w:rPr>
              <w:t xml:space="preserve"> </w:t>
            </w:r>
          </w:p>
        </w:tc>
        <w:tc>
          <w:tcPr>
            <w:tcW w:w="2556" w:type="dxa"/>
            <w:vAlign w:val="center"/>
          </w:tcPr>
          <w:p w14:paraId="3351F8D0" w14:textId="77777777" w:rsidR="000E4AB2" w:rsidRDefault="00000000">
            <w:r>
              <w:rPr>
                <w:sz w:val="17"/>
              </w:rPr>
              <w:t xml:space="preserve"> </w:t>
            </w:r>
          </w:p>
        </w:tc>
      </w:tr>
      <w:tr w:rsidR="000E4AB2" w14:paraId="6B5E19F6" w14:textId="77777777">
        <w:trPr>
          <w:jc w:val="center"/>
        </w:trPr>
        <w:tc>
          <w:tcPr>
            <w:tcW w:w="2556" w:type="dxa"/>
            <w:vAlign w:val="center"/>
          </w:tcPr>
          <w:p w14:paraId="5AD2E403" w14:textId="77777777" w:rsidR="000E4AB2" w:rsidRDefault="00000000">
            <w:r>
              <w:rPr>
                <w:b/>
                <w:sz w:val="17"/>
              </w:rPr>
              <w:t>Lone work / check-in</w:t>
            </w:r>
          </w:p>
        </w:tc>
        <w:tc>
          <w:tcPr>
            <w:tcW w:w="2556" w:type="dxa"/>
            <w:vAlign w:val="center"/>
          </w:tcPr>
          <w:p w14:paraId="67821E9B" w14:textId="77777777" w:rsidR="000E4AB2" w:rsidRDefault="00000000">
            <w:r>
              <w:rPr>
                <w:sz w:val="17"/>
              </w:rPr>
              <w:t xml:space="preserve"> </w:t>
            </w:r>
          </w:p>
        </w:tc>
        <w:tc>
          <w:tcPr>
            <w:tcW w:w="2556" w:type="dxa"/>
            <w:vAlign w:val="center"/>
          </w:tcPr>
          <w:p w14:paraId="05DD0025" w14:textId="77777777" w:rsidR="000E4AB2" w:rsidRDefault="00000000">
            <w:r>
              <w:rPr>
                <w:sz w:val="17"/>
              </w:rPr>
              <w:t xml:space="preserve"> </w:t>
            </w:r>
          </w:p>
        </w:tc>
        <w:tc>
          <w:tcPr>
            <w:tcW w:w="2556" w:type="dxa"/>
            <w:vAlign w:val="center"/>
          </w:tcPr>
          <w:p w14:paraId="0A5B4B22" w14:textId="77777777" w:rsidR="000E4AB2" w:rsidRDefault="00000000">
            <w:r>
              <w:rPr>
                <w:sz w:val="17"/>
              </w:rPr>
              <w:t xml:space="preserve"> </w:t>
            </w:r>
          </w:p>
        </w:tc>
      </w:tr>
      <w:tr w:rsidR="000E4AB2" w14:paraId="24287660" w14:textId="77777777">
        <w:trPr>
          <w:jc w:val="center"/>
        </w:trPr>
        <w:tc>
          <w:tcPr>
            <w:tcW w:w="2556" w:type="dxa"/>
            <w:vAlign w:val="center"/>
          </w:tcPr>
          <w:p w14:paraId="1416DE91" w14:textId="77777777" w:rsidR="000E4AB2" w:rsidRDefault="00000000">
            <w:r>
              <w:rPr>
                <w:b/>
                <w:sz w:val="17"/>
              </w:rPr>
              <w:t>Emergency assistance</w:t>
            </w:r>
          </w:p>
        </w:tc>
        <w:tc>
          <w:tcPr>
            <w:tcW w:w="2556" w:type="dxa"/>
            <w:vAlign w:val="center"/>
          </w:tcPr>
          <w:p w14:paraId="4C651F3E" w14:textId="77777777" w:rsidR="000E4AB2" w:rsidRDefault="00000000">
            <w:r>
              <w:rPr>
                <w:sz w:val="17"/>
              </w:rPr>
              <w:t xml:space="preserve"> </w:t>
            </w:r>
          </w:p>
        </w:tc>
        <w:tc>
          <w:tcPr>
            <w:tcW w:w="2556" w:type="dxa"/>
            <w:vAlign w:val="center"/>
          </w:tcPr>
          <w:p w14:paraId="5E6C5AB3" w14:textId="77777777" w:rsidR="000E4AB2" w:rsidRDefault="00000000">
            <w:r>
              <w:rPr>
                <w:sz w:val="17"/>
              </w:rPr>
              <w:t xml:space="preserve"> </w:t>
            </w:r>
          </w:p>
        </w:tc>
        <w:tc>
          <w:tcPr>
            <w:tcW w:w="2556" w:type="dxa"/>
            <w:vAlign w:val="center"/>
          </w:tcPr>
          <w:p w14:paraId="7DE0624F" w14:textId="77777777" w:rsidR="000E4AB2" w:rsidRDefault="00000000">
            <w:r>
              <w:rPr>
                <w:sz w:val="17"/>
              </w:rPr>
              <w:t xml:space="preserve"> </w:t>
            </w:r>
          </w:p>
        </w:tc>
      </w:tr>
    </w:tbl>
    <w:p w14:paraId="3F51F626" w14:textId="77777777" w:rsidR="000E4AB2" w:rsidRDefault="00000000">
      <w:pPr>
        <w:pStyle w:val="Heading2"/>
      </w:pPr>
      <w:bookmarkStart w:id="86" w:name="_Toc240137357"/>
      <w:r>
        <w:t>Decision pathway</w:t>
      </w:r>
      <w:bookmarkEnd w:id="86"/>
    </w:p>
    <w:p w14:paraId="465CEF43" w14:textId="77777777" w:rsidR="000E4AB2" w:rsidRDefault="00000000">
      <w:r>
        <w:t>Continue → add controls → modify activity/environment → change location → obtain assistance → postpone → leave/end the particular unsafe activity, using the least restrictive effective response.</w:t>
      </w:r>
    </w:p>
    <w:p w14:paraId="7653C6E9" w14:textId="77777777" w:rsidR="000E4AB2" w:rsidRDefault="00000000">
      <w:r>
        <w:rPr>
          <w:b/>
        </w:rPr>
        <w:t xml:space="preserve">Check-in frequency / process: </w:t>
      </w:r>
      <w:r>
        <w:t>________________________________________________________________________________</w:t>
      </w:r>
    </w:p>
    <w:p w14:paraId="0702D63A" w14:textId="77777777" w:rsidR="000E4AB2" w:rsidRDefault="00000000">
      <w:r>
        <w:rPr>
          <w:b/>
        </w:rPr>
        <w:t xml:space="preserve">Missed check-in escalation: </w:t>
      </w:r>
      <w:r>
        <w:t>________________________________________________________________________________</w:t>
      </w:r>
    </w:p>
    <w:p w14:paraId="12E13309" w14:textId="77777777" w:rsidR="000E4AB2" w:rsidRDefault="00000000">
      <w:r>
        <w:rPr>
          <w:b/>
        </w:rPr>
        <w:t xml:space="preserve">Review trigger: </w:t>
      </w:r>
      <w:r>
        <w:t>________________________________________________________________________________</w:t>
      </w:r>
    </w:p>
    <w:p w14:paraId="646F8A14" w14:textId="77777777" w:rsidR="000E4AB2" w:rsidRDefault="00000000">
      <w:r>
        <w:br w:type="page"/>
      </w:r>
    </w:p>
    <w:p w14:paraId="261108BE" w14:textId="77777777" w:rsidR="000E4AB2" w:rsidRDefault="00000000">
      <w:pPr>
        <w:pStyle w:val="Heading1"/>
      </w:pPr>
      <w:bookmarkStart w:id="87" w:name="_Toc240137358"/>
      <w:r>
        <w:lastRenderedPageBreak/>
        <w:t>Template 26: Specialist WHS Hazard Management Plan</w:t>
      </w:r>
      <w:bookmarkEnd w:id="87"/>
    </w:p>
    <w:p w14:paraId="768934F1" w14:textId="77777777" w:rsidR="000E4AB2" w:rsidRDefault="00000000">
      <w:r>
        <w:rPr>
          <w:b/>
        </w:rPr>
        <w:t xml:space="preserve">Purpose: </w:t>
      </w:r>
      <w:r>
        <w:t>Bring together specialist Unit 1 hazards without forcing unnecessary standalone policies.</w:t>
      </w:r>
    </w:p>
    <w:p w14:paraId="08C0EC2D" w14:textId="77777777" w:rsidR="000E4AB2" w:rsidRDefault="00000000">
      <w:r>
        <w:rPr>
          <w:b/>
        </w:rPr>
        <w:t xml:space="preserve">Assessment use: </w:t>
      </w:r>
      <w:r>
        <w:t>Core Unit 1 resource.</w:t>
      </w:r>
    </w:p>
    <w:p w14:paraId="6C31401B"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tbl>
      <w:tblPr>
        <w:tblStyle w:val="TableGrid"/>
        <w:tblW w:w="0" w:type="auto"/>
        <w:jc w:val="center"/>
        <w:tblLook w:val="04A0" w:firstRow="1" w:lastRow="0" w:firstColumn="1" w:lastColumn="0" w:noHBand="0" w:noVBand="1"/>
      </w:tblPr>
      <w:tblGrid>
        <w:gridCol w:w="1803"/>
        <w:gridCol w:w="1704"/>
        <w:gridCol w:w="1704"/>
        <w:gridCol w:w="1704"/>
        <w:gridCol w:w="1704"/>
        <w:gridCol w:w="1704"/>
      </w:tblGrid>
      <w:tr w:rsidR="000E4AB2" w14:paraId="75CB6032" w14:textId="77777777">
        <w:trPr>
          <w:jc w:val="center"/>
        </w:trPr>
        <w:tc>
          <w:tcPr>
            <w:tcW w:w="1704" w:type="dxa"/>
            <w:shd w:val="clear" w:color="auto" w:fill="D9EAF7"/>
            <w:vAlign w:val="center"/>
          </w:tcPr>
          <w:p w14:paraId="387529C5" w14:textId="77777777" w:rsidR="000E4AB2" w:rsidRDefault="00000000">
            <w:r>
              <w:rPr>
                <w:b/>
                <w:sz w:val="16"/>
              </w:rPr>
              <w:t>Hazard area</w:t>
            </w:r>
          </w:p>
        </w:tc>
        <w:tc>
          <w:tcPr>
            <w:tcW w:w="1704" w:type="dxa"/>
            <w:shd w:val="clear" w:color="auto" w:fill="D9EAF7"/>
            <w:vAlign w:val="center"/>
          </w:tcPr>
          <w:p w14:paraId="01D03C05" w14:textId="77777777" w:rsidR="000E4AB2" w:rsidRDefault="00000000">
            <w:r>
              <w:rPr>
                <w:b/>
                <w:sz w:val="16"/>
              </w:rPr>
              <w:t>Applies?</w:t>
            </w:r>
          </w:p>
        </w:tc>
        <w:tc>
          <w:tcPr>
            <w:tcW w:w="1704" w:type="dxa"/>
            <w:shd w:val="clear" w:color="auto" w:fill="D9EAF7"/>
            <w:vAlign w:val="center"/>
          </w:tcPr>
          <w:p w14:paraId="2C9B29F0" w14:textId="77777777" w:rsidR="000E4AB2" w:rsidRDefault="00000000">
            <w:r>
              <w:rPr>
                <w:b/>
                <w:sz w:val="16"/>
              </w:rPr>
              <w:t>Key risks</w:t>
            </w:r>
          </w:p>
        </w:tc>
        <w:tc>
          <w:tcPr>
            <w:tcW w:w="1704" w:type="dxa"/>
            <w:shd w:val="clear" w:color="auto" w:fill="D9EAF7"/>
            <w:vAlign w:val="center"/>
          </w:tcPr>
          <w:p w14:paraId="57A4B6C7" w14:textId="77777777" w:rsidR="000E4AB2" w:rsidRDefault="00000000">
            <w:r>
              <w:rPr>
                <w:b/>
                <w:sz w:val="16"/>
              </w:rPr>
              <w:t>Controls / supporting document</w:t>
            </w:r>
          </w:p>
        </w:tc>
        <w:tc>
          <w:tcPr>
            <w:tcW w:w="1704" w:type="dxa"/>
            <w:shd w:val="clear" w:color="auto" w:fill="D9EAF7"/>
            <w:vAlign w:val="center"/>
          </w:tcPr>
          <w:p w14:paraId="6504D1EC" w14:textId="77777777" w:rsidR="000E4AB2" w:rsidRDefault="00000000">
            <w:r>
              <w:rPr>
                <w:b/>
                <w:sz w:val="16"/>
              </w:rPr>
              <w:t>Responsible role</w:t>
            </w:r>
          </w:p>
        </w:tc>
        <w:tc>
          <w:tcPr>
            <w:tcW w:w="1704" w:type="dxa"/>
            <w:shd w:val="clear" w:color="auto" w:fill="D9EAF7"/>
            <w:vAlign w:val="center"/>
          </w:tcPr>
          <w:p w14:paraId="04F63E94" w14:textId="77777777" w:rsidR="000E4AB2" w:rsidRDefault="00000000">
            <w:r>
              <w:rPr>
                <w:b/>
                <w:sz w:val="16"/>
              </w:rPr>
              <w:t>Monitoring / review</w:t>
            </w:r>
          </w:p>
        </w:tc>
      </w:tr>
      <w:tr w:rsidR="000E4AB2" w14:paraId="45BA48B8" w14:textId="77777777">
        <w:trPr>
          <w:jc w:val="center"/>
        </w:trPr>
        <w:tc>
          <w:tcPr>
            <w:tcW w:w="1704" w:type="dxa"/>
            <w:vAlign w:val="center"/>
          </w:tcPr>
          <w:p w14:paraId="1636535B" w14:textId="77777777" w:rsidR="000E4AB2" w:rsidRDefault="00000000">
            <w:r>
              <w:rPr>
                <w:b/>
                <w:sz w:val="17"/>
              </w:rPr>
              <w:t>PPE</w:t>
            </w:r>
          </w:p>
        </w:tc>
        <w:tc>
          <w:tcPr>
            <w:tcW w:w="1704" w:type="dxa"/>
            <w:vAlign w:val="center"/>
          </w:tcPr>
          <w:p w14:paraId="3D2880D5" w14:textId="77777777" w:rsidR="000E4AB2" w:rsidRDefault="00000000">
            <w:r>
              <w:rPr>
                <w:sz w:val="17"/>
              </w:rPr>
              <w:t xml:space="preserve"> </w:t>
            </w:r>
          </w:p>
        </w:tc>
        <w:tc>
          <w:tcPr>
            <w:tcW w:w="1704" w:type="dxa"/>
            <w:vAlign w:val="center"/>
          </w:tcPr>
          <w:p w14:paraId="55E33CC0" w14:textId="77777777" w:rsidR="000E4AB2" w:rsidRDefault="00000000">
            <w:r>
              <w:rPr>
                <w:sz w:val="17"/>
              </w:rPr>
              <w:t xml:space="preserve"> </w:t>
            </w:r>
          </w:p>
        </w:tc>
        <w:tc>
          <w:tcPr>
            <w:tcW w:w="1704" w:type="dxa"/>
            <w:vAlign w:val="center"/>
          </w:tcPr>
          <w:p w14:paraId="099E75A2" w14:textId="77777777" w:rsidR="000E4AB2" w:rsidRDefault="00000000">
            <w:r>
              <w:rPr>
                <w:sz w:val="17"/>
              </w:rPr>
              <w:t xml:space="preserve"> </w:t>
            </w:r>
          </w:p>
        </w:tc>
        <w:tc>
          <w:tcPr>
            <w:tcW w:w="1704" w:type="dxa"/>
            <w:vAlign w:val="center"/>
          </w:tcPr>
          <w:p w14:paraId="1F138033" w14:textId="77777777" w:rsidR="000E4AB2" w:rsidRDefault="00000000">
            <w:r>
              <w:rPr>
                <w:sz w:val="17"/>
              </w:rPr>
              <w:t xml:space="preserve"> </w:t>
            </w:r>
          </w:p>
        </w:tc>
        <w:tc>
          <w:tcPr>
            <w:tcW w:w="1704" w:type="dxa"/>
            <w:vAlign w:val="center"/>
          </w:tcPr>
          <w:p w14:paraId="4A29EEC8" w14:textId="77777777" w:rsidR="000E4AB2" w:rsidRDefault="00000000">
            <w:r>
              <w:rPr>
                <w:sz w:val="17"/>
              </w:rPr>
              <w:t xml:space="preserve"> </w:t>
            </w:r>
          </w:p>
        </w:tc>
      </w:tr>
      <w:tr w:rsidR="000E4AB2" w14:paraId="77D911AF" w14:textId="77777777">
        <w:trPr>
          <w:jc w:val="center"/>
        </w:trPr>
        <w:tc>
          <w:tcPr>
            <w:tcW w:w="1704" w:type="dxa"/>
            <w:vAlign w:val="center"/>
          </w:tcPr>
          <w:p w14:paraId="1684A16C" w14:textId="77777777" w:rsidR="000E4AB2" w:rsidRDefault="00000000">
            <w:r>
              <w:rPr>
                <w:b/>
                <w:sz w:val="17"/>
              </w:rPr>
              <w:t>Hazardous chemicals</w:t>
            </w:r>
          </w:p>
        </w:tc>
        <w:tc>
          <w:tcPr>
            <w:tcW w:w="1704" w:type="dxa"/>
            <w:vAlign w:val="center"/>
          </w:tcPr>
          <w:p w14:paraId="79317942" w14:textId="77777777" w:rsidR="000E4AB2" w:rsidRDefault="00000000">
            <w:r>
              <w:rPr>
                <w:sz w:val="17"/>
              </w:rPr>
              <w:t xml:space="preserve"> </w:t>
            </w:r>
          </w:p>
        </w:tc>
        <w:tc>
          <w:tcPr>
            <w:tcW w:w="1704" w:type="dxa"/>
            <w:vAlign w:val="center"/>
          </w:tcPr>
          <w:p w14:paraId="7A05CEB0" w14:textId="77777777" w:rsidR="000E4AB2" w:rsidRDefault="00000000">
            <w:r>
              <w:rPr>
                <w:sz w:val="17"/>
              </w:rPr>
              <w:t xml:space="preserve"> </w:t>
            </w:r>
          </w:p>
        </w:tc>
        <w:tc>
          <w:tcPr>
            <w:tcW w:w="1704" w:type="dxa"/>
            <w:vAlign w:val="center"/>
          </w:tcPr>
          <w:p w14:paraId="4BD71D90" w14:textId="77777777" w:rsidR="000E4AB2" w:rsidRDefault="00000000">
            <w:r>
              <w:rPr>
                <w:sz w:val="17"/>
              </w:rPr>
              <w:t xml:space="preserve"> </w:t>
            </w:r>
          </w:p>
        </w:tc>
        <w:tc>
          <w:tcPr>
            <w:tcW w:w="1704" w:type="dxa"/>
            <w:vAlign w:val="center"/>
          </w:tcPr>
          <w:p w14:paraId="1695FF3F" w14:textId="77777777" w:rsidR="000E4AB2" w:rsidRDefault="00000000">
            <w:r>
              <w:rPr>
                <w:sz w:val="17"/>
              </w:rPr>
              <w:t xml:space="preserve"> </w:t>
            </w:r>
          </w:p>
        </w:tc>
        <w:tc>
          <w:tcPr>
            <w:tcW w:w="1704" w:type="dxa"/>
            <w:vAlign w:val="center"/>
          </w:tcPr>
          <w:p w14:paraId="136DD6E0" w14:textId="77777777" w:rsidR="000E4AB2" w:rsidRDefault="00000000">
            <w:r>
              <w:rPr>
                <w:sz w:val="17"/>
              </w:rPr>
              <w:t xml:space="preserve"> </w:t>
            </w:r>
          </w:p>
        </w:tc>
      </w:tr>
      <w:tr w:rsidR="000E4AB2" w14:paraId="0BBE6E24" w14:textId="77777777">
        <w:trPr>
          <w:jc w:val="center"/>
        </w:trPr>
        <w:tc>
          <w:tcPr>
            <w:tcW w:w="1704" w:type="dxa"/>
            <w:vAlign w:val="center"/>
          </w:tcPr>
          <w:p w14:paraId="5D885D42" w14:textId="77777777" w:rsidR="000E4AB2" w:rsidRDefault="00000000">
            <w:r>
              <w:rPr>
                <w:b/>
                <w:sz w:val="17"/>
              </w:rPr>
              <w:t>Manual tasks</w:t>
            </w:r>
          </w:p>
        </w:tc>
        <w:tc>
          <w:tcPr>
            <w:tcW w:w="1704" w:type="dxa"/>
            <w:vAlign w:val="center"/>
          </w:tcPr>
          <w:p w14:paraId="536EA263" w14:textId="77777777" w:rsidR="000E4AB2" w:rsidRDefault="00000000">
            <w:r>
              <w:rPr>
                <w:sz w:val="17"/>
              </w:rPr>
              <w:t xml:space="preserve"> </w:t>
            </w:r>
          </w:p>
        </w:tc>
        <w:tc>
          <w:tcPr>
            <w:tcW w:w="1704" w:type="dxa"/>
            <w:vAlign w:val="center"/>
          </w:tcPr>
          <w:p w14:paraId="5658A201" w14:textId="77777777" w:rsidR="000E4AB2" w:rsidRDefault="00000000">
            <w:r>
              <w:rPr>
                <w:sz w:val="17"/>
              </w:rPr>
              <w:t xml:space="preserve"> </w:t>
            </w:r>
          </w:p>
        </w:tc>
        <w:tc>
          <w:tcPr>
            <w:tcW w:w="1704" w:type="dxa"/>
            <w:vAlign w:val="center"/>
          </w:tcPr>
          <w:p w14:paraId="214BEBBD" w14:textId="77777777" w:rsidR="000E4AB2" w:rsidRDefault="00000000">
            <w:r>
              <w:rPr>
                <w:sz w:val="17"/>
              </w:rPr>
              <w:t xml:space="preserve"> </w:t>
            </w:r>
          </w:p>
        </w:tc>
        <w:tc>
          <w:tcPr>
            <w:tcW w:w="1704" w:type="dxa"/>
            <w:vAlign w:val="center"/>
          </w:tcPr>
          <w:p w14:paraId="789F704C" w14:textId="77777777" w:rsidR="000E4AB2" w:rsidRDefault="00000000">
            <w:r>
              <w:rPr>
                <w:sz w:val="17"/>
              </w:rPr>
              <w:t xml:space="preserve"> </w:t>
            </w:r>
          </w:p>
        </w:tc>
        <w:tc>
          <w:tcPr>
            <w:tcW w:w="1704" w:type="dxa"/>
            <w:vAlign w:val="center"/>
          </w:tcPr>
          <w:p w14:paraId="17A40E1F" w14:textId="77777777" w:rsidR="000E4AB2" w:rsidRDefault="00000000">
            <w:r>
              <w:rPr>
                <w:sz w:val="17"/>
              </w:rPr>
              <w:t xml:space="preserve"> </w:t>
            </w:r>
          </w:p>
        </w:tc>
      </w:tr>
      <w:tr w:rsidR="000E4AB2" w14:paraId="5FBE2E86" w14:textId="77777777">
        <w:trPr>
          <w:jc w:val="center"/>
        </w:trPr>
        <w:tc>
          <w:tcPr>
            <w:tcW w:w="1704" w:type="dxa"/>
            <w:vAlign w:val="center"/>
          </w:tcPr>
          <w:p w14:paraId="23941B5E" w14:textId="77777777" w:rsidR="000E4AB2" w:rsidRDefault="00000000">
            <w:r>
              <w:rPr>
                <w:b/>
                <w:sz w:val="17"/>
              </w:rPr>
              <w:t>Equipment / assistive technology</w:t>
            </w:r>
          </w:p>
        </w:tc>
        <w:tc>
          <w:tcPr>
            <w:tcW w:w="1704" w:type="dxa"/>
            <w:vAlign w:val="center"/>
          </w:tcPr>
          <w:p w14:paraId="03EAB926" w14:textId="77777777" w:rsidR="000E4AB2" w:rsidRDefault="00000000">
            <w:r>
              <w:rPr>
                <w:sz w:val="17"/>
              </w:rPr>
              <w:t xml:space="preserve"> </w:t>
            </w:r>
          </w:p>
        </w:tc>
        <w:tc>
          <w:tcPr>
            <w:tcW w:w="1704" w:type="dxa"/>
            <w:vAlign w:val="center"/>
          </w:tcPr>
          <w:p w14:paraId="5ECD8BAB" w14:textId="77777777" w:rsidR="000E4AB2" w:rsidRDefault="00000000">
            <w:r>
              <w:rPr>
                <w:sz w:val="17"/>
              </w:rPr>
              <w:t xml:space="preserve"> </w:t>
            </w:r>
          </w:p>
        </w:tc>
        <w:tc>
          <w:tcPr>
            <w:tcW w:w="1704" w:type="dxa"/>
            <w:vAlign w:val="center"/>
          </w:tcPr>
          <w:p w14:paraId="0E74070D" w14:textId="77777777" w:rsidR="000E4AB2" w:rsidRDefault="00000000">
            <w:r>
              <w:rPr>
                <w:sz w:val="17"/>
              </w:rPr>
              <w:t xml:space="preserve"> </w:t>
            </w:r>
          </w:p>
        </w:tc>
        <w:tc>
          <w:tcPr>
            <w:tcW w:w="1704" w:type="dxa"/>
            <w:vAlign w:val="center"/>
          </w:tcPr>
          <w:p w14:paraId="143F2EBB" w14:textId="77777777" w:rsidR="000E4AB2" w:rsidRDefault="00000000">
            <w:r>
              <w:rPr>
                <w:sz w:val="17"/>
              </w:rPr>
              <w:t xml:space="preserve"> </w:t>
            </w:r>
          </w:p>
        </w:tc>
        <w:tc>
          <w:tcPr>
            <w:tcW w:w="1704" w:type="dxa"/>
            <w:vAlign w:val="center"/>
          </w:tcPr>
          <w:p w14:paraId="56F06777" w14:textId="77777777" w:rsidR="000E4AB2" w:rsidRDefault="00000000">
            <w:r>
              <w:rPr>
                <w:sz w:val="17"/>
              </w:rPr>
              <w:t xml:space="preserve"> </w:t>
            </w:r>
          </w:p>
        </w:tc>
      </w:tr>
      <w:tr w:rsidR="000E4AB2" w14:paraId="554B46E3" w14:textId="77777777">
        <w:trPr>
          <w:jc w:val="center"/>
        </w:trPr>
        <w:tc>
          <w:tcPr>
            <w:tcW w:w="1704" w:type="dxa"/>
            <w:vAlign w:val="center"/>
          </w:tcPr>
          <w:p w14:paraId="1E0BB2E8" w14:textId="77777777" w:rsidR="000E4AB2" w:rsidRDefault="00000000">
            <w:r>
              <w:rPr>
                <w:b/>
                <w:sz w:val="17"/>
              </w:rPr>
              <w:t>Animal handling</w:t>
            </w:r>
          </w:p>
        </w:tc>
        <w:tc>
          <w:tcPr>
            <w:tcW w:w="1704" w:type="dxa"/>
            <w:vAlign w:val="center"/>
          </w:tcPr>
          <w:p w14:paraId="41DB3B28" w14:textId="77777777" w:rsidR="000E4AB2" w:rsidRDefault="00000000">
            <w:r>
              <w:rPr>
                <w:sz w:val="17"/>
              </w:rPr>
              <w:t xml:space="preserve"> </w:t>
            </w:r>
          </w:p>
        </w:tc>
        <w:tc>
          <w:tcPr>
            <w:tcW w:w="1704" w:type="dxa"/>
            <w:vAlign w:val="center"/>
          </w:tcPr>
          <w:p w14:paraId="1279554F" w14:textId="77777777" w:rsidR="000E4AB2" w:rsidRDefault="00000000">
            <w:r>
              <w:rPr>
                <w:sz w:val="17"/>
              </w:rPr>
              <w:t xml:space="preserve"> </w:t>
            </w:r>
          </w:p>
        </w:tc>
        <w:tc>
          <w:tcPr>
            <w:tcW w:w="1704" w:type="dxa"/>
            <w:vAlign w:val="center"/>
          </w:tcPr>
          <w:p w14:paraId="53CA8121" w14:textId="77777777" w:rsidR="000E4AB2" w:rsidRDefault="00000000">
            <w:r>
              <w:rPr>
                <w:sz w:val="17"/>
              </w:rPr>
              <w:t xml:space="preserve"> </w:t>
            </w:r>
          </w:p>
        </w:tc>
        <w:tc>
          <w:tcPr>
            <w:tcW w:w="1704" w:type="dxa"/>
            <w:vAlign w:val="center"/>
          </w:tcPr>
          <w:p w14:paraId="1AC8A921" w14:textId="77777777" w:rsidR="000E4AB2" w:rsidRDefault="00000000">
            <w:r>
              <w:rPr>
                <w:sz w:val="17"/>
              </w:rPr>
              <w:t xml:space="preserve"> </w:t>
            </w:r>
          </w:p>
        </w:tc>
        <w:tc>
          <w:tcPr>
            <w:tcW w:w="1704" w:type="dxa"/>
            <w:vAlign w:val="center"/>
          </w:tcPr>
          <w:p w14:paraId="1F0D1E2C" w14:textId="77777777" w:rsidR="000E4AB2" w:rsidRDefault="00000000">
            <w:r>
              <w:rPr>
                <w:sz w:val="17"/>
              </w:rPr>
              <w:t xml:space="preserve"> </w:t>
            </w:r>
          </w:p>
        </w:tc>
      </w:tr>
      <w:tr w:rsidR="000E4AB2" w14:paraId="09E1D619" w14:textId="77777777">
        <w:trPr>
          <w:jc w:val="center"/>
        </w:trPr>
        <w:tc>
          <w:tcPr>
            <w:tcW w:w="1704" w:type="dxa"/>
            <w:vAlign w:val="center"/>
          </w:tcPr>
          <w:p w14:paraId="43EB688D" w14:textId="77777777" w:rsidR="000E4AB2" w:rsidRDefault="00000000">
            <w:r>
              <w:rPr>
                <w:b/>
                <w:sz w:val="17"/>
              </w:rPr>
              <w:t>Psychosocial hazards</w:t>
            </w:r>
          </w:p>
        </w:tc>
        <w:tc>
          <w:tcPr>
            <w:tcW w:w="1704" w:type="dxa"/>
            <w:vAlign w:val="center"/>
          </w:tcPr>
          <w:p w14:paraId="3916CD41" w14:textId="77777777" w:rsidR="000E4AB2" w:rsidRDefault="00000000">
            <w:r>
              <w:rPr>
                <w:sz w:val="17"/>
              </w:rPr>
              <w:t xml:space="preserve"> </w:t>
            </w:r>
          </w:p>
        </w:tc>
        <w:tc>
          <w:tcPr>
            <w:tcW w:w="1704" w:type="dxa"/>
            <w:vAlign w:val="center"/>
          </w:tcPr>
          <w:p w14:paraId="3ACCFCE6" w14:textId="77777777" w:rsidR="000E4AB2" w:rsidRDefault="00000000">
            <w:r>
              <w:rPr>
                <w:sz w:val="17"/>
              </w:rPr>
              <w:t xml:space="preserve"> </w:t>
            </w:r>
          </w:p>
        </w:tc>
        <w:tc>
          <w:tcPr>
            <w:tcW w:w="1704" w:type="dxa"/>
            <w:vAlign w:val="center"/>
          </w:tcPr>
          <w:p w14:paraId="650EC591" w14:textId="77777777" w:rsidR="000E4AB2" w:rsidRDefault="00000000">
            <w:r>
              <w:rPr>
                <w:sz w:val="17"/>
              </w:rPr>
              <w:t xml:space="preserve"> </w:t>
            </w:r>
          </w:p>
        </w:tc>
        <w:tc>
          <w:tcPr>
            <w:tcW w:w="1704" w:type="dxa"/>
            <w:vAlign w:val="center"/>
          </w:tcPr>
          <w:p w14:paraId="02BE267E" w14:textId="77777777" w:rsidR="000E4AB2" w:rsidRDefault="00000000">
            <w:r>
              <w:rPr>
                <w:sz w:val="17"/>
              </w:rPr>
              <w:t xml:space="preserve"> </w:t>
            </w:r>
          </w:p>
        </w:tc>
        <w:tc>
          <w:tcPr>
            <w:tcW w:w="1704" w:type="dxa"/>
            <w:vAlign w:val="center"/>
          </w:tcPr>
          <w:p w14:paraId="53D768F1" w14:textId="77777777" w:rsidR="000E4AB2" w:rsidRDefault="00000000">
            <w:r>
              <w:rPr>
                <w:sz w:val="17"/>
              </w:rPr>
              <w:t xml:space="preserve"> </w:t>
            </w:r>
          </w:p>
        </w:tc>
      </w:tr>
      <w:tr w:rsidR="000E4AB2" w14:paraId="693B419E" w14:textId="77777777">
        <w:trPr>
          <w:jc w:val="center"/>
        </w:trPr>
        <w:tc>
          <w:tcPr>
            <w:tcW w:w="1704" w:type="dxa"/>
            <w:vAlign w:val="center"/>
          </w:tcPr>
          <w:p w14:paraId="37DF40D1" w14:textId="77777777" w:rsidR="000E4AB2" w:rsidRDefault="00000000">
            <w:r>
              <w:rPr>
                <w:b/>
                <w:sz w:val="17"/>
              </w:rPr>
              <w:t>Violence/aggression</w:t>
            </w:r>
          </w:p>
        </w:tc>
        <w:tc>
          <w:tcPr>
            <w:tcW w:w="1704" w:type="dxa"/>
            <w:vAlign w:val="center"/>
          </w:tcPr>
          <w:p w14:paraId="0AC67390" w14:textId="77777777" w:rsidR="000E4AB2" w:rsidRDefault="00000000">
            <w:r>
              <w:rPr>
                <w:sz w:val="17"/>
              </w:rPr>
              <w:t xml:space="preserve"> </w:t>
            </w:r>
          </w:p>
        </w:tc>
        <w:tc>
          <w:tcPr>
            <w:tcW w:w="1704" w:type="dxa"/>
            <w:vAlign w:val="center"/>
          </w:tcPr>
          <w:p w14:paraId="7A4C026C" w14:textId="77777777" w:rsidR="000E4AB2" w:rsidRDefault="00000000">
            <w:r>
              <w:rPr>
                <w:sz w:val="17"/>
              </w:rPr>
              <w:t xml:space="preserve"> </w:t>
            </w:r>
          </w:p>
        </w:tc>
        <w:tc>
          <w:tcPr>
            <w:tcW w:w="1704" w:type="dxa"/>
            <w:vAlign w:val="center"/>
          </w:tcPr>
          <w:p w14:paraId="5105E265" w14:textId="77777777" w:rsidR="000E4AB2" w:rsidRDefault="00000000">
            <w:r>
              <w:rPr>
                <w:sz w:val="17"/>
              </w:rPr>
              <w:t xml:space="preserve"> </w:t>
            </w:r>
          </w:p>
        </w:tc>
        <w:tc>
          <w:tcPr>
            <w:tcW w:w="1704" w:type="dxa"/>
            <w:vAlign w:val="center"/>
          </w:tcPr>
          <w:p w14:paraId="69CB0B97" w14:textId="77777777" w:rsidR="000E4AB2" w:rsidRDefault="00000000">
            <w:r>
              <w:rPr>
                <w:sz w:val="17"/>
              </w:rPr>
              <w:t xml:space="preserve"> </w:t>
            </w:r>
          </w:p>
        </w:tc>
        <w:tc>
          <w:tcPr>
            <w:tcW w:w="1704" w:type="dxa"/>
            <w:vAlign w:val="center"/>
          </w:tcPr>
          <w:p w14:paraId="2D8883F6" w14:textId="77777777" w:rsidR="000E4AB2" w:rsidRDefault="00000000">
            <w:r>
              <w:rPr>
                <w:sz w:val="17"/>
              </w:rPr>
              <w:t xml:space="preserve"> </w:t>
            </w:r>
          </w:p>
        </w:tc>
      </w:tr>
      <w:tr w:rsidR="000E4AB2" w14:paraId="1FDE440A" w14:textId="77777777">
        <w:trPr>
          <w:jc w:val="center"/>
        </w:trPr>
        <w:tc>
          <w:tcPr>
            <w:tcW w:w="1704" w:type="dxa"/>
            <w:vAlign w:val="center"/>
          </w:tcPr>
          <w:p w14:paraId="21512EA8" w14:textId="77777777" w:rsidR="000E4AB2" w:rsidRDefault="00000000">
            <w:r>
              <w:rPr>
                <w:b/>
                <w:sz w:val="17"/>
              </w:rPr>
              <w:t>Fatigue/workload</w:t>
            </w:r>
          </w:p>
        </w:tc>
        <w:tc>
          <w:tcPr>
            <w:tcW w:w="1704" w:type="dxa"/>
            <w:vAlign w:val="center"/>
          </w:tcPr>
          <w:p w14:paraId="427797DB" w14:textId="77777777" w:rsidR="000E4AB2" w:rsidRDefault="00000000">
            <w:r>
              <w:rPr>
                <w:sz w:val="17"/>
              </w:rPr>
              <w:t xml:space="preserve"> </w:t>
            </w:r>
          </w:p>
        </w:tc>
        <w:tc>
          <w:tcPr>
            <w:tcW w:w="1704" w:type="dxa"/>
            <w:vAlign w:val="center"/>
          </w:tcPr>
          <w:p w14:paraId="01098893" w14:textId="77777777" w:rsidR="000E4AB2" w:rsidRDefault="00000000">
            <w:r>
              <w:rPr>
                <w:sz w:val="17"/>
              </w:rPr>
              <w:t xml:space="preserve"> </w:t>
            </w:r>
          </w:p>
        </w:tc>
        <w:tc>
          <w:tcPr>
            <w:tcW w:w="1704" w:type="dxa"/>
            <w:vAlign w:val="center"/>
          </w:tcPr>
          <w:p w14:paraId="65C924F9" w14:textId="77777777" w:rsidR="000E4AB2" w:rsidRDefault="00000000">
            <w:r>
              <w:rPr>
                <w:sz w:val="17"/>
              </w:rPr>
              <w:t xml:space="preserve"> </w:t>
            </w:r>
          </w:p>
        </w:tc>
        <w:tc>
          <w:tcPr>
            <w:tcW w:w="1704" w:type="dxa"/>
            <w:vAlign w:val="center"/>
          </w:tcPr>
          <w:p w14:paraId="709C5FCA" w14:textId="77777777" w:rsidR="000E4AB2" w:rsidRDefault="00000000">
            <w:r>
              <w:rPr>
                <w:sz w:val="17"/>
              </w:rPr>
              <w:t xml:space="preserve"> </w:t>
            </w:r>
          </w:p>
        </w:tc>
        <w:tc>
          <w:tcPr>
            <w:tcW w:w="1704" w:type="dxa"/>
            <w:vAlign w:val="center"/>
          </w:tcPr>
          <w:p w14:paraId="3A13ACF0" w14:textId="77777777" w:rsidR="000E4AB2" w:rsidRDefault="00000000">
            <w:r>
              <w:rPr>
                <w:sz w:val="17"/>
              </w:rPr>
              <w:t xml:space="preserve"> </w:t>
            </w:r>
          </w:p>
        </w:tc>
      </w:tr>
      <w:tr w:rsidR="000E4AB2" w14:paraId="04189936" w14:textId="77777777">
        <w:trPr>
          <w:jc w:val="center"/>
        </w:trPr>
        <w:tc>
          <w:tcPr>
            <w:tcW w:w="1704" w:type="dxa"/>
            <w:vAlign w:val="center"/>
          </w:tcPr>
          <w:p w14:paraId="2CE4E6BC" w14:textId="77777777" w:rsidR="000E4AB2" w:rsidRDefault="00000000">
            <w:r>
              <w:rPr>
                <w:b/>
                <w:sz w:val="17"/>
              </w:rPr>
              <w:t>Lone work</w:t>
            </w:r>
          </w:p>
        </w:tc>
        <w:tc>
          <w:tcPr>
            <w:tcW w:w="1704" w:type="dxa"/>
            <w:vAlign w:val="center"/>
          </w:tcPr>
          <w:p w14:paraId="64748F7D" w14:textId="77777777" w:rsidR="000E4AB2" w:rsidRDefault="00000000">
            <w:r>
              <w:rPr>
                <w:sz w:val="17"/>
              </w:rPr>
              <w:t xml:space="preserve"> </w:t>
            </w:r>
          </w:p>
        </w:tc>
        <w:tc>
          <w:tcPr>
            <w:tcW w:w="1704" w:type="dxa"/>
            <w:vAlign w:val="center"/>
          </w:tcPr>
          <w:p w14:paraId="66B19C67" w14:textId="77777777" w:rsidR="000E4AB2" w:rsidRDefault="00000000">
            <w:r>
              <w:rPr>
                <w:sz w:val="17"/>
              </w:rPr>
              <w:t xml:space="preserve"> </w:t>
            </w:r>
          </w:p>
        </w:tc>
        <w:tc>
          <w:tcPr>
            <w:tcW w:w="1704" w:type="dxa"/>
            <w:vAlign w:val="center"/>
          </w:tcPr>
          <w:p w14:paraId="46CA0E22" w14:textId="77777777" w:rsidR="000E4AB2" w:rsidRDefault="00000000">
            <w:r>
              <w:rPr>
                <w:sz w:val="17"/>
              </w:rPr>
              <w:t xml:space="preserve"> </w:t>
            </w:r>
          </w:p>
        </w:tc>
        <w:tc>
          <w:tcPr>
            <w:tcW w:w="1704" w:type="dxa"/>
            <w:vAlign w:val="center"/>
          </w:tcPr>
          <w:p w14:paraId="508D0BB6" w14:textId="77777777" w:rsidR="000E4AB2" w:rsidRDefault="00000000">
            <w:r>
              <w:rPr>
                <w:sz w:val="17"/>
              </w:rPr>
              <w:t xml:space="preserve"> </w:t>
            </w:r>
          </w:p>
        </w:tc>
        <w:tc>
          <w:tcPr>
            <w:tcW w:w="1704" w:type="dxa"/>
            <w:vAlign w:val="center"/>
          </w:tcPr>
          <w:p w14:paraId="4E072B65" w14:textId="77777777" w:rsidR="000E4AB2" w:rsidRDefault="00000000">
            <w:r>
              <w:rPr>
                <w:sz w:val="17"/>
              </w:rPr>
              <w:t xml:space="preserve"> </w:t>
            </w:r>
          </w:p>
        </w:tc>
      </w:tr>
      <w:tr w:rsidR="000E4AB2" w14:paraId="3D0DF6F2" w14:textId="77777777">
        <w:trPr>
          <w:jc w:val="center"/>
        </w:trPr>
        <w:tc>
          <w:tcPr>
            <w:tcW w:w="1704" w:type="dxa"/>
            <w:vAlign w:val="center"/>
          </w:tcPr>
          <w:p w14:paraId="3EBA6616" w14:textId="77777777" w:rsidR="000E4AB2" w:rsidRDefault="00000000">
            <w:r>
              <w:rPr>
                <w:b/>
                <w:sz w:val="17"/>
              </w:rPr>
              <w:t>Other practice-specific hazard</w:t>
            </w:r>
          </w:p>
        </w:tc>
        <w:tc>
          <w:tcPr>
            <w:tcW w:w="1704" w:type="dxa"/>
            <w:vAlign w:val="center"/>
          </w:tcPr>
          <w:p w14:paraId="0FEB400C" w14:textId="77777777" w:rsidR="000E4AB2" w:rsidRDefault="00000000">
            <w:r>
              <w:rPr>
                <w:sz w:val="17"/>
              </w:rPr>
              <w:t xml:space="preserve"> </w:t>
            </w:r>
          </w:p>
        </w:tc>
        <w:tc>
          <w:tcPr>
            <w:tcW w:w="1704" w:type="dxa"/>
            <w:vAlign w:val="center"/>
          </w:tcPr>
          <w:p w14:paraId="4F04CEF8" w14:textId="77777777" w:rsidR="000E4AB2" w:rsidRDefault="00000000">
            <w:r>
              <w:rPr>
                <w:sz w:val="17"/>
              </w:rPr>
              <w:t xml:space="preserve"> </w:t>
            </w:r>
          </w:p>
        </w:tc>
        <w:tc>
          <w:tcPr>
            <w:tcW w:w="1704" w:type="dxa"/>
            <w:vAlign w:val="center"/>
          </w:tcPr>
          <w:p w14:paraId="0684EC4B" w14:textId="77777777" w:rsidR="000E4AB2" w:rsidRDefault="00000000">
            <w:r>
              <w:rPr>
                <w:sz w:val="17"/>
              </w:rPr>
              <w:t xml:space="preserve"> </w:t>
            </w:r>
          </w:p>
        </w:tc>
        <w:tc>
          <w:tcPr>
            <w:tcW w:w="1704" w:type="dxa"/>
            <w:vAlign w:val="center"/>
          </w:tcPr>
          <w:p w14:paraId="3469B7D0" w14:textId="77777777" w:rsidR="000E4AB2" w:rsidRDefault="00000000">
            <w:r>
              <w:rPr>
                <w:sz w:val="17"/>
              </w:rPr>
              <w:t xml:space="preserve"> </w:t>
            </w:r>
          </w:p>
        </w:tc>
        <w:tc>
          <w:tcPr>
            <w:tcW w:w="1704" w:type="dxa"/>
            <w:vAlign w:val="center"/>
          </w:tcPr>
          <w:p w14:paraId="56BD73BD" w14:textId="77777777" w:rsidR="000E4AB2" w:rsidRDefault="00000000">
            <w:r>
              <w:rPr>
                <w:sz w:val="17"/>
              </w:rPr>
              <w:t xml:space="preserve"> </w:t>
            </w:r>
          </w:p>
        </w:tc>
      </w:tr>
    </w:tbl>
    <w:p w14:paraId="5BC78139" w14:textId="77777777" w:rsidR="000E4AB2" w:rsidRDefault="00000000">
      <w:pPr>
        <w:pStyle w:val="TemplateInstruction"/>
      </w:pPr>
      <w:r>
        <w:t>At Unit 1 stage, recognise infection-control and sustainability intersections, but develop the formal specialist documentation after completing Unit 2 Sustainability and Unit 3 Infection Prevention and Control.</w:t>
      </w:r>
    </w:p>
    <w:p w14:paraId="0FB54359" w14:textId="77777777" w:rsidR="000E4AB2" w:rsidRDefault="00000000">
      <w:r>
        <w:br w:type="page"/>
      </w:r>
    </w:p>
    <w:p w14:paraId="37E5666E" w14:textId="77777777" w:rsidR="000E4AB2" w:rsidRDefault="00000000">
      <w:pPr>
        <w:pStyle w:val="Heading1"/>
      </w:pPr>
      <w:bookmarkStart w:id="88" w:name="_Toc240137359"/>
      <w:r>
        <w:lastRenderedPageBreak/>
        <w:t>Template 27: WHS Workplace Inspection Checklist</w:t>
      </w:r>
      <w:bookmarkEnd w:id="88"/>
    </w:p>
    <w:p w14:paraId="76974D2B" w14:textId="77777777" w:rsidR="000E4AB2" w:rsidRDefault="00000000">
      <w:r>
        <w:rPr>
          <w:b/>
        </w:rPr>
        <w:t xml:space="preserve">Purpose: </w:t>
      </w:r>
      <w:r>
        <w:t>Conduct a practical inspection of a workplace or service environment and identify actions.</w:t>
      </w:r>
    </w:p>
    <w:p w14:paraId="25786834" w14:textId="77777777" w:rsidR="000E4AB2" w:rsidRDefault="00000000">
      <w:r>
        <w:rPr>
          <w:b/>
        </w:rPr>
        <w:t xml:space="preserve">Assessment use: </w:t>
      </w:r>
      <w:r>
        <w:t>Optional/context-dependent resource; may support monitoring and continuous improvement.</w:t>
      </w:r>
    </w:p>
    <w:p w14:paraId="174256DA"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tbl>
      <w:tblPr>
        <w:tblStyle w:val="TableGrid"/>
        <w:tblW w:w="0" w:type="auto"/>
        <w:jc w:val="center"/>
        <w:tblLook w:val="04A0" w:firstRow="1" w:lastRow="0" w:firstColumn="1" w:lastColumn="0" w:noHBand="0" w:noVBand="1"/>
      </w:tblPr>
      <w:tblGrid>
        <w:gridCol w:w="1704"/>
        <w:gridCol w:w="1704"/>
        <w:gridCol w:w="1704"/>
        <w:gridCol w:w="1704"/>
        <w:gridCol w:w="1704"/>
        <w:gridCol w:w="1704"/>
      </w:tblGrid>
      <w:tr w:rsidR="000E4AB2" w14:paraId="748F9046" w14:textId="77777777">
        <w:trPr>
          <w:jc w:val="center"/>
        </w:trPr>
        <w:tc>
          <w:tcPr>
            <w:tcW w:w="1704" w:type="dxa"/>
            <w:shd w:val="clear" w:color="auto" w:fill="D9EAF7"/>
            <w:vAlign w:val="center"/>
          </w:tcPr>
          <w:p w14:paraId="670AB95E" w14:textId="77777777" w:rsidR="000E4AB2" w:rsidRDefault="00000000">
            <w:r>
              <w:rPr>
                <w:b/>
                <w:sz w:val="16"/>
              </w:rPr>
              <w:t>Inspection area</w:t>
            </w:r>
          </w:p>
        </w:tc>
        <w:tc>
          <w:tcPr>
            <w:tcW w:w="1704" w:type="dxa"/>
            <w:shd w:val="clear" w:color="auto" w:fill="D9EAF7"/>
            <w:vAlign w:val="center"/>
          </w:tcPr>
          <w:p w14:paraId="217632A0" w14:textId="77777777" w:rsidR="000E4AB2" w:rsidRDefault="00000000">
            <w:r>
              <w:rPr>
                <w:b/>
                <w:sz w:val="16"/>
              </w:rPr>
              <w:t>Satisfactory</w:t>
            </w:r>
          </w:p>
        </w:tc>
        <w:tc>
          <w:tcPr>
            <w:tcW w:w="1704" w:type="dxa"/>
            <w:shd w:val="clear" w:color="auto" w:fill="D9EAF7"/>
            <w:vAlign w:val="center"/>
          </w:tcPr>
          <w:p w14:paraId="4E80F80B" w14:textId="77777777" w:rsidR="000E4AB2" w:rsidRDefault="00000000">
            <w:r>
              <w:rPr>
                <w:b/>
                <w:sz w:val="16"/>
              </w:rPr>
              <w:t>Issue / evidence</w:t>
            </w:r>
          </w:p>
        </w:tc>
        <w:tc>
          <w:tcPr>
            <w:tcW w:w="1704" w:type="dxa"/>
            <w:shd w:val="clear" w:color="auto" w:fill="D9EAF7"/>
            <w:vAlign w:val="center"/>
          </w:tcPr>
          <w:p w14:paraId="44B8A89E" w14:textId="77777777" w:rsidR="000E4AB2" w:rsidRDefault="00000000">
            <w:r>
              <w:rPr>
                <w:b/>
                <w:sz w:val="16"/>
              </w:rPr>
              <w:t>Action required</w:t>
            </w:r>
          </w:p>
        </w:tc>
        <w:tc>
          <w:tcPr>
            <w:tcW w:w="1704" w:type="dxa"/>
            <w:shd w:val="clear" w:color="auto" w:fill="D9EAF7"/>
            <w:vAlign w:val="center"/>
          </w:tcPr>
          <w:p w14:paraId="7B29A171" w14:textId="77777777" w:rsidR="000E4AB2" w:rsidRDefault="00000000">
            <w:r>
              <w:rPr>
                <w:b/>
                <w:sz w:val="16"/>
              </w:rPr>
              <w:t>Responsible person</w:t>
            </w:r>
          </w:p>
        </w:tc>
        <w:tc>
          <w:tcPr>
            <w:tcW w:w="1704" w:type="dxa"/>
            <w:shd w:val="clear" w:color="auto" w:fill="D9EAF7"/>
            <w:vAlign w:val="center"/>
          </w:tcPr>
          <w:p w14:paraId="07236969" w14:textId="77777777" w:rsidR="000E4AB2" w:rsidRDefault="00000000">
            <w:r>
              <w:rPr>
                <w:b/>
                <w:sz w:val="16"/>
              </w:rPr>
              <w:t>Due date</w:t>
            </w:r>
          </w:p>
        </w:tc>
      </w:tr>
      <w:tr w:rsidR="000E4AB2" w14:paraId="6BCDABCC" w14:textId="77777777">
        <w:trPr>
          <w:jc w:val="center"/>
        </w:trPr>
        <w:tc>
          <w:tcPr>
            <w:tcW w:w="1704" w:type="dxa"/>
            <w:vAlign w:val="center"/>
          </w:tcPr>
          <w:p w14:paraId="429EB0EF" w14:textId="77777777" w:rsidR="000E4AB2" w:rsidRDefault="00000000">
            <w:r>
              <w:rPr>
                <w:b/>
                <w:sz w:val="17"/>
              </w:rPr>
              <w:t>Access / exits / housekeeping</w:t>
            </w:r>
          </w:p>
        </w:tc>
        <w:tc>
          <w:tcPr>
            <w:tcW w:w="1704" w:type="dxa"/>
            <w:vAlign w:val="center"/>
          </w:tcPr>
          <w:p w14:paraId="5CF6A30E" w14:textId="77777777" w:rsidR="000E4AB2" w:rsidRDefault="00000000">
            <w:r>
              <w:rPr>
                <w:sz w:val="17"/>
              </w:rPr>
              <w:t xml:space="preserve"> </w:t>
            </w:r>
          </w:p>
        </w:tc>
        <w:tc>
          <w:tcPr>
            <w:tcW w:w="1704" w:type="dxa"/>
            <w:vAlign w:val="center"/>
          </w:tcPr>
          <w:p w14:paraId="7CDA2EF1" w14:textId="77777777" w:rsidR="000E4AB2" w:rsidRDefault="00000000">
            <w:r>
              <w:rPr>
                <w:sz w:val="17"/>
              </w:rPr>
              <w:t xml:space="preserve"> </w:t>
            </w:r>
          </w:p>
        </w:tc>
        <w:tc>
          <w:tcPr>
            <w:tcW w:w="1704" w:type="dxa"/>
            <w:vAlign w:val="center"/>
          </w:tcPr>
          <w:p w14:paraId="5947D21A" w14:textId="77777777" w:rsidR="000E4AB2" w:rsidRDefault="00000000">
            <w:r>
              <w:rPr>
                <w:sz w:val="17"/>
              </w:rPr>
              <w:t xml:space="preserve"> </w:t>
            </w:r>
          </w:p>
        </w:tc>
        <w:tc>
          <w:tcPr>
            <w:tcW w:w="1704" w:type="dxa"/>
            <w:vAlign w:val="center"/>
          </w:tcPr>
          <w:p w14:paraId="335427B5" w14:textId="77777777" w:rsidR="000E4AB2" w:rsidRDefault="00000000">
            <w:r>
              <w:rPr>
                <w:sz w:val="17"/>
              </w:rPr>
              <w:t xml:space="preserve"> </w:t>
            </w:r>
          </w:p>
        </w:tc>
        <w:tc>
          <w:tcPr>
            <w:tcW w:w="1704" w:type="dxa"/>
            <w:vAlign w:val="center"/>
          </w:tcPr>
          <w:p w14:paraId="3E8412AF" w14:textId="77777777" w:rsidR="000E4AB2" w:rsidRDefault="00000000">
            <w:r>
              <w:rPr>
                <w:sz w:val="17"/>
              </w:rPr>
              <w:t xml:space="preserve"> </w:t>
            </w:r>
          </w:p>
        </w:tc>
      </w:tr>
      <w:tr w:rsidR="000E4AB2" w14:paraId="65BF6F28" w14:textId="77777777">
        <w:trPr>
          <w:jc w:val="center"/>
        </w:trPr>
        <w:tc>
          <w:tcPr>
            <w:tcW w:w="1704" w:type="dxa"/>
            <w:vAlign w:val="center"/>
          </w:tcPr>
          <w:p w14:paraId="4C44A459" w14:textId="77777777" w:rsidR="000E4AB2" w:rsidRDefault="00000000">
            <w:r>
              <w:rPr>
                <w:b/>
                <w:sz w:val="17"/>
              </w:rPr>
              <w:t>Floors / slips / trips</w:t>
            </w:r>
          </w:p>
        </w:tc>
        <w:tc>
          <w:tcPr>
            <w:tcW w:w="1704" w:type="dxa"/>
            <w:vAlign w:val="center"/>
          </w:tcPr>
          <w:p w14:paraId="0061D243" w14:textId="77777777" w:rsidR="000E4AB2" w:rsidRDefault="00000000">
            <w:r>
              <w:rPr>
                <w:sz w:val="17"/>
              </w:rPr>
              <w:t xml:space="preserve"> </w:t>
            </w:r>
          </w:p>
        </w:tc>
        <w:tc>
          <w:tcPr>
            <w:tcW w:w="1704" w:type="dxa"/>
            <w:vAlign w:val="center"/>
          </w:tcPr>
          <w:p w14:paraId="43CC0558" w14:textId="77777777" w:rsidR="000E4AB2" w:rsidRDefault="00000000">
            <w:r>
              <w:rPr>
                <w:sz w:val="17"/>
              </w:rPr>
              <w:t xml:space="preserve"> </w:t>
            </w:r>
          </w:p>
        </w:tc>
        <w:tc>
          <w:tcPr>
            <w:tcW w:w="1704" w:type="dxa"/>
            <w:vAlign w:val="center"/>
          </w:tcPr>
          <w:p w14:paraId="04F5D2DF" w14:textId="77777777" w:rsidR="000E4AB2" w:rsidRDefault="00000000">
            <w:r>
              <w:rPr>
                <w:sz w:val="17"/>
              </w:rPr>
              <w:t xml:space="preserve"> </w:t>
            </w:r>
          </w:p>
        </w:tc>
        <w:tc>
          <w:tcPr>
            <w:tcW w:w="1704" w:type="dxa"/>
            <w:vAlign w:val="center"/>
          </w:tcPr>
          <w:p w14:paraId="65A764F7" w14:textId="77777777" w:rsidR="000E4AB2" w:rsidRDefault="00000000">
            <w:r>
              <w:rPr>
                <w:sz w:val="17"/>
              </w:rPr>
              <w:t xml:space="preserve"> </w:t>
            </w:r>
          </w:p>
        </w:tc>
        <w:tc>
          <w:tcPr>
            <w:tcW w:w="1704" w:type="dxa"/>
            <w:vAlign w:val="center"/>
          </w:tcPr>
          <w:p w14:paraId="61D93B29" w14:textId="77777777" w:rsidR="000E4AB2" w:rsidRDefault="00000000">
            <w:r>
              <w:rPr>
                <w:sz w:val="17"/>
              </w:rPr>
              <w:t xml:space="preserve"> </w:t>
            </w:r>
          </w:p>
        </w:tc>
      </w:tr>
      <w:tr w:rsidR="000E4AB2" w14:paraId="51AB075E" w14:textId="77777777">
        <w:trPr>
          <w:jc w:val="center"/>
        </w:trPr>
        <w:tc>
          <w:tcPr>
            <w:tcW w:w="1704" w:type="dxa"/>
            <w:vAlign w:val="center"/>
          </w:tcPr>
          <w:p w14:paraId="7C183482" w14:textId="77777777" w:rsidR="000E4AB2" w:rsidRDefault="00000000">
            <w:r>
              <w:rPr>
                <w:b/>
                <w:sz w:val="17"/>
              </w:rPr>
              <w:t>Lighting / noise / temperature</w:t>
            </w:r>
          </w:p>
        </w:tc>
        <w:tc>
          <w:tcPr>
            <w:tcW w:w="1704" w:type="dxa"/>
            <w:vAlign w:val="center"/>
          </w:tcPr>
          <w:p w14:paraId="47A35D68" w14:textId="77777777" w:rsidR="000E4AB2" w:rsidRDefault="00000000">
            <w:r>
              <w:rPr>
                <w:sz w:val="17"/>
              </w:rPr>
              <w:t xml:space="preserve"> </w:t>
            </w:r>
          </w:p>
        </w:tc>
        <w:tc>
          <w:tcPr>
            <w:tcW w:w="1704" w:type="dxa"/>
            <w:vAlign w:val="center"/>
          </w:tcPr>
          <w:p w14:paraId="6143341F" w14:textId="77777777" w:rsidR="000E4AB2" w:rsidRDefault="00000000">
            <w:r>
              <w:rPr>
                <w:sz w:val="17"/>
              </w:rPr>
              <w:t xml:space="preserve"> </w:t>
            </w:r>
          </w:p>
        </w:tc>
        <w:tc>
          <w:tcPr>
            <w:tcW w:w="1704" w:type="dxa"/>
            <w:vAlign w:val="center"/>
          </w:tcPr>
          <w:p w14:paraId="6A338531" w14:textId="77777777" w:rsidR="000E4AB2" w:rsidRDefault="00000000">
            <w:r>
              <w:rPr>
                <w:sz w:val="17"/>
              </w:rPr>
              <w:t xml:space="preserve"> </w:t>
            </w:r>
          </w:p>
        </w:tc>
        <w:tc>
          <w:tcPr>
            <w:tcW w:w="1704" w:type="dxa"/>
            <w:vAlign w:val="center"/>
          </w:tcPr>
          <w:p w14:paraId="55899346" w14:textId="77777777" w:rsidR="000E4AB2" w:rsidRDefault="00000000">
            <w:r>
              <w:rPr>
                <w:sz w:val="17"/>
              </w:rPr>
              <w:t xml:space="preserve"> </w:t>
            </w:r>
          </w:p>
        </w:tc>
        <w:tc>
          <w:tcPr>
            <w:tcW w:w="1704" w:type="dxa"/>
            <w:vAlign w:val="center"/>
          </w:tcPr>
          <w:p w14:paraId="19E3C28B" w14:textId="77777777" w:rsidR="000E4AB2" w:rsidRDefault="00000000">
            <w:r>
              <w:rPr>
                <w:sz w:val="17"/>
              </w:rPr>
              <w:t xml:space="preserve"> </w:t>
            </w:r>
          </w:p>
        </w:tc>
      </w:tr>
      <w:tr w:rsidR="000E4AB2" w14:paraId="4C7BD05F" w14:textId="77777777">
        <w:trPr>
          <w:jc w:val="center"/>
        </w:trPr>
        <w:tc>
          <w:tcPr>
            <w:tcW w:w="1704" w:type="dxa"/>
            <w:vAlign w:val="center"/>
          </w:tcPr>
          <w:p w14:paraId="294675D2" w14:textId="77777777" w:rsidR="000E4AB2" w:rsidRDefault="00000000">
            <w:r>
              <w:rPr>
                <w:b/>
                <w:sz w:val="17"/>
              </w:rPr>
              <w:t>Animal areas / welfare</w:t>
            </w:r>
          </w:p>
        </w:tc>
        <w:tc>
          <w:tcPr>
            <w:tcW w:w="1704" w:type="dxa"/>
            <w:vAlign w:val="center"/>
          </w:tcPr>
          <w:p w14:paraId="0F22B682" w14:textId="77777777" w:rsidR="000E4AB2" w:rsidRDefault="00000000">
            <w:r>
              <w:rPr>
                <w:sz w:val="17"/>
              </w:rPr>
              <w:t xml:space="preserve"> </w:t>
            </w:r>
          </w:p>
        </w:tc>
        <w:tc>
          <w:tcPr>
            <w:tcW w:w="1704" w:type="dxa"/>
            <w:vAlign w:val="center"/>
          </w:tcPr>
          <w:p w14:paraId="41C05C10" w14:textId="77777777" w:rsidR="000E4AB2" w:rsidRDefault="00000000">
            <w:r>
              <w:rPr>
                <w:sz w:val="17"/>
              </w:rPr>
              <w:t xml:space="preserve"> </w:t>
            </w:r>
          </w:p>
        </w:tc>
        <w:tc>
          <w:tcPr>
            <w:tcW w:w="1704" w:type="dxa"/>
            <w:vAlign w:val="center"/>
          </w:tcPr>
          <w:p w14:paraId="0B98AC8E" w14:textId="77777777" w:rsidR="000E4AB2" w:rsidRDefault="00000000">
            <w:r>
              <w:rPr>
                <w:sz w:val="17"/>
              </w:rPr>
              <w:t xml:space="preserve"> </w:t>
            </w:r>
          </w:p>
        </w:tc>
        <w:tc>
          <w:tcPr>
            <w:tcW w:w="1704" w:type="dxa"/>
            <w:vAlign w:val="center"/>
          </w:tcPr>
          <w:p w14:paraId="7B2075C9" w14:textId="77777777" w:rsidR="000E4AB2" w:rsidRDefault="00000000">
            <w:r>
              <w:rPr>
                <w:sz w:val="17"/>
              </w:rPr>
              <w:t xml:space="preserve"> </w:t>
            </w:r>
          </w:p>
        </w:tc>
        <w:tc>
          <w:tcPr>
            <w:tcW w:w="1704" w:type="dxa"/>
            <w:vAlign w:val="center"/>
          </w:tcPr>
          <w:p w14:paraId="275394AF" w14:textId="77777777" w:rsidR="000E4AB2" w:rsidRDefault="00000000">
            <w:r>
              <w:rPr>
                <w:sz w:val="17"/>
              </w:rPr>
              <w:t xml:space="preserve"> </w:t>
            </w:r>
          </w:p>
        </w:tc>
      </w:tr>
      <w:tr w:rsidR="000E4AB2" w14:paraId="76D11054" w14:textId="77777777">
        <w:trPr>
          <w:jc w:val="center"/>
        </w:trPr>
        <w:tc>
          <w:tcPr>
            <w:tcW w:w="1704" w:type="dxa"/>
            <w:vAlign w:val="center"/>
          </w:tcPr>
          <w:p w14:paraId="44F59B56" w14:textId="77777777" w:rsidR="000E4AB2" w:rsidRDefault="00000000">
            <w:r>
              <w:rPr>
                <w:b/>
                <w:sz w:val="17"/>
              </w:rPr>
              <w:t>Equipment / assistive technology</w:t>
            </w:r>
          </w:p>
        </w:tc>
        <w:tc>
          <w:tcPr>
            <w:tcW w:w="1704" w:type="dxa"/>
            <w:vAlign w:val="center"/>
          </w:tcPr>
          <w:p w14:paraId="1D550F61" w14:textId="77777777" w:rsidR="000E4AB2" w:rsidRDefault="00000000">
            <w:r>
              <w:rPr>
                <w:sz w:val="17"/>
              </w:rPr>
              <w:t xml:space="preserve"> </w:t>
            </w:r>
          </w:p>
        </w:tc>
        <w:tc>
          <w:tcPr>
            <w:tcW w:w="1704" w:type="dxa"/>
            <w:vAlign w:val="center"/>
          </w:tcPr>
          <w:p w14:paraId="633BCD9C" w14:textId="77777777" w:rsidR="000E4AB2" w:rsidRDefault="00000000">
            <w:r>
              <w:rPr>
                <w:sz w:val="17"/>
              </w:rPr>
              <w:t xml:space="preserve"> </w:t>
            </w:r>
          </w:p>
        </w:tc>
        <w:tc>
          <w:tcPr>
            <w:tcW w:w="1704" w:type="dxa"/>
            <w:vAlign w:val="center"/>
          </w:tcPr>
          <w:p w14:paraId="084BBD8E" w14:textId="77777777" w:rsidR="000E4AB2" w:rsidRDefault="00000000">
            <w:r>
              <w:rPr>
                <w:sz w:val="17"/>
              </w:rPr>
              <w:t xml:space="preserve"> </w:t>
            </w:r>
          </w:p>
        </w:tc>
        <w:tc>
          <w:tcPr>
            <w:tcW w:w="1704" w:type="dxa"/>
            <w:vAlign w:val="center"/>
          </w:tcPr>
          <w:p w14:paraId="5CB3A8EE" w14:textId="77777777" w:rsidR="000E4AB2" w:rsidRDefault="00000000">
            <w:r>
              <w:rPr>
                <w:sz w:val="17"/>
              </w:rPr>
              <w:t xml:space="preserve"> </w:t>
            </w:r>
          </w:p>
        </w:tc>
        <w:tc>
          <w:tcPr>
            <w:tcW w:w="1704" w:type="dxa"/>
            <w:vAlign w:val="center"/>
          </w:tcPr>
          <w:p w14:paraId="7364A313" w14:textId="77777777" w:rsidR="000E4AB2" w:rsidRDefault="00000000">
            <w:r>
              <w:rPr>
                <w:sz w:val="17"/>
              </w:rPr>
              <w:t xml:space="preserve"> </w:t>
            </w:r>
          </w:p>
        </w:tc>
      </w:tr>
      <w:tr w:rsidR="000E4AB2" w14:paraId="0B940880" w14:textId="77777777">
        <w:trPr>
          <w:jc w:val="center"/>
        </w:trPr>
        <w:tc>
          <w:tcPr>
            <w:tcW w:w="1704" w:type="dxa"/>
            <w:vAlign w:val="center"/>
          </w:tcPr>
          <w:p w14:paraId="4D6C4D3E" w14:textId="77777777" w:rsidR="000E4AB2" w:rsidRDefault="00000000">
            <w:r>
              <w:rPr>
                <w:b/>
                <w:sz w:val="17"/>
              </w:rPr>
              <w:t>Manual-task arrangements</w:t>
            </w:r>
          </w:p>
        </w:tc>
        <w:tc>
          <w:tcPr>
            <w:tcW w:w="1704" w:type="dxa"/>
            <w:vAlign w:val="center"/>
          </w:tcPr>
          <w:p w14:paraId="4EDC1E90" w14:textId="77777777" w:rsidR="000E4AB2" w:rsidRDefault="00000000">
            <w:r>
              <w:rPr>
                <w:sz w:val="17"/>
              </w:rPr>
              <w:t xml:space="preserve"> </w:t>
            </w:r>
          </w:p>
        </w:tc>
        <w:tc>
          <w:tcPr>
            <w:tcW w:w="1704" w:type="dxa"/>
            <w:vAlign w:val="center"/>
          </w:tcPr>
          <w:p w14:paraId="6D8D4863" w14:textId="77777777" w:rsidR="000E4AB2" w:rsidRDefault="00000000">
            <w:r>
              <w:rPr>
                <w:sz w:val="17"/>
              </w:rPr>
              <w:t xml:space="preserve"> </w:t>
            </w:r>
          </w:p>
        </w:tc>
        <w:tc>
          <w:tcPr>
            <w:tcW w:w="1704" w:type="dxa"/>
            <w:vAlign w:val="center"/>
          </w:tcPr>
          <w:p w14:paraId="601EE224" w14:textId="77777777" w:rsidR="000E4AB2" w:rsidRDefault="00000000">
            <w:r>
              <w:rPr>
                <w:sz w:val="17"/>
              </w:rPr>
              <w:t xml:space="preserve"> </w:t>
            </w:r>
          </w:p>
        </w:tc>
        <w:tc>
          <w:tcPr>
            <w:tcW w:w="1704" w:type="dxa"/>
            <w:vAlign w:val="center"/>
          </w:tcPr>
          <w:p w14:paraId="1BD679BD" w14:textId="77777777" w:rsidR="000E4AB2" w:rsidRDefault="00000000">
            <w:r>
              <w:rPr>
                <w:sz w:val="17"/>
              </w:rPr>
              <w:t xml:space="preserve"> </w:t>
            </w:r>
          </w:p>
        </w:tc>
        <w:tc>
          <w:tcPr>
            <w:tcW w:w="1704" w:type="dxa"/>
            <w:vAlign w:val="center"/>
          </w:tcPr>
          <w:p w14:paraId="0E090867" w14:textId="77777777" w:rsidR="000E4AB2" w:rsidRDefault="00000000">
            <w:r>
              <w:rPr>
                <w:sz w:val="17"/>
              </w:rPr>
              <w:t xml:space="preserve"> </w:t>
            </w:r>
          </w:p>
        </w:tc>
      </w:tr>
      <w:tr w:rsidR="000E4AB2" w14:paraId="39FC1FA7" w14:textId="77777777">
        <w:trPr>
          <w:jc w:val="center"/>
        </w:trPr>
        <w:tc>
          <w:tcPr>
            <w:tcW w:w="1704" w:type="dxa"/>
            <w:vAlign w:val="center"/>
          </w:tcPr>
          <w:p w14:paraId="4916C900" w14:textId="77777777" w:rsidR="000E4AB2" w:rsidRDefault="00000000">
            <w:r>
              <w:rPr>
                <w:b/>
                <w:sz w:val="17"/>
              </w:rPr>
              <w:t>Chemicals / SDS</w:t>
            </w:r>
          </w:p>
        </w:tc>
        <w:tc>
          <w:tcPr>
            <w:tcW w:w="1704" w:type="dxa"/>
            <w:vAlign w:val="center"/>
          </w:tcPr>
          <w:p w14:paraId="0A29EF2D" w14:textId="77777777" w:rsidR="000E4AB2" w:rsidRDefault="00000000">
            <w:r>
              <w:rPr>
                <w:sz w:val="17"/>
              </w:rPr>
              <w:t xml:space="preserve"> </w:t>
            </w:r>
          </w:p>
        </w:tc>
        <w:tc>
          <w:tcPr>
            <w:tcW w:w="1704" w:type="dxa"/>
            <w:vAlign w:val="center"/>
          </w:tcPr>
          <w:p w14:paraId="05C95397" w14:textId="77777777" w:rsidR="000E4AB2" w:rsidRDefault="00000000">
            <w:r>
              <w:rPr>
                <w:sz w:val="17"/>
              </w:rPr>
              <w:t xml:space="preserve"> </w:t>
            </w:r>
          </w:p>
        </w:tc>
        <w:tc>
          <w:tcPr>
            <w:tcW w:w="1704" w:type="dxa"/>
            <w:vAlign w:val="center"/>
          </w:tcPr>
          <w:p w14:paraId="17986ADA" w14:textId="77777777" w:rsidR="000E4AB2" w:rsidRDefault="00000000">
            <w:r>
              <w:rPr>
                <w:sz w:val="17"/>
              </w:rPr>
              <w:t xml:space="preserve"> </w:t>
            </w:r>
          </w:p>
        </w:tc>
        <w:tc>
          <w:tcPr>
            <w:tcW w:w="1704" w:type="dxa"/>
            <w:vAlign w:val="center"/>
          </w:tcPr>
          <w:p w14:paraId="4D47DA00" w14:textId="77777777" w:rsidR="000E4AB2" w:rsidRDefault="00000000">
            <w:r>
              <w:rPr>
                <w:sz w:val="17"/>
              </w:rPr>
              <w:t xml:space="preserve"> </w:t>
            </w:r>
          </w:p>
        </w:tc>
        <w:tc>
          <w:tcPr>
            <w:tcW w:w="1704" w:type="dxa"/>
            <w:vAlign w:val="center"/>
          </w:tcPr>
          <w:p w14:paraId="588323AA" w14:textId="77777777" w:rsidR="000E4AB2" w:rsidRDefault="00000000">
            <w:r>
              <w:rPr>
                <w:sz w:val="17"/>
              </w:rPr>
              <w:t xml:space="preserve"> </w:t>
            </w:r>
          </w:p>
        </w:tc>
      </w:tr>
      <w:tr w:rsidR="000E4AB2" w14:paraId="1497125A" w14:textId="77777777">
        <w:trPr>
          <w:jc w:val="center"/>
        </w:trPr>
        <w:tc>
          <w:tcPr>
            <w:tcW w:w="1704" w:type="dxa"/>
            <w:vAlign w:val="center"/>
          </w:tcPr>
          <w:p w14:paraId="18571CEB" w14:textId="77777777" w:rsidR="000E4AB2" w:rsidRDefault="00000000">
            <w:r>
              <w:rPr>
                <w:b/>
                <w:sz w:val="17"/>
              </w:rPr>
              <w:t>Biological / cleaning arrangements</w:t>
            </w:r>
          </w:p>
        </w:tc>
        <w:tc>
          <w:tcPr>
            <w:tcW w:w="1704" w:type="dxa"/>
            <w:vAlign w:val="center"/>
          </w:tcPr>
          <w:p w14:paraId="60FD0F47" w14:textId="77777777" w:rsidR="000E4AB2" w:rsidRDefault="00000000">
            <w:r>
              <w:rPr>
                <w:sz w:val="17"/>
              </w:rPr>
              <w:t xml:space="preserve"> </w:t>
            </w:r>
          </w:p>
        </w:tc>
        <w:tc>
          <w:tcPr>
            <w:tcW w:w="1704" w:type="dxa"/>
            <w:vAlign w:val="center"/>
          </w:tcPr>
          <w:p w14:paraId="67400190" w14:textId="77777777" w:rsidR="000E4AB2" w:rsidRDefault="00000000">
            <w:r>
              <w:rPr>
                <w:sz w:val="17"/>
              </w:rPr>
              <w:t xml:space="preserve"> </w:t>
            </w:r>
          </w:p>
        </w:tc>
        <w:tc>
          <w:tcPr>
            <w:tcW w:w="1704" w:type="dxa"/>
            <w:vAlign w:val="center"/>
          </w:tcPr>
          <w:p w14:paraId="1D88EB4C" w14:textId="77777777" w:rsidR="000E4AB2" w:rsidRDefault="00000000">
            <w:r>
              <w:rPr>
                <w:sz w:val="17"/>
              </w:rPr>
              <w:t xml:space="preserve"> </w:t>
            </w:r>
          </w:p>
        </w:tc>
        <w:tc>
          <w:tcPr>
            <w:tcW w:w="1704" w:type="dxa"/>
            <w:vAlign w:val="center"/>
          </w:tcPr>
          <w:p w14:paraId="28B7915C" w14:textId="77777777" w:rsidR="000E4AB2" w:rsidRDefault="00000000">
            <w:r>
              <w:rPr>
                <w:sz w:val="17"/>
              </w:rPr>
              <w:t xml:space="preserve"> </w:t>
            </w:r>
          </w:p>
        </w:tc>
        <w:tc>
          <w:tcPr>
            <w:tcW w:w="1704" w:type="dxa"/>
            <w:vAlign w:val="center"/>
          </w:tcPr>
          <w:p w14:paraId="25504C97" w14:textId="77777777" w:rsidR="000E4AB2" w:rsidRDefault="00000000">
            <w:r>
              <w:rPr>
                <w:sz w:val="17"/>
              </w:rPr>
              <w:t xml:space="preserve"> </w:t>
            </w:r>
          </w:p>
        </w:tc>
      </w:tr>
      <w:tr w:rsidR="000E4AB2" w14:paraId="7B9948EB" w14:textId="77777777">
        <w:trPr>
          <w:jc w:val="center"/>
        </w:trPr>
        <w:tc>
          <w:tcPr>
            <w:tcW w:w="1704" w:type="dxa"/>
            <w:vAlign w:val="center"/>
          </w:tcPr>
          <w:p w14:paraId="02A7C3D7" w14:textId="77777777" w:rsidR="000E4AB2" w:rsidRDefault="00000000">
            <w:r>
              <w:rPr>
                <w:b/>
                <w:sz w:val="17"/>
              </w:rPr>
              <w:t>Public / client safety</w:t>
            </w:r>
          </w:p>
        </w:tc>
        <w:tc>
          <w:tcPr>
            <w:tcW w:w="1704" w:type="dxa"/>
            <w:vAlign w:val="center"/>
          </w:tcPr>
          <w:p w14:paraId="7910CAF8" w14:textId="77777777" w:rsidR="000E4AB2" w:rsidRDefault="00000000">
            <w:r>
              <w:rPr>
                <w:sz w:val="17"/>
              </w:rPr>
              <w:t xml:space="preserve"> </w:t>
            </w:r>
          </w:p>
        </w:tc>
        <w:tc>
          <w:tcPr>
            <w:tcW w:w="1704" w:type="dxa"/>
            <w:vAlign w:val="center"/>
          </w:tcPr>
          <w:p w14:paraId="14479152" w14:textId="77777777" w:rsidR="000E4AB2" w:rsidRDefault="00000000">
            <w:r>
              <w:rPr>
                <w:sz w:val="17"/>
              </w:rPr>
              <w:t xml:space="preserve"> </w:t>
            </w:r>
          </w:p>
        </w:tc>
        <w:tc>
          <w:tcPr>
            <w:tcW w:w="1704" w:type="dxa"/>
            <w:vAlign w:val="center"/>
          </w:tcPr>
          <w:p w14:paraId="189EBFB2" w14:textId="77777777" w:rsidR="000E4AB2" w:rsidRDefault="00000000">
            <w:r>
              <w:rPr>
                <w:sz w:val="17"/>
              </w:rPr>
              <w:t xml:space="preserve"> </w:t>
            </w:r>
          </w:p>
        </w:tc>
        <w:tc>
          <w:tcPr>
            <w:tcW w:w="1704" w:type="dxa"/>
            <w:vAlign w:val="center"/>
          </w:tcPr>
          <w:p w14:paraId="1D2CDF64" w14:textId="77777777" w:rsidR="000E4AB2" w:rsidRDefault="00000000">
            <w:r>
              <w:rPr>
                <w:sz w:val="17"/>
              </w:rPr>
              <w:t xml:space="preserve"> </w:t>
            </w:r>
          </w:p>
        </w:tc>
        <w:tc>
          <w:tcPr>
            <w:tcW w:w="1704" w:type="dxa"/>
            <w:vAlign w:val="center"/>
          </w:tcPr>
          <w:p w14:paraId="5D82BCFE" w14:textId="77777777" w:rsidR="000E4AB2" w:rsidRDefault="00000000">
            <w:r>
              <w:rPr>
                <w:sz w:val="17"/>
              </w:rPr>
              <w:t xml:space="preserve"> </w:t>
            </w:r>
          </w:p>
        </w:tc>
      </w:tr>
      <w:tr w:rsidR="000E4AB2" w14:paraId="59795F77" w14:textId="77777777">
        <w:trPr>
          <w:jc w:val="center"/>
        </w:trPr>
        <w:tc>
          <w:tcPr>
            <w:tcW w:w="1704" w:type="dxa"/>
            <w:vAlign w:val="center"/>
          </w:tcPr>
          <w:p w14:paraId="428F47BF" w14:textId="77777777" w:rsidR="000E4AB2" w:rsidRDefault="00000000">
            <w:r>
              <w:rPr>
                <w:b/>
                <w:sz w:val="17"/>
              </w:rPr>
              <w:t>Emergency equipment / information</w:t>
            </w:r>
          </w:p>
        </w:tc>
        <w:tc>
          <w:tcPr>
            <w:tcW w:w="1704" w:type="dxa"/>
            <w:vAlign w:val="center"/>
          </w:tcPr>
          <w:p w14:paraId="0DC04547" w14:textId="77777777" w:rsidR="000E4AB2" w:rsidRDefault="00000000">
            <w:r>
              <w:rPr>
                <w:sz w:val="17"/>
              </w:rPr>
              <w:t xml:space="preserve"> </w:t>
            </w:r>
          </w:p>
        </w:tc>
        <w:tc>
          <w:tcPr>
            <w:tcW w:w="1704" w:type="dxa"/>
            <w:vAlign w:val="center"/>
          </w:tcPr>
          <w:p w14:paraId="242E74EF" w14:textId="77777777" w:rsidR="000E4AB2" w:rsidRDefault="00000000">
            <w:r>
              <w:rPr>
                <w:sz w:val="17"/>
              </w:rPr>
              <w:t xml:space="preserve"> </w:t>
            </w:r>
          </w:p>
        </w:tc>
        <w:tc>
          <w:tcPr>
            <w:tcW w:w="1704" w:type="dxa"/>
            <w:vAlign w:val="center"/>
          </w:tcPr>
          <w:p w14:paraId="2548BAE2" w14:textId="77777777" w:rsidR="000E4AB2" w:rsidRDefault="00000000">
            <w:r>
              <w:rPr>
                <w:sz w:val="17"/>
              </w:rPr>
              <w:t xml:space="preserve"> </w:t>
            </w:r>
          </w:p>
        </w:tc>
        <w:tc>
          <w:tcPr>
            <w:tcW w:w="1704" w:type="dxa"/>
            <w:vAlign w:val="center"/>
          </w:tcPr>
          <w:p w14:paraId="72364392" w14:textId="77777777" w:rsidR="000E4AB2" w:rsidRDefault="00000000">
            <w:r>
              <w:rPr>
                <w:sz w:val="17"/>
              </w:rPr>
              <w:t xml:space="preserve"> </w:t>
            </w:r>
          </w:p>
        </w:tc>
        <w:tc>
          <w:tcPr>
            <w:tcW w:w="1704" w:type="dxa"/>
            <w:vAlign w:val="center"/>
          </w:tcPr>
          <w:p w14:paraId="26CB1F38" w14:textId="77777777" w:rsidR="000E4AB2" w:rsidRDefault="00000000">
            <w:r>
              <w:rPr>
                <w:sz w:val="17"/>
              </w:rPr>
              <w:t xml:space="preserve"> </w:t>
            </w:r>
          </w:p>
        </w:tc>
      </w:tr>
      <w:tr w:rsidR="000E4AB2" w14:paraId="5CB74FDD" w14:textId="77777777">
        <w:trPr>
          <w:jc w:val="center"/>
        </w:trPr>
        <w:tc>
          <w:tcPr>
            <w:tcW w:w="1704" w:type="dxa"/>
            <w:vAlign w:val="center"/>
          </w:tcPr>
          <w:p w14:paraId="205033F2" w14:textId="77777777" w:rsidR="000E4AB2" w:rsidRDefault="00000000">
            <w:r>
              <w:rPr>
                <w:b/>
                <w:sz w:val="17"/>
              </w:rPr>
              <w:t>Documentation / signage</w:t>
            </w:r>
          </w:p>
        </w:tc>
        <w:tc>
          <w:tcPr>
            <w:tcW w:w="1704" w:type="dxa"/>
            <w:vAlign w:val="center"/>
          </w:tcPr>
          <w:p w14:paraId="3FE58AFA" w14:textId="77777777" w:rsidR="000E4AB2" w:rsidRDefault="00000000">
            <w:r>
              <w:rPr>
                <w:sz w:val="17"/>
              </w:rPr>
              <w:t xml:space="preserve"> </w:t>
            </w:r>
          </w:p>
        </w:tc>
        <w:tc>
          <w:tcPr>
            <w:tcW w:w="1704" w:type="dxa"/>
            <w:vAlign w:val="center"/>
          </w:tcPr>
          <w:p w14:paraId="64117E45" w14:textId="77777777" w:rsidR="000E4AB2" w:rsidRDefault="00000000">
            <w:r>
              <w:rPr>
                <w:sz w:val="17"/>
              </w:rPr>
              <w:t xml:space="preserve"> </w:t>
            </w:r>
          </w:p>
        </w:tc>
        <w:tc>
          <w:tcPr>
            <w:tcW w:w="1704" w:type="dxa"/>
            <w:vAlign w:val="center"/>
          </w:tcPr>
          <w:p w14:paraId="0E261B06" w14:textId="77777777" w:rsidR="000E4AB2" w:rsidRDefault="00000000">
            <w:r>
              <w:rPr>
                <w:sz w:val="17"/>
              </w:rPr>
              <w:t xml:space="preserve"> </w:t>
            </w:r>
          </w:p>
        </w:tc>
        <w:tc>
          <w:tcPr>
            <w:tcW w:w="1704" w:type="dxa"/>
            <w:vAlign w:val="center"/>
          </w:tcPr>
          <w:p w14:paraId="66E7759E" w14:textId="77777777" w:rsidR="000E4AB2" w:rsidRDefault="00000000">
            <w:r>
              <w:rPr>
                <w:sz w:val="17"/>
              </w:rPr>
              <w:t xml:space="preserve"> </w:t>
            </w:r>
          </w:p>
        </w:tc>
        <w:tc>
          <w:tcPr>
            <w:tcW w:w="1704" w:type="dxa"/>
            <w:vAlign w:val="center"/>
          </w:tcPr>
          <w:p w14:paraId="58981054" w14:textId="77777777" w:rsidR="000E4AB2" w:rsidRDefault="00000000">
            <w:r>
              <w:rPr>
                <w:sz w:val="17"/>
              </w:rPr>
              <w:t xml:space="preserve"> </w:t>
            </w:r>
          </w:p>
        </w:tc>
      </w:tr>
      <w:tr w:rsidR="000E4AB2" w14:paraId="74015CF3" w14:textId="77777777">
        <w:trPr>
          <w:jc w:val="center"/>
        </w:trPr>
        <w:tc>
          <w:tcPr>
            <w:tcW w:w="1704" w:type="dxa"/>
            <w:vAlign w:val="center"/>
          </w:tcPr>
          <w:p w14:paraId="7F7FB9F5" w14:textId="77777777" w:rsidR="000E4AB2" w:rsidRDefault="00000000">
            <w:r>
              <w:rPr>
                <w:b/>
                <w:sz w:val="17"/>
              </w:rPr>
              <w:t>Psychosocial / work-design observations</w:t>
            </w:r>
          </w:p>
        </w:tc>
        <w:tc>
          <w:tcPr>
            <w:tcW w:w="1704" w:type="dxa"/>
            <w:vAlign w:val="center"/>
          </w:tcPr>
          <w:p w14:paraId="620DE2B0" w14:textId="77777777" w:rsidR="000E4AB2" w:rsidRDefault="00000000">
            <w:r>
              <w:rPr>
                <w:sz w:val="17"/>
              </w:rPr>
              <w:t xml:space="preserve"> </w:t>
            </w:r>
          </w:p>
        </w:tc>
        <w:tc>
          <w:tcPr>
            <w:tcW w:w="1704" w:type="dxa"/>
            <w:vAlign w:val="center"/>
          </w:tcPr>
          <w:p w14:paraId="49BE6F5A" w14:textId="77777777" w:rsidR="000E4AB2" w:rsidRDefault="00000000">
            <w:r>
              <w:rPr>
                <w:sz w:val="17"/>
              </w:rPr>
              <w:t xml:space="preserve"> </w:t>
            </w:r>
          </w:p>
        </w:tc>
        <w:tc>
          <w:tcPr>
            <w:tcW w:w="1704" w:type="dxa"/>
            <w:vAlign w:val="center"/>
          </w:tcPr>
          <w:p w14:paraId="29C29B60" w14:textId="77777777" w:rsidR="000E4AB2" w:rsidRDefault="00000000">
            <w:r>
              <w:rPr>
                <w:sz w:val="17"/>
              </w:rPr>
              <w:t xml:space="preserve"> </w:t>
            </w:r>
          </w:p>
        </w:tc>
        <w:tc>
          <w:tcPr>
            <w:tcW w:w="1704" w:type="dxa"/>
            <w:vAlign w:val="center"/>
          </w:tcPr>
          <w:p w14:paraId="29CF76E3" w14:textId="77777777" w:rsidR="000E4AB2" w:rsidRDefault="00000000">
            <w:r>
              <w:rPr>
                <w:sz w:val="17"/>
              </w:rPr>
              <w:t xml:space="preserve"> </w:t>
            </w:r>
          </w:p>
        </w:tc>
        <w:tc>
          <w:tcPr>
            <w:tcW w:w="1704" w:type="dxa"/>
            <w:vAlign w:val="center"/>
          </w:tcPr>
          <w:p w14:paraId="1710A11C" w14:textId="77777777" w:rsidR="000E4AB2" w:rsidRDefault="00000000">
            <w:r>
              <w:rPr>
                <w:sz w:val="17"/>
              </w:rPr>
              <w:t xml:space="preserve"> </w:t>
            </w:r>
          </w:p>
        </w:tc>
      </w:tr>
      <w:tr w:rsidR="000E4AB2" w14:paraId="03449198" w14:textId="77777777">
        <w:trPr>
          <w:jc w:val="center"/>
        </w:trPr>
        <w:tc>
          <w:tcPr>
            <w:tcW w:w="1704" w:type="dxa"/>
            <w:vAlign w:val="center"/>
          </w:tcPr>
          <w:p w14:paraId="7357D5CD" w14:textId="77777777" w:rsidR="000E4AB2" w:rsidRDefault="00000000">
            <w:r>
              <w:rPr>
                <w:b/>
                <w:sz w:val="17"/>
              </w:rPr>
              <w:t>Other</w:t>
            </w:r>
          </w:p>
        </w:tc>
        <w:tc>
          <w:tcPr>
            <w:tcW w:w="1704" w:type="dxa"/>
            <w:vAlign w:val="center"/>
          </w:tcPr>
          <w:p w14:paraId="0BB21FAC" w14:textId="77777777" w:rsidR="000E4AB2" w:rsidRDefault="00000000">
            <w:r>
              <w:rPr>
                <w:sz w:val="17"/>
              </w:rPr>
              <w:t xml:space="preserve"> </w:t>
            </w:r>
          </w:p>
        </w:tc>
        <w:tc>
          <w:tcPr>
            <w:tcW w:w="1704" w:type="dxa"/>
            <w:vAlign w:val="center"/>
          </w:tcPr>
          <w:p w14:paraId="4B75C93F" w14:textId="77777777" w:rsidR="000E4AB2" w:rsidRDefault="00000000">
            <w:r>
              <w:rPr>
                <w:sz w:val="17"/>
              </w:rPr>
              <w:t xml:space="preserve"> </w:t>
            </w:r>
          </w:p>
        </w:tc>
        <w:tc>
          <w:tcPr>
            <w:tcW w:w="1704" w:type="dxa"/>
            <w:vAlign w:val="center"/>
          </w:tcPr>
          <w:p w14:paraId="00B665D5" w14:textId="77777777" w:rsidR="000E4AB2" w:rsidRDefault="00000000">
            <w:r>
              <w:rPr>
                <w:sz w:val="17"/>
              </w:rPr>
              <w:t xml:space="preserve"> </w:t>
            </w:r>
          </w:p>
        </w:tc>
        <w:tc>
          <w:tcPr>
            <w:tcW w:w="1704" w:type="dxa"/>
            <w:vAlign w:val="center"/>
          </w:tcPr>
          <w:p w14:paraId="706D5E17" w14:textId="77777777" w:rsidR="000E4AB2" w:rsidRDefault="00000000">
            <w:r>
              <w:rPr>
                <w:sz w:val="17"/>
              </w:rPr>
              <w:t xml:space="preserve"> </w:t>
            </w:r>
          </w:p>
        </w:tc>
        <w:tc>
          <w:tcPr>
            <w:tcW w:w="1704" w:type="dxa"/>
            <w:vAlign w:val="center"/>
          </w:tcPr>
          <w:p w14:paraId="2EBF7DA9" w14:textId="77777777" w:rsidR="000E4AB2" w:rsidRDefault="00000000">
            <w:r>
              <w:rPr>
                <w:sz w:val="17"/>
              </w:rPr>
              <w:t xml:space="preserve"> </w:t>
            </w:r>
          </w:p>
        </w:tc>
      </w:tr>
    </w:tbl>
    <w:p w14:paraId="7892157C" w14:textId="77777777" w:rsidR="000E4AB2" w:rsidRDefault="00000000">
      <w:r>
        <w:rPr>
          <w:b/>
        </w:rPr>
        <w:t xml:space="preserve">Inspector: </w:t>
      </w:r>
      <w:r>
        <w:t>________________________________________________________________________________</w:t>
      </w:r>
    </w:p>
    <w:p w14:paraId="174F28C4" w14:textId="77777777" w:rsidR="000E4AB2" w:rsidRDefault="00000000">
      <w:r>
        <w:rPr>
          <w:b/>
        </w:rPr>
        <w:t xml:space="preserve">Date: </w:t>
      </w:r>
      <w:r>
        <w:t>________________________________________________________________________________</w:t>
      </w:r>
    </w:p>
    <w:p w14:paraId="52DBB534" w14:textId="77777777" w:rsidR="000E4AB2" w:rsidRDefault="00000000">
      <w:r>
        <w:rPr>
          <w:b/>
        </w:rPr>
        <w:t xml:space="preserve">Follow-up date: </w:t>
      </w:r>
      <w:r>
        <w:t>________________________________________________________________________________</w:t>
      </w:r>
    </w:p>
    <w:p w14:paraId="51C3691A" w14:textId="77777777" w:rsidR="000E4AB2" w:rsidRDefault="00000000">
      <w:r>
        <w:br w:type="page"/>
      </w:r>
    </w:p>
    <w:p w14:paraId="50A3E2C9" w14:textId="77777777" w:rsidR="000E4AB2" w:rsidRDefault="00000000">
      <w:pPr>
        <w:pStyle w:val="Heading1"/>
      </w:pPr>
      <w:bookmarkStart w:id="89" w:name="_Toc240137360"/>
      <w:r>
        <w:lastRenderedPageBreak/>
        <w:t>Template 28: WHS Self-Audit Tool</w:t>
      </w:r>
      <w:bookmarkEnd w:id="89"/>
    </w:p>
    <w:p w14:paraId="3A4018C7" w14:textId="77777777" w:rsidR="000E4AB2" w:rsidRDefault="00000000">
      <w:r>
        <w:rPr>
          <w:b/>
        </w:rPr>
        <w:t xml:space="preserve">Purpose: </w:t>
      </w:r>
      <w:r>
        <w:t>Support an internal diagnostic review by a practitioner or organisation to identify strengths and gaps.</w:t>
      </w:r>
    </w:p>
    <w:p w14:paraId="48036960" w14:textId="77777777" w:rsidR="000E4AB2" w:rsidRDefault="00000000">
      <w:r>
        <w:rPr>
          <w:b/>
        </w:rPr>
        <w:t xml:space="preserve">Assessment use: </w:t>
      </w:r>
      <w:r>
        <w:t>Optional/context-dependent resource; one audit or self-audit is required by the Unit 1 assessment.</w:t>
      </w:r>
    </w:p>
    <w:p w14:paraId="45EE74F8"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tbl>
      <w:tblPr>
        <w:tblStyle w:val="TableGrid"/>
        <w:tblW w:w="0" w:type="auto"/>
        <w:jc w:val="center"/>
        <w:tblLook w:val="04A0" w:firstRow="1" w:lastRow="0" w:firstColumn="1" w:lastColumn="0" w:noHBand="0" w:noVBand="1"/>
      </w:tblPr>
      <w:tblGrid>
        <w:gridCol w:w="2036"/>
        <w:gridCol w:w="1680"/>
        <w:gridCol w:w="1684"/>
        <w:gridCol w:w="1679"/>
        <w:gridCol w:w="1676"/>
        <w:gridCol w:w="1685"/>
      </w:tblGrid>
      <w:tr w:rsidR="000E4AB2" w14:paraId="2F2EAADD" w14:textId="77777777">
        <w:trPr>
          <w:jc w:val="center"/>
        </w:trPr>
        <w:tc>
          <w:tcPr>
            <w:tcW w:w="1704" w:type="dxa"/>
            <w:shd w:val="clear" w:color="auto" w:fill="D9EAF7"/>
            <w:vAlign w:val="center"/>
          </w:tcPr>
          <w:p w14:paraId="680A39EA" w14:textId="77777777" w:rsidR="000E4AB2" w:rsidRDefault="00000000">
            <w:r>
              <w:rPr>
                <w:b/>
                <w:sz w:val="16"/>
              </w:rPr>
              <w:t>Area</w:t>
            </w:r>
          </w:p>
        </w:tc>
        <w:tc>
          <w:tcPr>
            <w:tcW w:w="1704" w:type="dxa"/>
            <w:shd w:val="clear" w:color="auto" w:fill="D9EAF7"/>
            <w:vAlign w:val="center"/>
          </w:tcPr>
          <w:p w14:paraId="6B5CAE75" w14:textId="77777777" w:rsidR="000E4AB2" w:rsidRDefault="00000000">
            <w:r>
              <w:rPr>
                <w:b/>
                <w:sz w:val="16"/>
              </w:rPr>
              <w:t>Meets</w:t>
            </w:r>
          </w:p>
        </w:tc>
        <w:tc>
          <w:tcPr>
            <w:tcW w:w="1704" w:type="dxa"/>
            <w:shd w:val="clear" w:color="auto" w:fill="D9EAF7"/>
            <w:vAlign w:val="center"/>
          </w:tcPr>
          <w:p w14:paraId="5D9DA049" w14:textId="77777777" w:rsidR="000E4AB2" w:rsidRDefault="00000000">
            <w:r>
              <w:rPr>
                <w:b/>
                <w:sz w:val="16"/>
              </w:rPr>
              <w:t>Partially meets</w:t>
            </w:r>
          </w:p>
        </w:tc>
        <w:tc>
          <w:tcPr>
            <w:tcW w:w="1704" w:type="dxa"/>
            <w:shd w:val="clear" w:color="auto" w:fill="D9EAF7"/>
            <w:vAlign w:val="center"/>
          </w:tcPr>
          <w:p w14:paraId="031AEC03" w14:textId="77777777" w:rsidR="000E4AB2" w:rsidRDefault="00000000">
            <w:r>
              <w:rPr>
                <w:b/>
                <w:sz w:val="16"/>
              </w:rPr>
              <w:t>Does not meet</w:t>
            </w:r>
          </w:p>
        </w:tc>
        <w:tc>
          <w:tcPr>
            <w:tcW w:w="1704" w:type="dxa"/>
            <w:shd w:val="clear" w:color="auto" w:fill="D9EAF7"/>
            <w:vAlign w:val="center"/>
          </w:tcPr>
          <w:p w14:paraId="3ADCDA40" w14:textId="77777777" w:rsidR="000E4AB2" w:rsidRDefault="00000000">
            <w:r>
              <w:rPr>
                <w:b/>
                <w:sz w:val="16"/>
              </w:rPr>
              <w:t>N/A</w:t>
            </w:r>
          </w:p>
        </w:tc>
        <w:tc>
          <w:tcPr>
            <w:tcW w:w="1704" w:type="dxa"/>
            <w:shd w:val="clear" w:color="auto" w:fill="D9EAF7"/>
            <w:vAlign w:val="center"/>
          </w:tcPr>
          <w:p w14:paraId="45AD94B5" w14:textId="77777777" w:rsidR="000E4AB2" w:rsidRDefault="00000000">
            <w:r>
              <w:rPr>
                <w:b/>
                <w:sz w:val="16"/>
              </w:rPr>
              <w:t>Evidence / gap / action</w:t>
            </w:r>
          </w:p>
        </w:tc>
      </w:tr>
      <w:tr w:rsidR="000E4AB2" w14:paraId="6A3F2DFD" w14:textId="77777777">
        <w:trPr>
          <w:jc w:val="center"/>
        </w:trPr>
        <w:tc>
          <w:tcPr>
            <w:tcW w:w="1704" w:type="dxa"/>
            <w:vAlign w:val="center"/>
          </w:tcPr>
          <w:p w14:paraId="2C5DA239" w14:textId="77777777" w:rsidR="000E4AB2" w:rsidRDefault="00000000">
            <w:r>
              <w:rPr>
                <w:b/>
                <w:sz w:val="17"/>
              </w:rPr>
              <w:t>Governance and responsibilities</w:t>
            </w:r>
          </w:p>
        </w:tc>
        <w:tc>
          <w:tcPr>
            <w:tcW w:w="1704" w:type="dxa"/>
            <w:vAlign w:val="center"/>
          </w:tcPr>
          <w:p w14:paraId="1F25388E" w14:textId="77777777" w:rsidR="000E4AB2" w:rsidRDefault="00000000">
            <w:r>
              <w:rPr>
                <w:sz w:val="17"/>
              </w:rPr>
              <w:t xml:space="preserve"> </w:t>
            </w:r>
          </w:p>
        </w:tc>
        <w:tc>
          <w:tcPr>
            <w:tcW w:w="1704" w:type="dxa"/>
            <w:vAlign w:val="center"/>
          </w:tcPr>
          <w:p w14:paraId="71F75CE0" w14:textId="77777777" w:rsidR="000E4AB2" w:rsidRDefault="00000000">
            <w:r>
              <w:rPr>
                <w:sz w:val="17"/>
              </w:rPr>
              <w:t xml:space="preserve"> </w:t>
            </w:r>
          </w:p>
        </w:tc>
        <w:tc>
          <w:tcPr>
            <w:tcW w:w="1704" w:type="dxa"/>
            <w:vAlign w:val="center"/>
          </w:tcPr>
          <w:p w14:paraId="39B2ED8B" w14:textId="77777777" w:rsidR="000E4AB2" w:rsidRDefault="00000000">
            <w:r>
              <w:rPr>
                <w:sz w:val="17"/>
              </w:rPr>
              <w:t xml:space="preserve"> </w:t>
            </w:r>
          </w:p>
        </w:tc>
        <w:tc>
          <w:tcPr>
            <w:tcW w:w="1704" w:type="dxa"/>
            <w:vAlign w:val="center"/>
          </w:tcPr>
          <w:p w14:paraId="204FC431" w14:textId="77777777" w:rsidR="000E4AB2" w:rsidRDefault="00000000">
            <w:r>
              <w:rPr>
                <w:sz w:val="17"/>
              </w:rPr>
              <w:t xml:space="preserve"> </w:t>
            </w:r>
          </w:p>
        </w:tc>
        <w:tc>
          <w:tcPr>
            <w:tcW w:w="1704" w:type="dxa"/>
            <w:vAlign w:val="center"/>
          </w:tcPr>
          <w:p w14:paraId="2F264559" w14:textId="77777777" w:rsidR="000E4AB2" w:rsidRDefault="00000000">
            <w:r>
              <w:rPr>
                <w:sz w:val="17"/>
              </w:rPr>
              <w:t xml:space="preserve"> </w:t>
            </w:r>
          </w:p>
        </w:tc>
      </w:tr>
      <w:tr w:rsidR="000E4AB2" w14:paraId="28902DB4" w14:textId="77777777">
        <w:trPr>
          <w:jc w:val="center"/>
        </w:trPr>
        <w:tc>
          <w:tcPr>
            <w:tcW w:w="1704" w:type="dxa"/>
            <w:vAlign w:val="center"/>
          </w:tcPr>
          <w:p w14:paraId="14D427C4" w14:textId="77777777" w:rsidR="000E4AB2" w:rsidRDefault="00000000">
            <w:r>
              <w:rPr>
                <w:b/>
                <w:sz w:val="17"/>
              </w:rPr>
              <w:t>Legal / regulatory register</w:t>
            </w:r>
          </w:p>
        </w:tc>
        <w:tc>
          <w:tcPr>
            <w:tcW w:w="1704" w:type="dxa"/>
            <w:vAlign w:val="center"/>
          </w:tcPr>
          <w:p w14:paraId="2A06506A" w14:textId="77777777" w:rsidR="000E4AB2" w:rsidRDefault="00000000">
            <w:r>
              <w:rPr>
                <w:sz w:val="17"/>
              </w:rPr>
              <w:t xml:space="preserve"> </w:t>
            </w:r>
          </w:p>
        </w:tc>
        <w:tc>
          <w:tcPr>
            <w:tcW w:w="1704" w:type="dxa"/>
            <w:vAlign w:val="center"/>
          </w:tcPr>
          <w:p w14:paraId="4F47AD8D" w14:textId="77777777" w:rsidR="000E4AB2" w:rsidRDefault="00000000">
            <w:r>
              <w:rPr>
                <w:sz w:val="17"/>
              </w:rPr>
              <w:t xml:space="preserve"> </w:t>
            </w:r>
          </w:p>
        </w:tc>
        <w:tc>
          <w:tcPr>
            <w:tcW w:w="1704" w:type="dxa"/>
            <w:vAlign w:val="center"/>
          </w:tcPr>
          <w:p w14:paraId="0BD9D929" w14:textId="77777777" w:rsidR="000E4AB2" w:rsidRDefault="00000000">
            <w:r>
              <w:rPr>
                <w:sz w:val="17"/>
              </w:rPr>
              <w:t xml:space="preserve"> </w:t>
            </w:r>
          </w:p>
        </w:tc>
        <w:tc>
          <w:tcPr>
            <w:tcW w:w="1704" w:type="dxa"/>
            <w:vAlign w:val="center"/>
          </w:tcPr>
          <w:p w14:paraId="3F6CB2B1" w14:textId="77777777" w:rsidR="000E4AB2" w:rsidRDefault="00000000">
            <w:r>
              <w:rPr>
                <w:sz w:val="17"/>
              </w:rPr>
              <w:t xml:space="preserve"> </w:t>
            </w:r>
          </w:p>
        </w:tc>
        <w:tc>
          <w:tcPr>
            <w:tcW w:w="1704" w:type="dxa"/>
            <w:vAlign w:val="center"/>
          </w:tcPr>
          <w:p w14:paraId="480FFE00" w14:textId="77777777" w:rsidR="000E4AB2" w:rsidRDefault="00000000">
            <w:r>
              <w:rPr>
                <w:sz w:val="17"/>
              </w:rPr>
              <w:t xml:space="preserve"> </w:t>
            </w:r>
          </w:p>
        </w:tc>
      </w:tr>
      <w:tr w:rsidR="000E4AB2" w14:paraId="406A19D1" w14:textId="77777777">
        <w:trPr>
          <w:jc w:val="center"/>
        </w:trPr>
        <w:tc>
          <w:tcPr>
            <w:tcW w:w="1704" w:type="dxa"/>
            <w:vAlign w:val="center"/>
          </w:tcPr>
          <w:p w14:paraId="3E3614DA" w14:textId="77777777" w:rsidR="000E4AB2" w:rsidRDefault="00000000">
            <w:r>
              <w:rPr>
                <w:b/>
                <w:sz w:val="17"/>
              </w:rPr>
              <w:t>Consultation</w:t>
            </w:r>
          </w:p>
        </w:tc>
        <w:tc>
          <w:tcPr>
            <w:tcW w:w="1704" w:type="dxa"/>
            <w:vAlign w:val="center"/>
          </w:tcPr>
          <w:p w14:paraId="3BCACD75" w14:textId="77777777" w:rsidR="000E4AB2" w:rsidRDefault="00000000">
            <w:r>
              <w:rPr>
                <w:sz w:val="17"/>
              </w:rPr>
              <w:t xml:space="preserve"> </w:t>
            </w:r>
          </w:p>
        </w:tc>
        <w:tc>
          <w:tcPr>
            <w:tcW w:w="1704" w:type="dxa"/>
            <w:vAlign w:val="center"/>
          </w:tcPr>
          <w:p w14:paraId="6E38C84F" w14:textId="77777777" w:rsidR="000E4AB2" w:rsidRDefault="00000000">
            <w:r>
              <w:rPr>
                <w:sz w:val="17"/>
              </w:rPr>
              <w:t xml:space="preserve"> </w:t>
            </w:r>
          </w:p>
        </w:tc>
        <w:tc>
          <w:tcPr>
            <w:tcW w:w="1704" w:type="dxa"/>
            <w:vAlign w:val="center"/>
          </w:tcPr>
          <w:p w14:paraId="1369717E" w14:textId="77777777" w:rsidR="000E4AB2" w:rsidRDefault="00000000">
            <w:r>
              <w:rPr>
                <w:sz w:val="17"/>
              </w:rPr>
              <w:t xml:space="preserve"> </w:t>
            </w:r>
          </w:p>
        </w:tc>
        <w:tc>
          <w:tcPr>
            <w:tcW w:w="1704" w:type="dxa"/>
            <w:vAlign w:val="center"/>
          </w:tcPr>
          <w:p w14:paraId="4F33ACBD" w14:textId="77777777" w:rsidR="000E4AB2" w:rsidRDefault="00000000">
            <w:r>
              <w:rPr>
                <w:sz w:val="17"/>
              </w:rPr>
              <w:t xml:space="preserve"> </w:t>
            </w:r>
          </w:p>
        </w:tc>
        <w:tc>
          <w:tcPr>
            <w:tcW w:w="1704" w:type="dxa"/>
            <w:vAlign w:val="center"/>
          </w:tcPr>
          <w:p w14:paraId="0C76B0D2" w14:textId="77777777" w:rsidR="000E4AB2" w:rsidRDefault="00000000">
            <w:r>
              <w:rPr>
                <w:sz w:val="17"/>
              </w:rPr>
              <w:t xml:space="preserve"> </w:t>
            </w:r>
          </w:p>
        </w:tc>
      </w:tr>
      <w:tr w:rsidR="000E4AB2" w14:paraId="079E607D" w14:textId="77777777">
        <w:trPr>
          <w:jc w:val="center"/>
        </w:trPr>
        <w:tc>
          <w:tcPr>
            <w:tcW w:w="1704" w:type="dxa"/>
            <w:vAlign w:val="center"/>
          </w:tcPr>
          <w:p w14:paraId="416D433D" w14:textId="77777777" w:rsidR="000E4AB2" w:rsidRDefault="00000000">
            <w:r>
              <w:rPr>
                <w:b/>
                <w:sz w:val="17"/>
              </w:rPr>
              <w:t>Hazard identification</w:t>
            </w:r>
          </w:p>
        </w:tc>
        <w:tc>
          <w:tcPr>
            <w:tcW w:w="1704" w:type="dxa"/>
            <w:vAlign w:val="center"/>
          </w:tcPr>
          <w:p w14:paraId="17B94C9C" w14:textId="77777777" w:rsidR="000E4AB2" w:rsidRDefault="00000000">
            <w:r>
              <w:rPr>
                <w:sz w:val="17"/>
              </w:rPr>
              <w:t xml:space="preserve"> </w:t>
            </w:r>
          </w:p>
        </w:tc>
        <w:tc>
          <w:tcPr>
            <w:tcW w:w="1704" w:type="dxa"/>
            <w:vAlign w:val="center"/>
          </w:tcPr>
          <w:p w14:paraId="3ABCC128" w14:textId="77777777" w:rsidR="000E4AB2" w:rsidRDefault="00000000">
            <w:r>
              <w:rPr>
                <w:sz w:val="17"/>
              </w:rPr>
              <w:t xml:space="preserve"> </w:t>
            </w:r>
          </w:p>
        </w:tc>
        <w:tc>
          <w:tcPr>
            <w:tcW w:w="1704" w:type="dxa"/>
            <w:vAlign w:val="center"/>
          </w:tcPr>
          <w:p w14:paraId="764AF61E" w14:textId="77777777" w:rsidR="000E4AB2" w:rsidRDefault="00000000">
            <w:r>
              <w:rPr>
                <w:sz w:val="17"/>
              </w:rPr>
              <w:t xml:space="preserve"> </w:t>
            </w:r>
          </w:p>
        </w:tc>
        <w:tc>
          <w:tcPr>
            <w:tcW w:w="1704" w:type="dxa"/>
            <w:vAlign w:val="center"/>
          </w:tcPr>
          <w:p w14:paraId="34D0CDE4" w14:textId="77777777" w:rsidR="000E4AB2" w:rsidRDefault="00000000">
            <w:r>
              <w:rPr>
                <w:sz w:val="17"/>
              </w:rPr>
              <w:t xml:space="preserve"> </w:t>
            </w:r>
          </w:p>
        </w:tc>
        <w:tc>
          <w:tcPr>
            <w:tcW w:w="1704" w:type="dxa"/>
            <w:vAlign w:val="center"/>
          </w:tcPr>
          <w:p w14:paraId="49777A5F" w14:textId="77777777" w:rsidR="000E4AB2" w:rsidRDefault="00000000">
            <w:r>
              <w:rPr>
                <w:sz w:val="17"/>
              </w:rPr>
              <w:t xml:space="preserve"> </w:t>
            </w:r>
          </w:p>
        </w:tc>
      </w:tr>
      <w:tr w:rsidR="000E4AB2" w14:paraId="29B495DD" w14:textId="77777777">
        <w:trPr>
          <w:jc w:val="center"/>
        </w:trPr>
        <w:tc>
          <w:tcPr>
            <w:tcW w:w="1704" w:type="dxa"/>
            <w:vAlign w:val="center"/>
          </w:tcPr>
          <w:p w14:paraId="61E843F2" w14:textId="77777777" w:rsidR="000E4AB2" w:rsidRDefault="00000000">
            <w:r>
              <w:rPr>
                <w:b/>
                <w:sz w:val="17"/>
              </w:rPr>
              <w:t>Risk assessment and control</w:t>
            </w:r>
          </w:p>
        </w:tc>
        <w:tc>
          <w:tcPr>
            <w:tcW w:w="1704" w:type="dxa"/>
            <w:vAlign w:val="center"/>
          </w:tcPr>
          <w:p w14:paraId="26837F05" w14:textId="77777777" w:rsidR="000E4AB2" w:rsidRDefault="00000000">
            <w:r>
              <w:rPr>
                <w:sz w:val="17"/>
              </w:rPr>
              <w:t xml:space="preserve"> </w:t>
            </w:r>
          </w:p>
        </w:tc>
        <w:tc>
          <w:tcPr>
            <w:tcW w:w="1704" w:type="dxa"/>
            <w:vAlign w:val="center"/>
          </w:tcPr>
          <w:p w14:paraId="1DACB012" w14:textId="77777777" w:rsidR="000E4AB2" w:rsidRDefault="00000000">
            <w:r>
              <w:rPr>
                <w:sz w:val="17"/>
              </w:rPr>
              <w:t xml:space="preserve"> </w:t>
            </w:r>
          </w:p>
        </w:tc>
        <w:tc>
          <w:tcPr>
            <w:tcW w:w="1704" w:type="dxa"/>
            <w:vAlign w:val="center"/>
          </w:tcPr>
          <w:p w14:paraId="04EB606F" w14:textId="77777777" w:rsidR="000E4AB2" w:rsidRDefault="00000000">
            <w:r>
              <w:rPr>
                <w:sz w:val="17"/>
              </w:rPr>
              <w:t xml:space="preserve"> </w:t>
            </w:r>
          </w:p>
        </w:tc>
        <w:tc>
          <w:tcPr>
            <w:tcW w:w="1704" w:type="dxa"/>
            <w:vAlign w:val="center"/>
          </w:tcPr>
          <w:p w14:paraId="54DF3726" w14:textId="77777777" w:rsidR="000E4AB2" w:rsidRDefault="00000000">
            <w:r>
              <w:rPr>
                <w:sz w:val="17"/>
              </w:rPr>
              <w:t xml:space="preserve"> </w:t>
            </w:r>
          </w:p>
        </w:tc>
        <w:tc>
          <w:tcPr>
            <w:tcW w:w="1704" w:type="dxa"/>
            <w:vAlign w:val="center"/>
          </w:tcPr>
          <w:p w14:paraId="125388D2" w14:textId="77777777" w:rsidR="000E4AB2" w:rsidRDefault="00000000">
            <w:r>
              <w:rPr>
                <w:sz w:val="17"/>
              </w:rPr>
              <w:t xml:space="preserve"> </w:t>
            </w:r>
          </w:p>
        </w:tc>
      </w:tr>
      <w:tr w:rsidR="000E4AB2" w14:paraId="7B10B254" w14:textId="77777777">
        <w:trPr>
          <w:jc w:val="center"/>
        </w:trPr>
        <w:tc>
          <w:tcPr>
            <w:tcW w:w="1704" w:type="dxa"/>
            <w:vAlign w:val="center"/>
          </w:tcPr>
          <w:p w14:paraId="0FE61442" w14:textId="77777777" w:rsidR="000E4AB2" w:rsidRDefault="00000000">
            <w:r>
              <w:rPr>
                <w:b/>
                <w:sz w:val="17"/>
              </w:rPr>
              <w:t>Client autonomy / dignity of risk</w:t>
            </w:r>
          </w:p>
        </w:tc>
        <w:tc>
          <w:tcPr>
            <w:tcW w:w="1704" w:type="dxa"/>
            <w:vAlign w:val="center"/>
          </w:tcPr>
          <w:p w14:paraId="08A3DAB5" w14:textId="77777777" w:rsidR="000E4AB2" w:rsidRDefault="00000000">
            <w:r>
              <w:rPr>
                <w:sz w:val="17"/>
              </w:rPr>
              <w:t xml:space="preserve"> </w:t>
            </w:r>
          </w:p>
        </w:tc>
        <w:tc>
          <w:tcPr>
            <w:tcW w:w="1704" w:type="dxa"/>
            <w:vAlign w:val="center"/>
          </w:tcPr>
          <w:p w14:paraId="110A041C" w14:textId="77777777" w:rsidR="000E4AB2" w:rsidRDefault="00000000">
            <w:r>
              <w:rPr>
                <w:sz w:val="17"/>
              </w:rPr>
              <w:t xml:space="preserve"> </w:t>
            </w:r>
          </w:p>
        </w:tc>
        <w:tc>
          <w:tcPr>
            <w:tcW w:w="1704" w:type="dxa"/>
            <w:vAlign w:val="center"/>
          </w:tcPr>
          <w:p w14:paraId="484C5C0C" w14:textId="77777777" w:rsidR="000E4AB2" w:rsidRDefault="00000000">
            <w:r>
              <w:rPr>
                <w:sz w:val="17"/>
              </w:rPr>
              <w:t xml:space="preserve"> </w:t>
            </w:r>
          </w:p>
        </w:tc>
        <w:tc>
          <w:tcPr>
            <w:tcW w:w="1704" w:type="dxa"/>
            <w:vAlign w:val="center"/>
          </w:tcPr>
          <w:p w14:paraId="347402D7" w14:textId="77777777" w:rsidR="000E4AB2" w:rsidRDefault="00000000">
            <w:r>
              <w:rPr>
                <w:sz w:val="17"/>
              </w:rPr>
              <w:t xml:space="preserve"> </w:t>
            </w:r>
          </w:p>
        </w:tc>
        <w:tc>
          <w:tcPr>
            <w:tcW w:w="1704" w:type="dxa"/>
            <w:vAlign w:val="center"/>
          </w:tcPr>
          <w:p w14:paraId="619DBAB6" w14:textId="77777777" w:rsidR="000E4AB2" w:rsidRDefault="00000000">
            <w:r>
              <w:rPr>
                <w:sz w:val="17"/>
              </w:rPr>
              <w:t xml:space="preserve"> </w:t>
            </w:r>
          </w:p>
        </w:tc>
      </w:tr>
      <w:tr w:rsidR="000E4AB2" w14:paraId="1A791DBB" w14:textId="77777777">
        <w:trPr>
          <w:jc w:val="center"/>
        </w:trPr>
        <w:tc>
          <w:tcPr>
            <w:tcW w:w="1704" w:type="dxa"/>
            <w:vAlign w:val="center"/>
          </w:tcPr>
          <w:p w14:paraId="4A963507" w14:textId="77777777" w:rsidR="000E4AB2" w:rsidRDefault="00000000">
            <w:r>
              <w:rPr>
                <w:b/>
                <w:sz w:val="17"/>
              </w:rPr>
              <w:t>Assistance animal welfare</w:t>
            </w:r>
          </w:p>
        </w:tc>
        <w:tc>
          <w:tcPr>
            <w:tcW w:w="1704" w:type="dxa"/>
            <w:vAlign w:val="center"/>
          </w:tcPr>
          <w:p w14:paraId="7F7D38C3" w14:textId="77777777" w:rsidR="000E4AB2" w:rsidRDefault="00000000">
            <w:r>
              <w:rPr>
                <w:sz w:val="17"/>
              </w:rPr>
              <w:t xml:space="preserve"> </w:t>
            </w:r>
          </w:p>
        </w:tc>
        <w:tc>
          <w:tcPr>
            <w:tcW w:w="1704" w:type="dxa"/>
            <w:vAlign w:val="center"/>
          </w:tcPr>
          <w:p w14:paraId="01F78E46" w14:textId="77777777" w:rsidR="000E4AB2" w:rsidRDefault="00000000">
            <w:r>
              <w:rPr>
                <w:sz w:val="17"/>
              </w:rPr>
              <w:t xml:space="preserve"> </w:t>
            </w:r>
          </w:p>
        </w:tc>
        <w:tc>
          <w:tcPr>
            <w:tcW w:w="1704" w:type="dxa"/>
            <w:vAlign w:val="center"/>
          </w:tcPr>
          <w:p w14:paraId="1119C99B" w14:textId="77777777" w:rsidR="000E4AB2" w:rsidRDefault="00000000">
            <w:r>
              <w:rPr>
                <w:sz w:val="17"/>
              </w:rPr>
              <w:t xml:space="preserve"> </w:t>
            </w:r>
          </w:p>
        </w:tc>
        <w:tc>
          <w:tcPr>
            <w:tcW w:w="1704" w:type="dxa"/>
            <w:vAlign w:val="center"/>
          </w:tcPr>
          <w:p w14:paraId="2557FF4D" w14:textId="77777777" w:rsidR="000E4AB2" w:rsidRDefault="00000000">
            <w:r>
              <w:rPr>
                <w:sz w:val="17"/>
              </w:rPr>
              <w:t xml:space="preserve"> </w:t>
            </w:r>
          </w:p>
        </w:tc>
        <w:tc>
          <w:tcPr>
            <w:tcW w:w="1704" w:type="dxa"/>
            <w:vAlign w:val="center"/>
          </w:tcPr>
          <w:p w14:paraId="3BE9FC19" w14:textId="77777777" w:rsidR="000E4AB2" w:rsidRDefault="00000000">
            <w:r>
              <w:rPr>
                <w:sz w:val="17"/>
              </w:rPr>
              <w:t xml:space="preserve"> </w:t>
            </w:r>
          </w:p>
        </w:tc>
      </w:tr>
      <w:tr w:rsidR="000E4AB2" w14:paraId="04643027" w14:textId="77777777">
        <w:trPr>
          <w:jc w:val="center"/>
        </w:trPr>
        <w:tc>
          <w:tcPr>
            <w:tcW w:w="1704" w:type="dxa"/>
            <w:vAlign w:val="center"/>
          </w:tcPr>
          <w:p w14:paraId="33764FD3" w14:textId="77777777" w:rsidR="000E4AB2" w:rsidRDefault="00000000">
            <w:r>
              <w:rPr>
                <w:b/>
                <w:sz w:val="17"/>
              </w:rPr>
              <w:t>Training / competency</w:t>
            </w:r>
          </w:p>
        </w:tc>
        <w:tc>
          <w:tcPr>
            <w:tcW w:w="1704" w:type="dxa"/>
            <w:vAlign w:val="center"/>
          </w:tcPr>
          <w:p w14:paraId="5CE110AA" w14:textId="77777777" w:rsidR="000E4AB2" w:rsidRDefault="00000000">
            <w:r>
              <w:rPr>
                <w:sz w:val="17"/>
              </w:rPr>
              <w:t xml:space="preserve"> </w:t>
            </w:r>
          </w:p>
        </w:tc>
        <w:tc>
          <w:tcPr>
            <w:tcW w:w="1704" w:type="dxa"/>
            <w:vAlign w:val="center"/>
          </w:tcPr>
          <w:p w14:paraId="414940BF" w14:textId="77777777" w:rsidR="000E4AB2" w:rsidRDefault="00000000">
            <w:r>
              <w:rPr>
                <w:sz w:val="17"/>
              </w:rPr>
              <w:t xml:space="preserve"> </w:t>
            </w:r>
          </w:p>
        </w:tc>
        <w:tc>
          <w:tcPr>
            <w:tcW w:w="1704" w:type="dxa"/>
            <w:vAlign w:val="center"/>
          </w:tcPr>
          <w:p w14:paraId="3245A3F3" w14:textId="77777777" w:rsidR="000E4AB2" w:rsidRDefault="00000000">
            <w:r>
              <w:rPr>
                <w:sz w:val="17"/>
              </w:rPr>
              <w:t xml:space="preserve"> </w:t>
            </w:r>
          </w:p>
        </w:tc>
        <w:tc>
          <w:tcPr>
            <w:tcW w:w="1704" w:type="dxa"/>
            <w:vAlign w:val="center"/>
          </w:tcPr>
          <w:p w14:paraId="34AF5C79" w14:textId="77777777" w:rsidR="000E4AB2" w:rsidRDefault="00000000">
            <w:r>
              <w:rPr>
                <w:sz w:val="17"/>
              </w:rPr>
              <w:t xml:space="preserve"> </w:t>
            </w:r>
          </w:p>
        </w:tc>
        <w:tc>
          <w:tcPr>
            <w:tcW w:w="1704" w:type="dxa"/>
            <w:vAlign w:val="center"/>
          </w:tcPr>
          <w:p w14:paraId="467B5477" w14:textId="77777777" w:rsidR="000E4AB2" w:rsidRDefault="00000000">
            <w:r>
              <w:rPr>
                <w:sz w:val="17"/>
              </w:rPr>
              <w:t xml:space="preserve"> </w:t>
            </w:r>
          </w:p>
        </w:tc>
      </w:tr>
      <w:tr w:rsidR="000E4AB2" w14:paraId="1D8793E2" w14:textId="77777777">
        <w:trPr>
          <w:jc w:val="center"/>
        </w:trPr>
        <w:tc>
          <w:tcPr>
            <w:tcW w:w="1704" w:type="dxa"/>
            <w:vAlign w:val="center"/>
          </w:tcPr>
          <w:p w14:paraId="1297F042" w14:textId="77777777" w:rsidR="000E4AB2" w:rsidRDefault="00000000">
            <w:r>
              <w:rPr>
                <w:b/>
                <w:sz w:val="17"/>
              </w:rPr>
              <w:t>Home/community/lone work</w:t>
            </w:r>
          </w:p>
        </w:tc>
        <w:tc>
          <w:tcPr>
            <w:tcW w:w="1704" w:type="dxa"/>
            <w:vAlign w:val="center"/>
          </w:tcPr>
          <w:p w14:paraId="69E8CE45" w14:textId="77777777" w:rsidR="000E4AB2" w:rsidRDefault="00000000">
            <w:r>
              <w:rPr>
                <w:sz w:val="17"/>
              </w:rPr>
              <w:t xml:space="preserve"> </w:t>
            </w:r>
          </w:p>
        </w:tc>
        <w:tc>
          <w:tcPr>
            <w:tcW w:w="1704" w:type="dxa"/>
            <w:vAlign w:val="center"/>
          </w:tcPr>
          <w:p w14:paraId="233E130C" w14:textId="77777777" w:rsidR="000E4AB2" w:rsidRDefault="00000000">
            <w:r>
              <w:rPr>
                <w:sz w:val="17"/>
              </w:rPr>
              <w:t xml:space="preserve"> </w:t>
            </w:r>
          </w:p>
        </w:tc>
        <w:tc>
          <w:tcPr>
            <w:tcW w:w="1704" w:type="dxa"/>
            <w:vAlign w:val="center"/>
          </w:tcPr>
          <w:p w14:paraId="1F6D6F01" w14:textId="77777777" w:rsidR="000E4AB2" w:rsidRDefault="00000000">
            <w:r>
              <w:rPr>
                <w:sz w:val="17"/>
              </w:rPr>
              <w:t xml:space="preserve"> </w:t>
            </w:r>
          </w:p>
        </w:tc>
        <w:tc>
          <w:tcPr>
            <w:tcW w:w="1704" w:type="dxa"/>
            <w:vAlign w:val="center"/>
          </w:tcPr>
          <w:p w14:paraId="44484351" w14:textId="77777777" w:rsidR="000E4AB2" w:rsidRDefault="00000000">
            <w:r>
              <w:rPr>
                <w:sz w:val="17"/>
              </w:rPr>
              <w:t xml:space="preserve"> </w:t>
            </w:r>
          </w:p>
        </w:tc>
        <w:tc>
          <w:tcPr>
            <w:tcW w:w="1704" w:type="dxa"/>
            <w:vAlign w:val="center"/>
          </w:tcPr>
          <w:p w14:paraId="234B5EFB" w14:textId="77777777" w:rsidR="000E4AB2" w:rsidRDefault="00000000">
            <w:r>
              <w:rPr>
                <w:sz w:val="17"/>
              </w:rPr>
              <w:t xml:space="preserve"> </w:t>
            </w:r>
          </w:p>
        </w:tc>
      </w:tr>
      <w:tr w:rsidR="000E4AB2" w14:paraId="363A2B95" w14:textId="77777777">
        <w:trPr>
          <w:jc w:val="center"/>
        </w:trPr>
        <w:tc>
          <w:tcPr>
            <w:tcW w:w="1704" w:type="dxa"/>
            <w:vAlign w:val="center"/>
          </w:tcPr>
          <w:p w14:paraId="754110A0" w14:textId="77777777" w:rsidR="000E4AB2" w:rsidRDefault="00000000">
            <w:r>
              <w:rPr>
                <w:b/>
                <w:sz w:val="17"/>
              </w:rPr>
              <w:t>Psychosocial hazards</w:t>
            </w:r>
          </w:p>
        </w:tc>
        <w:tc>
          <w:tcPr>
            <w:tcW w:w="1704" w:type="dxa"/>
            <w:vAlign w:val="center"/>
          </w:tcPr>
          <w:p w14:paraId="5C27CDEC" w14:textId="77777777" w:rsidR="000E4AB2" w:rsidRDefault="00000000">
            <w:r>
              <w:rPr>
                <w:sz w:val="17"/>
              </w:rPr>
              <w:t xml:space="preserve"> </w:t>
            </w:r>
          </w:p>
        </w:tc>
        <w:tc>
          <w:tcPr>
            <w:tcW w:w="1704" w:type="dxa"/>
            <w:vAlign w:val="center"/>
          </w:tcPr>
          <w:p w14:paraId="7E13C40D" w14:textId="77777777" w:rsidR="000E4AB2" w:rsidRDefault="00000000">
            <w:r>
              <w:rPr>
                <w:sz w:val="17"/>
              </w:rPr>
              <w:t xml:space="preserve"> </w:t>
            </w:r>
          </w:p>
        </w:tc>
        <w:tc>
          <w:tcPr>
            <w:tcW w:w="1704" w:type="dxa"/>
            <w:vAlign w:val="center"/>
          </w:tcPr>
          <w:p w14:paraId="57552773" w14:textId="77777777" w:rsidR="000E4AB2" w:rsidRDefault="00000000">
            <w:r>
              <w:rPr>
                <w:sz w:val="17"/>
              </w:rPr>
              <w:t xml:space="preserve"> </w:t>
            </w:r>
          </w:p>
        </w:tc>
        <w:tc>
          <w:tcPr>
            <w:tcW w:w="1704" w:type="dxa"/>
            <w:vAlign w:val="center"/>
          </w:tcPr>
          <w:p w14:paraId="78D74303" w14:textId="77777777" w:rsidR="000E4AB2" w:rsidRDefault="00000000">
            <w:r>
              <w:rPr>
                <w:sz w:val="17"/>
              </w:rPr>
              <w:t xml:space="preserve"> </w:t>
            </w:r>
          </w:p>
        </w:tc>
        <w:tc>
          <w:tcPr>
            <w:tcW w:w="1704" w:type="dxa"/>
            <w:vAlign w:val="center"/>
          </w:tcPr>
          <w:p w14:paraId="7532BAEE" w14:textId="77777777" w:rsidR="000E4AB2" w:rsidRDefault="00000000">
            <w:r>
              <w:rPr>
                <w:sz w:val="17"/>
              </w:rPr>
              <w:t xml:space="preserve"> </w:t>
            </w:r>
          </w:p>
        </w:tc>
      </w:tr>
      <w:tr w:rsidR="000E4AB2" w14:paraId="02D009C8" w14:textId="77777777">
        <w:trPr>
          <w:jc w:val="center"/>
        </w:trPr>
        <w:tc>
          <w:tcPr>
            <w:tcW w:w="1704" w:type="dxa"/>
            <w:vAlign w:val="center"/>
          </w:tcPr>
          <w:p w14:paraId="70A6B4FD" w14:textId="77777777" w:rsidR="000E4AB2" w:rsidRDefault="00000000">
            <w:r>
              <w:rPr>
                <w:b/>
                <w:sz w:val="17"/>
              </w:rPr>
              <w:t>Emergency / continuity</w:t>
            </w:r>
          </w:p>
        </w:tc>
        <w:tc>
          <w:tcPr>
            <w:tcW w:w="1704" w:type="dxa"/>
            <w:vAlign w:val="center"/>
          </w:tcPr>
          <w:p w14:paraId="467A4126" w14:textId="77777777" w:rsidR="000E4AB2" w:rsidRDefault="00000000">
            <w:r>
              <w:rPr>
                <w:sz w:val="17"/>
              </w:rPr>
              <w:t xml:space="preserve"> </w:t>
            </w:r>
          </w:p>
        </w:tc>
        <w:tc>
          <w:tcPr>
            <w:tcW w:w="1704" w:type="dxa"/>
            <w:vAlign w:val="center"/>
          </w:tcPr>
          <w:p w14:paraId="5B2236BB" w14:textId="77777777" w:rsidR="000E4AB2" w:rsidRDefault="00000000">
            <w:r>
              <w:rPr>
                <w:sz w:val="17"/>
              </w:rPr>
              <w:t xml:space="preserve"> </w:t>
            </w:r>
          </w:p>
        </w:tc>
        <w:tc>
          <w:tcPr>
            <w:tcW w:w="1704" w:type="dxa"/>
            <w:vAlign w:val="center"/>
          </w:tcPr>
          <w:p w14:paraId="4A9A7B4D" w14:textId="77777777" w:rsidR="000E4AB2" w:rsidRDefault="00000000">
            <w:r>
              <w:rPr>
                <w:sz w:val="17"/>
              </w:rPr>
              <w:t xml:space="preserve"> </w:t>
            </w:r>
          </w:p>
        </w:tc>
        <w:tc>
          <w:tcPr>
            <w:tcW w:w="1704" w:type="dxa"/>
            <w:vAlign w:val="center"/>
          </w:tcPr>
          <w:p w14:paraId="23790ADF" w14:textId="77777777" w:rsidR="000E4AB2" w:rsidRDefault="00000000">
            <w:r>
              <w:rPr>
                <w:sz w:val="17"/>
              </w:rPr>
              <w:t xml:space="preserve"> </w:t>
            </w:r>
          </w:p>
        </w:tc>
        <w:tc>
          <w:tcPr>
            <w:tcW w:w="1704" w:type="dxa"/>
            <w:vAlign w:val="center"/>
          </w:tcPr>
          <w:p w14:paraId="75A2D4F1" w14:textId="77777777" w:rsidR="000E4AB2" w:rsidRDefault="00000000">
            <w:r>
              <w:rPr>
                <w:sz w:val="17"/>
              </w:rPr>
              <w:t xml:space="preserve"> </w:t>
            </w:r>
          </w:p>
        </w:tc>
      </w:tr>
      <w:tr w:rsidR="000E4AB2" w14:paraId="4A4403C9" w14:textId="77777777">
        <w:trPr>
          <w:jc w:val="center"/>
        </w:trPr>
        <w:tc>
          <w:tcPr>
            <w:tcW w:w="1704" w:type="dxa"/>
            <w:vAlign w:val="center"/>
          </w:tcPr>
          <w:p w14:paraId="0213E440" w14:textId="77777777" w:rsidR="000E4AB2" w:rsidRDefault="00000000">
            <w:r>
              <w:rPr>
                <w:b/>
                <w:sz w:val="17"/>
              </w:rPr>
              <w:t>Incident management</w:t>
            </w:r>
          </w:p>
        </w:tc>
        <w:tc>
          <w:tcPr>
            <w:tcW w:w="1704" w:type="dxa"/>
            <w:vAlign w:val="center"/>
          </w:tcPr>
          <w:p w14:paraId="50280D45" w14:textId="77777777" w:rsidR="000E4AB2" w:rsidRDefault="00000000">
            <w:r>
              <w:rPr>
                <w:sz w:val="17"/>
              </w:rPr>
              <w:t xml:space="preserve"> </w:t>
            </w:r>
          </w:p>
        </w:tc>
        <w:tc>
          <w:tcPr>
            <w:tcW w:w="1704" w:type="dxa"/>
            <w:vAlign w:val="center"/>
          </w:tcPr>
          <w:p w14:paraId="2B91EC60" w14:textId="77777777" w:rsidR="000E4AB2" w:rsidRDefault="00000000">
            <w:r>
              <w:rPr>
                <w:sz w:val="17"/>
              </w:rPr>
              <w:t xml:space="preserve"> </w:t>
            </w:r>
          </w:p>
        </w:tc>
        <w:tc>
          <w:tcPr>
            <w:tcW w:w="1704" w:type="dxa"/>
            <w:vAlign w:val="center"/>
          </w:tcPr>
          <w:p w14:paraId="1825E8AF" w14:textId="77777777" w:rsidR="000E4AB2" w:rsidRDefault="00000000">
            <w:r>
              <w:rPr>
                <w:sz w:val="17"/>
              </w:rPr>
              <w:t xml:space="preserve"> </w:t>
            </w:r>
          </w:p>
        </w:tc>
        <w:tc>
          <w:tcPr>
            <w:tcW w:w="1704" w:type="dxa"/>
            <w:vAlign w:val="center"/>
          </w:tcPr>
          <w:p w14:paraId="015C31D5" w14:textId="77777777" w:rsidR="000E4AB2" w:rsidRDefault="00000000">
            <w:r>
              <w:rPr>
                <w:sz w:val="17"/>
              </w:rPr>
              <w:t xml:space="preserve"> </w:t>
            </w:r>
          </w:p>
        </w:tc>
        <w:tc>
          <w:tcPr>
            <w:tcW w:w="1704" w:type="dxa"/>
            <w:vAlign w:val="center"/>
          </w:tcPr>
          <w:p w14:paraId="48F06AF5" w14:textId="77777777" w:rsidR="000E4AB2" w:rsidRDefault="00000000">
            <w:r>
              <w:rPr>
                <w:sz w:val="17"/>
              </w:rPr>
              <w:t xml:space="preserve"> </w:t>
            </w:r>
          </w:p>
        </w:tc>
      </w:tr>
      <w:tr w:rsidR="000E4AB2" w14:paraId="05B7BCFA" w14:textId="77777777">
        <w:trPr>
          <w:jc w:val="center"/>
        </w:trPr>
        <w:tc>
          <w:tcPr>
            <w:tcW w:w="1704" w:type="dxa"/>
            <w:vAlign w:val="center"/>
          </w:tcPr>
          <w:p w14:paraId="2E51FF9A" w14:textId="77777777" w:rsidR="000E4AB2" w:rsidRDefault="00000000">
            <w:r>
              <w:rPr>
                <w:b/>
                <w:sz w:val="17"/>
              </w:rPr>
              <w:t>Documentation control</w:t>
            </w:r>
          </w:p>
        </w:tc>
        <w:tc>
          <w:tcPr>
            <w:tcW w:w="1704" w:type="dxa"/>
            <w:vAlign w:val="center"/>
          </w:tcPr>
          <w:p w14:paraId="1AC778A9" w14:textId="77777777" w:rsidR="000E4AB2" w:rsidRDefault="00000000">
            <w:r>
              <w:rPr>
                <w:sz w:val="17"/>
              </w:rPr>
              <w:t xml:space="preserve"> </w:t>
            </w:r>
          </w:p>
        </w:tc>
        <w:tc>
          <w:tcPr>
            <w:tcW w:w="1704" w:type="dxa"/>
            <w:vAlign w:val="center"/>
          </w:tcPr>
          <w:p w14:paraId="716CAA55" w14:textId="77777777" w:rsidR="000E4AB2" w:rsidRDefault="00000000">
            <w:r>
              <w:rPr>
                <w:sz w:val="17"/>
              </w:rPr>
              <w:t xml:space="preserve"> </w:t>
            </w:r>
          </w:p>
        </w:tc>
        <w:tc>
          <w:tcPr>
            <w:tcW w:w="1704" w:type="dxa"/>
            <w:vAlign w:val="center"/>
          </w:tcPr>
          <w:p w14:paraId="70CF6EE5" w14:textId="77777777" w:rsidR="000E4AB2" w:rsidRDefault="00000000">
            <w:r>
              <w:rPr>
                <w:sz w:val="17"/>
              </w:rPr>
              <w:t xml:space="preserve"> </w:t>
            </w:r>
          </w:p>
        </w:tc>
        <w:tc>
          <w:tcPr>
            <w:tcW w:w="1704" w:type="dxa"/>
            <w:vAlign w:val="center"/>
          </w:tcPr>
          <w:p w14:paraId="60DE364F" w14:textId="77777777" w:rsidR="000E4AB2" w:rsidRDefault="00000000">
            <w:r>
              <w:rPr>
                <w:sz w:val="17"/>
              </w:rPr>
              <w:t xml:space="preserve"> </w:t>
            </w:r>
          </w:p>
        </w:tc>
        <w:tc>
          <w:tcPr>
            <w:tcW w:w="1704" w:type="dxa"/>
            <w:vAlign w:val="center"/>
          </w:tcPr>
          <w:p w14:paraId="47D65CED" w14:textId="77777777" w:rsidR="000E4AB2" w:rsidRDefault="00000000">
            <w:r>
              <w:rPr>
                <w:sz w:val="17"/>
              </w:rPr>
              <w:t xml:space="preserve"> </w:t>
            </w:r>
          </w:p>
        </w:tc>
      </w:tr>
      <w:tr w:rsidR="000E4AB2" w14:paraId="144CA60D" w14:textId="77777777">
        <w:trPr>
          <w:jc w:val="center"/>
        </w:trPr>
        <w:tc>
          <w:tcPr>
            <w:tcW w:w="1704" w:type="dxa"/>
            <w:vAlign w:val="center"/>
          </w:tcPr>
          <w:p w14:paraId="74D9843B" w14:textId="77777777" w:rsidR="000E4AB2" w:rsidRDefault="00000000">
            <w:r>
              <w:rPr>
                <w:b/>
                <w:sz w:val="17"/>
              </w:rPr>
              <w:t>Monitoring / CQI</w:t>
            </w:r>
          </w:p>
        </w:tc>
        <w:tc>
          <w:tcPr>
            <w:tcW w:w="1704" w:type="dxa"/>
            <w:vAlign w:val="center"/>
          </w:tcPr>
          <w:p w14:paraId="57B2BB3A" w14:textId="77777777" w:rsidR="000E4AB2" w:rsidRDefault="00000000">
            <w:r>
              <w:rPr>
                <w:sz w:val="17"/>
              </w:rPr>
              <w:t xml:space="preserve"> </w:t>
            </w:r>
          </w:p>
        </w:tc>
        <w:tc>
          <w:tcPr>
            <w:tcW w:w="1704" w:type="dxa"/>
            <w:vAlign w:val="center"/>
          </w:tcPr>
          <w:p w14:paraId="7EC57A35" w14:textId="77777777" w:rsidR="000E4AB2" w:rsidRDefault="00000000">
            <w:r>
              <w:rPr>
                <w:sz w:val="17"/>
              </w:rPr>
              <w:t xml:space="preserve"> </w:t>
            </w:r>
          </w:p>
        </w:tc>
        <w:tc>
          <w:tcPr>
            <w:tcW w:w="1704" w:type="dxa"/>
            <w:vAlign w:val="center"/>
          </w:tcPr>
          <w:p w14:paraId="78EE30CC" w14:textId="77777777" w:rsidR="000E4AB2" w:rsidRDefault="00000000">
            <w:r>
              <w:rPr>
                <w:sz w:val="17"/>
              </w:rPr>
              <w:t xml:space="preserve"> </w:t>
            </w:r>
          </w:p>
        </w:tc>
        <w:tc>
          <w:tcPr>
            <w:tcW w:w="1704" w:type="dxa"/>
            <w:vAlign w:val="center"/>
          </w:tcPr>
          <w:p w14:paraId="64D2F187" w14:textId="77777777" w:rsidR="000E4AB2" w:rsidRDefault="00000000">
            <w:r>
              <w:rPr>
                <w:sz w:val="17"/>
              </w:rPr>
              <w:t xml:space="preserve"> </w:t>
            </w:r>
          </w:p>
        </w:tc>
        <w:tc>
          <w:tcPr>
            <w:tcW w:w="1704" w:type="dxa"/>
            <w:vAlign w:val="center"/>
          </w:tcPr>
          <w:p w14:paraId="0B88A5C8" w14:textId="77777777" w:rsidR="000E4AB2" w:rsidRDefault="00000000">
            <w:r>
              <w:rPr>
                <w:sz w:val="17"/>
              </w:rPr>
              <w:t xml:space="preserve"> </w:t>
            </w:r>
          </w:p>
        </w:tc>
      </w:tr>
      <w:tr w:rsidR="000E4AB2" w14:paraId="134C4FA0" w14:textId="77777777">
        <w:trPr>
          <w:jc w:val="center"/>
        </w:trPr>
        <w:tc>
          <w:tcPr>
            <w:tcW w:w="1704" w:type="dxa"/>
            <w:vAlign w:val="center"/>
          </w:tcPr>
          <w:p w14:paraId="5B8B03A2" w14:textId="77777777" w:rsidR="000E4AB2" w:rsidRDefault="00000000">
            <w:r>
              <w:rPr>
                <w:b/>
                <w:sz w:val="17"/>
              </w:rPr>
              <w:t>Later-unit integration / identified gaps</w:t>
            </w:r>
          </w:p>
        </w:tc>
        <w:tc>
          <w:tcPr>
            <w:tcW w:w="1704" w:type="dxa"/>
            <w:vAlign w:val="center"/>
          </w:tcPr>
          <w:p w14:paraId="7F173F8E" w14:textId="77777777" w:rsidR="000E4AB2" w:rsidRDefault="00000000">
            <w:r>
              <w:rPr>
                <w:sz w:val="17"/>
              </w:rPr>
              <w:t xml:space="preserve"> </w:t>
            </w:r>
          </w:p>
        </w:tc>
        <w:tc>
          <w:tcPr>
            <w:tcW w:w="1704" w:type="dxa"/>
            <w:vAlign w:val="center"/>
          </w:tcPr>
          <w:p w14:paraId="39EE2565" w14:textId="77777777" w:rsidR="000E4AB2" w:rsidRDefault="00000000">
            <w:r>
              <w:rPr>
                <w:sz w:val="17"/>
              </w:rPr>
              <w:t xml:space="preserve"> </w:t>
            </w:r>
          </w:p>
        </w:tc>
        <w:tc>
          <w:tcPr>
            <w:tcW w:w="1704" w:type="dxa"/>
            <w:vAlign w:val="center"/>
          </w:tcPr>
          <w:p w14:paraId="001D6272" w14:textId="77777777" w:rsidR="000E4AB2" w:rsidRDefault="00000000">
            <w:r>
              <w:rPr>
                <w:sz w:val="17"/>
              </w:rPr>
              <w:t xml:space="preserve"> </w:t>
            </w:r>
          </w:p>
        </w:tc>
        <w:tc>
          <w:tcPr>
            <w:tcW w:w="1704" w:type="dxa"/>
            <w:vAlign w:val="center"/>
          </w:tcPr>
          <w:p w14:paraId="02565F39" w14:textId="77777777" w:rsidR="000E4AB2" w:rsidRDefault="00000000">
            <w:r>
              <w:rPr>
                <w:sz w:val="17"/>
              </w:rPr>
              <w:t xml:space="preserve"> </w:t>
            </w:r>
          </w:p>
        </w:tc>
        <w:tc>
          <w:tcPr>
            <w:tcW w:w="1704" w:type="dxa"/>
            <w:vAlign w:val="center"/>
          </w:tcPr>
          <w:p w14:paraId="468FBCD7" w14:textId="77777777" w:rsidR="000E4AB2" w:rsidRDefault="00000000">
            <w:r>
              <w:rPr>
                <w:sz w:val="17"/>
              </w:rPr>
              <w:t xml:space="preserve"> </w:t>
            </w:r>
          </w:p>
        </w:tc>
      </w:tr>
    </w:tbl>
    <w:p w14:paraId="71976445" w14:textId="77777777" w:rsidR="000E4AB2" w:rsidRDefault="00000000">
      <w:r>
        <w:br w:type="page"/>
      </w:r>
    </w:p>
    <w:p w14:paraId="57EE9F47" w14:textId="77777777" w:rsidR="000E4AB2" w:rsidRDefault="00000000">
      <w:pPr>
        <w:pStyle w:val="Heading1"/>
      </w:pPr>
      <w:bookmarkStart w:id="90" w:name="_Toc240137361"/>
      <w:r>
        <w:lastRenderedPageBreak/>
        <w:t>Template 29: WHS Audit Checklist</w:t>
      </w:r>
      <w:bookmarkEnd w:id="90"/>
    </w:p>
    <w:p w14:paraId="78615C81" w14:textId="77777777" w:rsidR="000E4AB2" w:rsidRDefault="00000000">
      <w:r>
        <w:rPr>
          <w:b/>
        </w:rPr>
        <w:t xml:space="preserve">Purpose: </w:t>
      </w:r>
      <w:r>
        <w:t>Conduct a more formal systematic review of WHS system requirements and supporting evidence.</w:t>
      </w:r>
    </w:p>
    <w:p w14:paraId="4A26A86A" w14:textId="77777777" w:rsidR="000E4AB2" w:rsidRDefault="00000000">
      <w:r>
        <w:rPr>
          <w:b/>
        </w:rPr>
        <w:t xml:space="preserve">Assessment use: </w:t>
      </w:r>
      <w:r>
        <w:t>Optional/context-dependent resource; may be used instead of the self-audit where appropriate.</w:t>
      </w:r>
    </w:p>
    <w:p w14:paraId="4817C58C"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tbl>
      <w:tblPr>
        <w:tblStyle w:val="TableGrid"/>
        <w:tblW w:w="0" w:type="auto"/>
        <w:jc w:val="center"/>
        <w:tblLook w:val="04A0" w:firstRow="1" w:lastRow="0" w:firstColumn="1" w:lastColumn="0" w:noHBand="0" w:noVBand="1"/>
      </w:tblPr>
      <w:tblGrid>
        <w:gridCol w:w="1704"/>
        <w:gridCol w:w="1704"/>
        <w:gridCol w:w="1704"/>
        <w:gridCol w:w="1704"/>
        <w:gridCol w:w="1704"/>
        <w:gridCol w:w="1704"/>
      </w:tblGrid>
      <w:tr w:rsidR="000E4AB2" w14:paraId="37F58E7A" w14:textId="77777777">
        <w:trPr>
          <w:jc w:val="center"/>
        </w:trPr>
        <w:tc>
          <w:tcPr>
            <w:tcW w:w="1704" w:type="dxa"/>
            <w:shd w:val="clear" w:color="auto" w:fill="D9EAF7"/>
            <w:vAlign w:val="center"/>
          </w:tcPr>
          <w:p w14:paraId="530259EF" w14:textId="77777777" w:rsidR="000E4AB2" w:rsidRDefault="00000000">
            <w:r>
              <w:rPr>
                <w:b/>
                <w:sz w:val="16"/>
              </w:rPr>
              <w:t>Audit criterion</w:t>
            </w:r>
          </w:p>
        </w:tc>
        <w:tc>
          <w:tcPr>
            <w:tcW w:w="1704" w:type="dxa"/>
            <w:shd w:val="clear" w:color="auto" w:fill="D9EAF7"/>
            <w:vAlign w:val="center"/>
          </w:tcPr>
          <w:p w14:paraId="1C410A01" w14:textId="77777777" w:rsidR="000E4AB2" w:rsidRDefault="00000000">
            <w:r>
              <w:rPr>
                <w:b/>
                <w:sz w:val="16"/>
              </w:rPr>
              <w:t>Evidence reviewed</w:t>
            </w:r>
          </w:p>
        </w:tc>
        <w:tc>
          <w:tcPr>
            <w:tcW w:w="1704" w:type="dxa"/>
            <w:shd w:val="clear" w:color="auto" w:fill="D9EAF7"/>
            <w:vAlign w:val="center"/>
          </w:tcPr>
          <w:p w14:paraId="06299C96" w14:textId="77777777" w:rsidR="000E4AB2" w:rsidRDefault="00000000">
            <w:r>
              <w:rPr>
                <w:b/>
                <w:sz w:val="16"/>
              </w:rPr>
              <w:t>Finding</w:t>
            </w:r>
          </w:p>
        </w:tc>
        <w:tc>
          <w:tcPr>
            <w:tcW w:w="1704" w:type="dxa"/>
            <w:shd w:val="clear" w:color="auto" w:fill="D9EAF7"/>
            <w:vAlign w:val="center"/>
          </w:tcPr>
          <w:p w14:paraId="0568E044" w14:textId="77777777" w:rsidR="000E4AB2" w:rsidRDefault="00000000">
            <w:r>
              <w:rPr>
                <w:b/>
                <w:sz w:val="16"/>
              </w:rPr>
              <w:t>Conformity / rating</w:t>
            </w:r>
          </w:p>
        </w:tc>
        <w:tc>
          <w:tcPr>
            <w:tcW w:w="1704" w:type="dxa"/>
            <w:shd w:val="clear" w:color="auto" w:fill="D9EAF7"/>
            <w:vAlign w:val="center"/>
          </w:tcPr>
          <w:p w14:paraId="237045E7" w14:textId="77777777" w:rsidR="000E4AB2" w:rsidRDefault="00000000">
            <w:r>
              <w:rPr>
                <w:b/>
                <w:sz w:val="16"/>
              </w:rPr>
              <w:t>Corrective action</w:t>
            </w:r>
          </w:p>
        </w:tc>
        <w:tc>
          <w:tcPr>
            <w:tcW w:w="1704" w:type="dxa"/>
            <w:shd w:val="clear" w:color="auto" w:fill="D9EAF7"/>
            <w:vAlign w:val="center"/>
          </w:tcPr>
          <w:p w14:paraId="25368769" w14:textId="77777777" w:rsidR="000E4AB2" w:rsidRDefault="00000000">
            <w:r>
              <w:rPr>
                <w:b/>
                <w:sz w:val="16"/>
              </w:rPr>
              <w:t>Owner / due date</w:t>
            </w:r>
          </w:p>
        </w:tc>
      </w:tr>
      <w:tr w:rsidR="000E4AB2" w14:paraId="2BA72DF2" w14:textId="77777777">
        <w:trPr>
          <w:jc w:val="center"/>
        </w:trPr>
        <w:tc>
          <w:tcPr>
            <w:tcW w:w="1704" w:type="dxa"/>
            <w:vAlign w:val="center"/>
          </w:tcPr>
          <w:p w14:paraId="6267B529" w14:textId="77777777" w:rsidR="000E4AB2" w:rsidRDefault="00000000">
            <w:r>
              <w:rPr>
                <w:b/>
                <w:sz w:val="17"/>
              </w:rPr>
              <w:t>Leadership / governance</w:t>
            </w:r>
          </w:p>
        </w:tc>
        <w:tc>
          <w:tcPr>
            <w:tcW w:w="1704" w:type="dxa"/>
            <w:vAlign w:val="center"/>
          </w:tcPr>
          <w:p w14:paraId="3F9DD3BD" w14:textId="77777777" w:rsidR="000E4AB2" w:rsidRDefault="00000000">
            <w:r>
              <w:rPr>
                <w:sz w:val="17"/>
              </w:rPr>
              <w:t xml:space="preserve"> </w:t>
            </w:r>
          </w:p>
        </w:tc>
        <w:tc>
          <w:tcPr>
            <w:tcW w:w="1704" w:type="dxa"/>
            <w:vAlign w:val="center"/>
          </w:tcPr>
          <w:p w14:paraId="24D0DE71" w14:textId="77777777" w:rsidR="000E4AB2" w:rsidRDefault="00000000">
            <w:r>
              <w:rPr>
                <w:sz w:val="17"/>
              </w:rPr>
              <w:t xml:space="preserve"> </w:t>
            </w:r>
          </w:p>
        </w:tc>
        <w:tc>
          <w:tcPr>
            <w:tcW w:w="1704" w:type="dxa"/>
            <w:vAlign w:val="center"/>
          </w:tcPr>
          <w:p w14:paraId="7BF25449" w14:textId="77777777" w:rsidR="000E4AB2" w:rsidRDefault="00000000">
            <w:r>
              <w:rPr>
                <w:sz w:val="17"/>
              </w:rPr>
              <w:t xml:space="preserve"> </w:t>
            </w:r>
          </w:p>
        </w:tc>
        <w:tc>
          <w:tcPr>
            <w:tcW w:w="1704" w:type="dxa"/>
            <w:vAlign w:val="center"/>
          </w:tcPr>
          <w:p w14:paraId="1A98806A" w14:textId="77777777" w:rsidR="000E4AB2" w:rsidRDefault="00000000">
            <w:r>
              <w:rPr>
                <w:sz w:val="17"/>
              </w:rPr>
              <w:t xml:space="preserve"> </w:t>
            </w:r>
          </w:p>
        </w:tc>
        <w:tc>
          <w:tcPr>
            <w:tcW w:w="1704" w:type="dxa"/>
            <w:vAlign w:val="center"/>
          </w:tcPr>
          <w:p w14:paraId="67831AC7" w14:textId="77777777" w:rsidR="000E4AB2" w:rsidRDefault="00000000">
            <w:r>
              <w:rPr>
                <w:sz w:val="17"/>
              </w:rPr>
              <w:t xml:space="preserve"> </w:t>
            </w:r>
          </w:p>
        </w:tc>
      </w:tr>
      <w:tr w:rsidR="000E4AB2" w14:paraId="61E08AD7" w14:textId="77777777">
        <w:trPr>
          <w:jc w:val="center"/>
        </w:trPr>
        <w:tc>
          <w:tcPr>
            <w:tcW w:w="1704" w:type="dxa"/>
            <w:vAlign w:val="center"/>
          </w:tcPr>
          <w:p w14:paraId="479A54BC" w14:textId="77777777" w:rsidR="000E4AB2" w:rsidRDefault="00000000">
            <w:r>
              <w:rPr>
                <w:b/>
                <w:sz w:val="17"/>
              </w:rPr>
              <w:t>Duty-holder responsibilities</w:t>
            </w:r>
          </w:p>
        </w:tc>
        <w:tc>
          <w:tcPr>
            <w:tcW w:w="1704" w:type="dxa"/>
            <w:vAlign w:val="center"/>
          </w:tcPr>
          <w:p w14:paraId="06B19681" w14:textId="77777777" w:rsidR="000E4AB2" w:rsidRDefault="00000000">
            <w:r>
              <w:rPr>
                <w:sz w:val="17"/>
              </w:rPr>
              <w:t xml:space="preserve"> </w:t>
            </w:r>
          </w:p>
        </w:tc>
        <w:tc>
          <w:tcPr>
            <w:tcW w:w="1704" w:type="dxa"/>
            <w:vAlign w:val="center"/>
          </w:tcPr>
          <w:p w14:paraId="65E77D0C" w14:textId="77777777" w:rsidR="000E4AB2" w:rsidRDefault="00000000">
            <w:r>
              <w:rPr>
                <w:sz w:val="17"/>
              </w:rPr>
              <w:t xml:space="preserve"> </w:t>
            </w:r>
          </w:p>
        </w:tc>
        <w:tc>
          <w:tcPr>
            <w:tcW w:w="1704" w:type="dxa"/>
            <w:vAlign w:val="center"/>
          </w:tcPr>
          <w:p w14:paraId="7CB5194F" w14:textId="77777777" w:rsidR="000E4AB2" w:rsidRDefault="00000000">
            <w:r>
              <w:rPr>
                <w:sz w:val="17"/>
              </w:rPr>
              <w:t xml:space="preserve"> </w:t>
            </w:r>
          </w:p>
        </w:tc>
        <w:tc>
          <w:tcPr>
            <w:tcW w:w="1704" w:type="dxa"/>
            <w:vAlign w:val="center"/>
          </w:tcPr>
          <w:p w14:paraId="4A98F7BD" w14:textId="77777777" w:rsidR="000E4AB2" w:rsidRDefault="00000000">
            <w:r>
              <w:rPr>
                <w:sz w:val="17"/>
              </w:rPr>
              <w:t xml:space="preserve"> </w:t>
            </w:r>
          </w:p>
        </w:tc>
        <w:tc>
          <w:tcPr>
            <w:tcW w:w="1704" w:type="dxa"/>
            <w:vAlign w:val="center"/>
          </w:tcPr>
          <w:p w14:paraId="6964FA3B" w14:textId="77777777" w:rsidR="000E4AB2" w:rsidRDefault="00000000">
            <w:r>
              <w:rPr>
                <w:sz w:val="17"/>
              </w:rPr>
              <w:t xml:space="preserve"> </w:t>
            </w:r>
          </w:p>
        </w:tc>
      </w:tr>
      <w:tr w:rsidR="000E4AB2" w14:paraId="09DB47E8" w14:textId="77777777">
        <w:trPr>
          <w:jc w:val="center"/>
        </w:trPr>
        <w:tc>
          <w:tcPr>
            <w:tcW w:w="1704" w:type="dxa"/>
            <w:vAlign w:val="center"/>
          </w:tcPr>
          <w:p w14:paraId="7E3B3909" w14:textId="77777777" w:rsidR="000E4AB2" w:rsidRDefault="00000000">
            <w:r>
              <w:rPr>
                <w:b/>
                <w:sz w:val="17"/>
              </w:rPr>
              <w:t>Legal compliance</w:t>
            </w:r>
          </w:p>
        </w:tc>
        <w:tc>
          <w:tcPr>
            <w:tcW w:w="1704" w:type="dxa"/>
            <w:vAlign w:val="center"/>
          </w:tcPr>
          <w:p w14:paraId="410813CB" w14:textId="77777777" w:rsidR="000E4AB2" w:rsidRDefault="00000000">
            <w:r>
              <w:rPr>
                <w:sz w:val="17"/>
              </w:rPr>
              <w:t xml:space="preserve"> </w:t>
            </w:r>
          </w:p>
        </w:tc>
        <w:tc>
          <w:tcPr>
            <w:tcW w:w="1704" w:type="dxa"/>
            <w:vAlign w:val="center"/>
          </w:tcPr>
          <w:p w14:paraId="6DEC2098" w14:textId="77777777" w:rsidR="000E4AB2" w:rsidRDefault="00000000">
            <w:r>
              <w:rPr>
                <w:sz w:val="17"/>
              </w:rPr>
              <w:t xml:space="preserve"> </w:t>
            </w:r>
          </w:p>
        </w:tc>
        <w:tc>
          <w:tcPr>
            <w:tcW w:w="1704" w:type="dxa"/>
            <w:vAlign w:val="center"/>
          </w:tcPr>
          <w:p w14:paraId="16AB5CDC" w14:textId="77777777" w:rsidR="000E4AB2" w:rsidRDefault="00000000">
            <w:r>
              <w:rPr>
                <w:sz w:val="17"/>
              </w:rPr>
              <w:t xml:space="preserve"> </w:t>
            </w:r>
          </w:p>
        </w:tc>
        <w:tc>
          <w:tcPr>
            <w:tcW w:w="1704" w:type="dxa"/>
            <w:vAlign w:val="center"/>
          </w:tcPr>
          <w:p w14:paraId="47161E4A" w14:textId="77777777" w:rsidR="000E4AB2" w:rsidRDefault="00000000">
            <w:r>
              <w:rPr>
                <w:sz w:val="17"/>
              </w:rPr>
              <w:t xml:space="preserve"> </w:t>
            </w:r>
          </w:p>
        </w:tc>
        <w:tc>
          <w:tcPr>
            <w:tcW w:w="1704" w:type="dxa"/>
            <w:vAlign w:val="center"/>
          </w:tcPr>
          <w:p w14:paraId="3694E9D4" w14:textId="77777777" w:rsidR="000E4AB2" w:rsidRDefault="00000000">
            <w:r>
              <w:rPr>
                <w:sz w:val="17"/>
              </w:rPr>
              <w:t xml:space="preserve"> </w:t>
            </w:r>
          </w:p>
        </w:tc>
      </w:tr>
      <w:tr w:rsidR="000E4AB2" w14:paraId="28ABCD39" w14:textId="77777777">
        <w:trPr>
          <w:jc w:val="center"/>
        </w:trPr>
        <w:tc>
          <w:tcPr>
            <w:tcW w:w="1704" w:type="dxa"/>
            <w:vAlign w:val="center"/>
          </w:tcPr>
          <w:p w14:paraId="3C62333F" w14:textId="77777777" w:rsidR="000E4AB2" w:rsidRDefault="00000000">
            <w:r>
              <w:rPr>
                <w:b/>
                <w:sz w:val="17"/>
              </w:rPr>
              <w:t>Consultation</w:t>
            </w:r>
          </w:p>
        </w:tc>
        <w:tc>
          <w:tcPr>
            <w:tcW w:w="1704" w:type="dxa"/>
            <w:vAlign w:val="center"/>
          </w:tcPr>
          <w:p w14:paraId="1E54D8EC" w14:textId="77777777" w:rsidR="000E4AB2" w:rsidRDefault="00000000">
            <w:r>
              <w:rPr>
                <w:sz w:val="17"/>
              </w:rPr>
              <w:t xml:space="preserve"> </w:t>
            </w:r>
          </w:p>
        </w:tc>
        <w:tc>
          <w:tcPr>
            <w:tcW w:w="1704" w:type="dxa"/>
            <w:vAlign w:val="center"/>
          </w:tcPr>
          <w:p w14:paraId="381291D4" w14:textId="77777777" w:rsidR="000E4AB2" w:rsidRDefault="00000000">
            <w:r>
              <w:rPr>
                <w:sz w:val="17"/>
              </w:rPr>
              <w:t xml:space="preserve"> </w:t>
            </w:r>
          </w:p>
        </w:tc>
        <w:tc>
          <w:tcPr>
            <w:tcW w:w="1704" w:type="dxa"/>
            <w:vAlign w:val="center"/>
          </w:tcPr>
          <w:p w14:paraId="3B713F6B" w14:textId="77777777" w:rsidR="000E4AB2" w:rsidRDefault="00000000">
            <w:r>
              <w:rPr>
                <w:sz w:val="17"/>
              </w:rPr>
              <w:t xml:space="preserve"> </w:t>
            </w:r>
          </w:p>
        </w:tc>
        <w:tc>
          <w:tcPr>
            <w:tcW w:w="1704" w:type="dxa"/>
            <w:vAlign w:val="center"/>
          </w:tcPr>
          <w:p w14:paraId="029AB7B4" w14:textId="77777777" w:rsidR="000E4AB2" w:rsidRDefault="00000000">
            <w:r>
              <w:rPr>
                <w:sz w:val="17"/>
              </w:rPr>
              <w:t xml:space="preserve"> </w:t>
            </w:r>
          </w:p>
        </w:tc>
        <w:tc>
          <w:tcPr>
            <w:tcW w:w="1704" w:type="dxa"/>
            <w:vAlign w:val="center"/>
          </w:tcPr>
          <w:p w14:paraId="048620FA" w14:textId="77777777" w:rsidR="000E4AB2" w:rsidRDefault="00000000">
            <w:r>
              <w:rPr>
                <w:sz w:val="17"/>
              </w:rPr>
              <w:t xml:space="preserve"> </w:t>
            </w:r>
          </w:p>
        </w:tc>
      </w:tr>
      <w:tr w:rsidR="000E4AB2" w14:paraId="6514C5B8" w14:textId="77777777">
        <w:trPr>
          <w:jc w:val="center"/>
        </w:trPr>
        <w:tc>
          <w:tcPr>
            <w:tcW w:w="1704" w:type="dxa"/>
            <w:vAlign w:val="center"/>
          </w:tcPr>
          <w:p w14:paraId="61ECC93B" w14:textId="77777777" w:rsidR="000E4AB2" w:rsidRDefault="00000000">
            <w:r>
              <w:rPr>
                <w:b/>
                <w:sz w:val="17"/>
              </w:rPr>
              <w:t>Risk management</w:t>
            </w:r>
          </w:p>
        </w:tc>
        <w:tc>
          <w:tcPr>
            <w:tcW w:w="1704" w:type="dxa"/>
            <w:vAlign w:val="center"/>
          </w:tcPr>
          <w:p w14:paraId="53F0BC9A" w14:textId="77777777" w:rsidR="000E4AB2" w:rsidRDefault="00000000">
            <w:r>
              <w:rPr>
                <w:sz w:val="17"/>
              </w:rPr>
              <w:t xml:space="preserve"> </w:t>
            </w:r>
          </w:p>
        </w:tc>
        <w:tc>
          <w:tcPr>
            <w:tcW w:w="1704" w:type="dxa"/>
            <w:vAlign w:val="center"/>
          </w:tcPr>
          <w:p w14:paraId="55805223" w14:textId="77777777" w:rsidR="000E4AB2" w:rsidRDefault="00000000">
            <w:r>
              <w:rPr>
                <w:sz w:val="17"/>
              </w:rPr>
              <w:t xml:space="preserve"> </w:t>
            </w:r>
          </w:p>
        </w:tc>
        <w:tc>
          <w:tcPr>
            <w:tcW w:w="1704" w:type="dxa"/>
            <w:vAlign w:val="center"/>
          </w:tcPr>
          <w:p w14:paraId="36DBDBA9" w14:textId="77777777" w:rsidR="000E4AB2" w:rsidRDefault="00000000">
            <w:r>
              <w:rPr>
                <w:sz w:val="17"/>
              </w:rPr>
              <w:t xml:space="preserve"> </w:t>
            </w:r>
          </w:p>
        </w:tc>
        <w:tc>
          <w:tcPr>
            <w:tcW w:w="1704" w:type="dxa"/>
            <w:vAlign w:val="center"/>
          </w:tcPr>
          <w:p w14:paraId="2B86BF28" w14:textId="77777777" w:rsidR="000E4AB2" w:rsidRDefault="00000000">
            <w:r>
              <w:rPr>
                <w:sz w:val="17"/>
              </w:rPr>
              <w:t xml:space="preserve"> </w:t>
            </w:r>
          </w:p>
        </w:tc>
        <w:tc>
          <w:tcPr>
            <w:tcW w:w="1704" w:type="dxa"/>
            <w:vAlign w:val="center"/>
          </w:tcPr>
          <w:p w14:paraId="6B60366C" w14:textId="77777777" w:rsidR="000E4AB2" w:rsidRDefault="00000000">
            <w:r>
              <w:rPr>
                <w:sz w:val="17"/>
              </w:rPr>
              <w:t xml:space="preserve"> </w:t>
            </w:r>
          </w:p>
        </w:tc>
      </w:tr>
      <w:tr w:rsidR="000E4AB2" w14:paraId="04BC0485" w14:textId="77777777">
        <w:trPr>
          <w:jc w:val="center"/>
        </w:trPr>
        <w:tc>
          <w:tcPr>
            <w:tcW w:w="1704" w:type="dxa"/>
            <w:vAlign w:val="center"/>
          </w:tcPr>
          <w:p w14:paraId="68F200AD" w14:textId="77777777" w:rsidR="000E4AB2" w:rsidRDefault="00000000">
            <w:r>
              <w:rPr>
                <w:b/>
                <w:sz w:val="17"/>
              </w:rPr>
              <w:t>Training / competency</w:t>
            </w:r>
          </w:p>
        </w:tc>
        <w:tc>
          <w:tcPr>
            <w:tcW w:w="1704" w:type="dxa"/>
            <w:vAlign w:val="center"/>
          </w:tcPr>
          <w:p w14:paraId="2710EF13" w14:textId="77777777" w:rsidR="000E4AB2" w:rsidRDefault="00000000">
            <w:r>
              <w:rPr>
                <w:sz w:val="17"/>
              </w:rPr>
              <w:t xml:space="preserve"> </w:t>
            </w:r>
          </w:p>
        </w:tc>
        <w:tc>
          <w:tcPr>
            <w:tcW w:w="1704" w:type="dxa"/>
            <w:vAlign w:val="center"/>
          </w:tcPr>
          <w:p w14:paraId="4FB079E7" w14:textId="77777777" w:rsidR="000E4AB2" w:rsidRDefault="00000000">
            <w:r>
              <w:rPr>
                <w:sz w:val="17"/>
              </w:rPr>
              <w:t xml:space="preserve"> </w:t>
            </w:r>
          </w:p>
        </w:tc>
        <w:tc>
          <w:tcPr>
            <w:tcW w:w="1704" w:type="dxa"/>
            <w:vAlign w:val="center"/>
          </w:tcPr>
          <w:p w14:paraId="40417021" w14:textId="77777777" w:rsidR="000E4AB2" w:rsidRDefault="00000000">
            <w:r>
              <w:rPr>
                <w:sz w:val="17"/>
              </w:rPr>
              <w:t xml:space="preserve"> </w:t>
            </w:r>
          </w:p>
        </w:tc>
        <w:tc>
          <w:tcPr>
            <w:tcW w:w="1704" w:type="dxa"/>
            <w:vAlign w:val="center"/>
          </w:tcPr>
          <w:p w14:paraId="29777A55" w14:textId="77777777" w:rsidR="000E4AB2" w:rsidRDefault="00000000">
            <w:r>
              <w:rPr>
                <w:sz w:val="17"/>
              </w:rPr>
              <w:t xml:space="preserve"> </w:t>
            </w:r>
          </w:p>
        </w:tc>
        <w:tc>
          <w:tcPr>
            <w:tcW w:w="1704" w:type="dxa"/>
            <w:vAlign w:val="center"/>
          </w:tcPr>
          <w:p w14:paraId="679CC846" w14:textId="77777777" w:rsidR="000E4AB2" w:rsidRDefault="00000000">
            <w:r>
              <w:rPr>
                <w:sz w:val="17"/>
              </w:rPr>
              <w:t xml:space="preserve"> </w:t>
            </w:r>
          </w:p>
        </w:tc>
      </w:tr>
      <w:tr w:rsidR="000E4AB2" w14:paraId="76EBB1AE" w14:textId="77777777">
        <w:trPr>
          <w:jc w:val="center"/>
        </w:trPr>
        <w:tc>
          <w:tcPr>
            <w:tcW w:w="1704" w:type="dxa"/>
            <w:vAlign w:val="center"/>
          </w:tcPr>
          <w:p w14:paraId="3C0602B0" w14:textId="77777777" w:rsidR="000E4AB2" w:rsidRDefault="00000000">
            <w:r>
              <w:rPr>
                <w:b/>
                <w:sz w:val="17"/>
              </w:rPr>
              <w:t>Incident / notification system</w:t>
            </w:r>
          </w:p>
        </w:tc>
        <w:tc>
          <w:tcPr>
            <w:tcW w:w="1704" w:type="dxa"/>
            <w:vAlign w:val="center"/>
          </w:tcPr>
          <w:p w14:paraId="4DA1DF65" w14:textId="77777777" w:rsidR="000E4AB2" w:rsidRDefault="00000000">
            <w:r>
              <w:rPr>
                <w:sz w:val="17"/>
              </w:rPr>
              <w:t xml:space="preserve"> </w:t>
            </w:r>
          </w:p>
        </w:tc>
        <w:tc>
          <w:tcPr>
            <w:tcW w:w="1704" w:type="dxa"/>
            <w:vAlign w:val="center"/>
          </w:tcPr>
          <w:p w14:paraId="56040E24" w14:textId="77777777" w:rsidR="000E4AB2" w:rsidRDefault="00000000">
            <w:r>
              <w:rPr>
                <w:sz w:val="17"/>
              </w:rPr>
              <w:t xml:space="preserve"> </w:t>
            </w:r>
          </w:p>
        </w:tc>
        <w:tc>
          <w:tcPr>
            <w:tcW w:w="1704" w:type="dxa"/>
            <w:vAlign w:val="center"/>
          </w:tcPr>
          <w:p w14:paraId="749F5CDB" w14:textId="77777777" w:rsidR="000E4AB2" w:rsidRDefault="00000000">
            <w:r>
              <w:rPr>
                <w:sz w:val="17"/>
              </w:rPr>
              <w:t xml:space="preserve"> </w:t>
            </w:r>
          </w:p>
        </w:tc>
        <w:tc>
          <w:tcPr>
            <w:tcW w:w="1704" w:type="dxa"/>
            <w:vAlign w:val="center"/>
          </w:tcPr>
          <w:p w14:paraId="20BA3F56" w14:textId="77777777" w:rsidR="000E4AB2" w:rsidRDefault="00000000">
            <w:r>
              <w:rPr>
                <w:sz w:val="17"/>
              </w:rPr>
              <w:t xml:space="preserve"> </w:t>
            </w:r>
          </w:p>
        </w:tc>
        <w:tc>
          <w:tcPr>
            <w:tcW w:w="1704" w:type="dxa"/>
            <w:vAlign w:val="center"/>
          </w:tcPr>
          <w:p w14:paraId="241C90CC" w14:textId="77777777" w:rsidR="000E4AB2" w:rsidRDefault="00000000">
            <w:r>
              <w:rPr>
                <w:sz w:val="17"/>
              </w:rPr>
              <w:t xml:space="preserve"> </w:t>
            </w:r>
          </w:p>
        </w:tc>
      </w:tr>
      <w:tr w:rsidR="000E4AB2" w14:paraId="5BC94DC8" w14:textId="77777777">
        <w:trPr>
          <w:jc w:val="center"/>
        </w:trPr>
        <w:tc>
          <w:tcPr>
            <w:tcW w:w="1704" w:type="dxa"/>
            <w:vAlign w:val="center"/>
          </w:tcPr>
          <w:p w14:paraId="4B0C5CAB" w14:textId="77777777" w:rsidR="000E4AB2" w:rsidRDefault="00000000">
            <w:r>
              <w:rPr>
                <w:b/>
                <w:sz w:val="17"/>
              </w:rPr>
              <w:t>Emergency / continuity</w:t>
            </w:r>
          </w:p>
        </w:tc>
        <w:tc>
          <w:tcPr>
            <w:tcW w:w="1704" w:type="dxa"/>
            <w:vAlign w:val="center"/>
          </w:tcPr>
          <w:p w14:paraId="344BDAB9" w14:textId="77777777" w:rsidR="000E4AB2" w:rsidRDefault="00000000">
            <w:r>
              <w:rPr>
                <w:sz w:val="17"/>
              </w:rPr>
              <w:t xml:space="preserve"> </w:t>
            </w:r>
          </w:p>
        </w:tc>
        <w:tc>
          <w:tcPr>
            <w:tcW w:w="1704" w:type="dxa"/>
            <w:vAlign w:val="center"/>
          </w:tcPr>
          <w:p w14:paraId="5D12B370" w14:textId="77777777" w:rsidR="000E4AB2" w:rsidRDefault="00000000">
            <w:r>
              <w:rPr>
                <w:sz w:val="17"/>
              </w:rPr>
              <w:t xml:space="preserve"> </w:t>
            </w:r>
          </w:p>
        </w:tc>
        <w:tc>
          <w:tcPr>
            <w:tcW w:w="1704" w:type="dxa"/>
            <w:vAlign w:val="center"/>
          </w:tcPr>
          <w:p w14:paraId="317AAD6D" w14:textId="77777777" w:rsidR="000E4AB2" w:rsidRDefault="00000000">
            <w:r>
              <w:rPr>
                <w:sz w:val="17"/>
              </w:rPr>
              <w:t xml:space="preserve"> </w:t>
            </w:r>
          </w:p>
        </w:tc>
        <w:tc>
          <w:tcPr>
            <w:tcW w:w="1704" w:type="dxa"/>
            <w:vAlign w:val="center"/>
          </w:tcPr>
          <w:p w14:paraId="4A5BEAFD" w14:textId="77777777" w:rsidR="000E4AB2" w:rsidRDefault="00000000">
            <w:r>
              <w:rPr>
                <w:sz w:val="17"/>
              </w:rPr>
              <w:t xml:space="preserve"> </w:t>
            </w:r>
          </w:p>
        </w:tc>
        <w:tc>
          <w:tcPr>
            <w:tcW w:w="1704" w:type="dxa"/>
            <w:vAlign w:val="center"/>
          </w:tcPr>
          <w:p w14:paraId="4352D52F" w14:textId="77777777" w:rsidR="000E4AB2" w:rsidRDefault="00000000">
            <w:r>
              <w:rPr>
                <w:sz w:val="17"/>
              </w:rPr>
              <w:t xml:space="preserve"> </w:t>
            </w:r>
          </w:p>
        </w:tc>
      </w:tr>
      <w:tr w:rsidR="000E4AB2" w14:paraId="39C05CBB" w14:textId="77777777">
        <w:trPr>
          <w:jc w:val="center"/>
        </w:trPr>
        <w:tc>
          <w:tcPr>
            <w:tcW w:w="1704" w:type="dxa"/>
            <w:vAlign w:val="center"/>
          </w:tcPr>
          <w:p w14:paraId="54B9C619" w14:textId="77777777" w:rsidR="000E4AB2" w:rsidRDefault="00000000">
            <w:r>
              <w:rPr>
                <w:b/>
                <w:sz w:val="17"/>
              </w:rPr>
              <w:t>Animal welfare integration</w:t>
            </w:r>
          </w:p>
        </w:tc>
        <w:tc>
          <w:tcPr>
            <w:tcW w:w="1704" w:type="dxa"/>
            <w:vAlign w:val="center"/>
          </w:tcPr>
          <w:p w14:paraId="75F1A21E" w14:textId="77777777" w:rsidR="000E4AB2" w:rsidRDefault="00000000">
            <w:r>
              <w:rPr>
                <w:sz w:val="17"/>
              </w:rPr>
              <w:t xml:space="preserve"> </w:t>
            </w:r>
          </w:p>
        </w:tc>
        <w:tc>
          <w:tcPr>
            <w:tcW w:w="1704" w:type="dxa"/>
            <w:vAlign w:val="center"/>
          </w:tcPr>
          <w:p w14:paraId="51E54E76" w14:textId="77777777" w:rsidR="000E4AB2" w:rsidRDefault="00000000">
            <w:r>
              <w:rPr>
                <w:sz w:val="17"/>
              </w:rPr>
              <w:t xml:space="preserve"> </w:t>
            </w:r>
          </w:p>
        </w:tc>
        <w:tc>
          <w:tcPr>
            <w:tcW w:w="1704" w:type="dxa"/>
            <w:vAlign w:val="center"/>
          </w:tcPr>
          <w:p w14:paraId="64FFDE8E" w14:textId="77777777" w:rsidR="000E4AB2" w:rsidRDefault="00000000">
            <w:r>
              <w:rPr>
                <w:sz w:val="17"/>
              </w:rPr>
              <w:t xml:space="preserve"> </w:t>
            </w:r>
          </w:p>
        </w:tc>
        <w:tc>
          <w:tcPr>
            <w:tcW w:w="1704" w:type="dxa"/>
            <w:vAlign w:val="center"/>
          </w:tcPr>
          <w:p w14:paraId="4709D7AF" w14:textId="77777777" w:rsidR="000E4AB2" w:rsidRDefault="00000000">
            <w:r>
              <w:rPr>
                <w:sz w:val="17"/>
              </w:rPr>
              <w:t xml:space="preserve"> </w:t>
            </w:r>
          </w:p>
        </w:tc>
        <w:tc>
          <w:tcPr>
            <w:tcW w:w="1704" w:type="dxa"/>
            <w:vAlign w:val="center"/>
          </w:tcPr>
          <w:p w14:paraId="5FA43634" w14:textId="77777777" w:rsidR="000E4AB2" w:rsidRDefault="00000000">
            <w:r>
              <w:rPr>
                <w:sz w:val="17"/>
              </w:rPr>
              <w:t xml:space="preserve"> </w:t>
            </w:r>
          </w:p>
        </w:tc>
      </w:tr>
      <w:tr w:rsidR="000E4AB2" w14:paraId="7A0CC00F" w14:textId="77777777">
        <w:trPr>
          <w:jc w:val="center"/>
        </w:trPr>
        <w:tc>
          <w:tcPr>
            <w:tcW w:w="1704" w:type="dxa"/>
            <w:vAlign w:val="center"/>
          </w:tcPr>
          <w:p w14:paraId="23B244BB" w14:textId="77777777" w:rsidR="000E4AB2" w:rsidRDefault="00000000">
            <w:r>
              <w:rPr>
                <w:b/>
                <w:sz w:val="17"/>
              </w:rPr>
              <w:t>Disability inclusion / reasonable adjustment</w:t>
            </w:r>
          </w:p>
        </w:tc>
        <w:tc>
          <w:tcPr>
            <w:tcW w:w="1704" w:type="dxa"/>
            <w:vAlign w:val="center"/>
          </w:tcPr>
          <w:p w14:paraId="090388C3" w14:textId="77777777" w:rsidR="000E4AB2" w:rsidRDefault="00000000">
            <w:r>
              <w:rPr>
                <w:sz w:val="17"/>
              </w:rPr>
              <w:t xml:space="preserve"> </w:t>
            </w:r>
          </w:p>
        </w:tc>
        <w:tc>
          <w:tcPr>
            <w:tcW w:w="1704" w:type="dxa"/>
            <w:vAlign w:val="center"/>
          </w:tcPr>
          <w:p w14:paraId="67A2579C" w14:textId="77777777" w:rsidR="000E4AB2" w:rsidRDefault="00000000">
            <w:r>
              <w:rPr>
                <w:sz w:val="17"/>
              </w:rPr>
              <w:t xml:space="preserve"> </w:t>
            </w:r>
          </w:p>
        </w:tc>
        <w:tc>
          <w:tcPr>
            <w:tcW w:w="1704" w:type="dxa"/>
            <w:vAlign w:val="center"/>
          </w:tcPr>
          <w:p w14:paraId="5A07F368" w14:textId="77777777" w:rsidR="000E4AB2" w:rsidRDefault="00000000">
            <w:r>
              <w:rPr>
                <w:sz w:val="17"/>
              </w:rPr>
              <w:t xml:space="preserve"> </w:t>
            </w:r>
          </w:p>
        </w:tc>
        <w:tc>
          <w:tcPr>
            <w:tcW w:w="1704" w:type="dxa"/>
            <w:vAlign w:val="center"/>
          </w:tcPr>
          <w:p w14:paraId="7E11C0A8" w14:textId="77777777" w:rsidR="000E4AB2" w:rsidRDefault="00000000">
            <w:r>
              <w:rPr>
                <w:sz w:val="17"/>
              </w:rPr>
              <w:t xml:space="preserve"> </w:t>
            </w:r>
          </w:p>
        </w:tc>
        <w:tc>
          <w:tcPr>
            <w:tcW w:w="1704" w:type="dxa"/>
            <w:vAlign w:val="center"/>
          </w:tcPr>
          <w:p w14:paraId="0A18F21C" w14:textId="77777777" w:rsidR="000E4AB2" w:rsidRDefault="00000000">
            <w:r>
              <w:rPr>
                <w:sz w:val="17"/>
              </w:rPr>
              <w:t xml:space="preserve"> </w:t>
            </w:r>
          </w:p>
        </w:tc>
      </w:tr>
      <w:tr w:rsidR="000E4AB2" w14:paraId="3C67DFB9" w14:textId="77777777">
        <w:trPr>
          <w:jc w:val="center"/>
        </w:trPr>
        <w:tc>
          <w:tcPr>
            <w:tcW w:w="1704" w:type="dxa"/>
            <w:vAlign w:val="center"/>
          </w:tcPr>
          <w:p w14:paraId="5630FFE0" w14:textId="77777777" w:rsidR="000E4AB2" w:rsidRDefault="00000000">
            <w:r>
              <w:rPr>
                <w:b/>
                <w:sz w:val="17"/>
              </w:rPr>
              <w:t>Psychosocial risk</w:t>
            </w:r>
          </w:p>
        </w:tc>
        <w:tc>
          <w:tcPr>
            <w:tcW w:w="1704" w:type="dxa"/>
            <w:vAlign w:val="center"/>
          </w:tcPr>
          <w:p w14:paraId="30D51B1A" w14:textId="77777777" w:rsidR="000E4AB2" w:rsidRDefault="00000000">
            <w:r>
              <w:rPr>
                <w:sz w:val="17"/>
              </w:rPr>
              <w:t xml:space="preserve"> </w:t>
            </w:r>
          </w:p>
        </w:tc>
        <w:tc>
          <w:tcPr>
            <w:tcW w:w="1704" w:type="dxa"/>
            <w:vAlign w:val="center"/>
          </w:tcPr>
          <w:p w14:paraId="7A7D8F68" w14:textId="77777777" w:rsidR="000E4AB2" w:rsidRDefault="00000000">
            <w:r>
              <w:rPr>
                <w:sz w:val="17"/>
              </w:rPr>
              <w:t xml:space="preserve"> </w:t>
            </w:r>
          </w:p>
        </w:tc>
        <w:tc>
          <w:tcPr>
            <w:tcW w:w="1704" w:type="dxa"/>
            <w:vAlign w:val="center"/>
          </w:tcPr>
          <w:p w14:paraId="3DF37640" w14:textId="77777777" w:rsidR="000E4AB2" w:rsidRDefault="00000000">
            <w:r>
              <w:rPr>
                <w:sz w:val="17"/>
              </w:rPr>
              <w:t xml:space="preserve"> </w:t>
            </w:r>
          </w:p>
        </w:tc>
        <w:tc>
          <w:tcPr>
            <w:tcW w:w="1704" w:type="dxa"/>
            <w:vAlign w:val="center"/>
          </w:tcPr>
          <w:p w14:paraId="400C5DA0" w14:textId="77777777" w:rsidR="000E4AB2" w:rsidRDefault="00000000">
            <w:r>
              <w:rPr>
                <w:sz w:val="17"/>
              </w:rPr>
              <w:t xml:space="preserve"> </w:t>
            </w:r>
          </w:p>
        </w:tc>
        <w:tc>
          <w:tcPr>
            <w:tcW w:w="1704" w:type="dxa"/>
            <w:vAlign w:val="center"/>
          </w:tcPr>
          <w:p w14:paraId="35709DF0" w14:textId="77777777" w:rsidR="000E4AB2" w:rsidRDefault="00000000">
            <w:r>
              <w:rPr>
                <w:sz w:val="17"/>
              </w:rPr>
              <w:t xml:space="preserve"> </w:t>
            </w:r>
          </w:p>
        </w:tc>
      </w:tr>
      <w:tr w:rsidR="000E4AB2" w14:paraId="4FD1B6C8" w14:textId="77777777">
        <w:trPr>
          <w:jc w:val="center"/>
        </w:trPr>
        <w:tc>
          <w:tcPr>
            <w:tcW w:w="1704" w:type="dxa"/>
            <w:vAlign w:val="center"/>
          </w:tcPr>
          <w:p w14:paraId="77FE8662" w14:textId="77777777" w:rsidR="000E4AB2" w:rsidRDefault="00000000">
            <w:r>
              <w:rPr>
                <w:b/>
                <w:sz w:val="17"/>
              </w:rPr>
              <w:t>Document control</w:t>
            </w:r>
          </w:p>
        </w:tc>
        <w:tc>
          <w:tcPr>
            <w:tcW w:w="1704" w:type="dxa"/>
            <w:vAlign w:val="center"/>
          </w:tcPr>
          <w:p w14:paraId="7A76570F" w14:textId="77777777" w:rsidR="000E4AB2" w:rsidRDefault="00000000">
            <w:r>
              <w:rPr>
                <w:sz w:val="17"/>
              </w:rPr>
              <w:t xml:space="preserve"> </w:t>
            </w:r>
          </w:p>
        </w:tc>
        <w:tc>
          <w:tcPr>
            <w:tcW w:w="1704" w:type="dxa"/>
            <w:vAlign w:val="center"/>
          </w:tcPr>
          <w:p w14:paraId="28F6C539" w14:textId="77777777" w:rsidR="000E4AB2" w:rsidRDefault="00000000">
            <w:r>
              <w:rPr>
                <w:sz w:val="17"/>
              </w:rPr>
              <w:t xml:space="preserve"> </w:t>
            </w:r>
          </w:p>
        </w:tc>
        <w:tc>
          <w:tcPr>
            <w:tcW w:w="1704" w:type="dxa"/>
            <w:vAlign w:val="center"/>
          </w:tcPr>
          <w:p w14:paraId="1DF8EF68" w14:textId="77777777" w:rsidR="000E4AB2" w:rsidRDefault="00000000">
            <w:r>
              <w:rPr>
                <w:sz w:val="17"/>
              </w:rPr>
              <w:t xml:space="preserve"> </w:t>
            </w:r>
          </w:p>
        </w:tc>
        <w:tc>
          <w:tcPr>
            <w:tcW w:w="1704" w:type="dxa"/>
            <w:vAlign w:val="center"/>
          </w:tcPr>
          <w:p w14:paraId="72051822" w14:textId="77777777" w:rsidR="000E4AB2" w:rsidRDefault="00000000">
            <w:r>
              <w:rPr>
                <w:sz w:val="17"/>
              </w:rPr>
              <w:t xml:space="preserve"> </w:t>
            </w:r>
          </w:p>
        </w:tc>
        <w:tc>
          <w:tcPr>
            <w:tcW w:w="1704" w:type="dxa"/>
            <w:vAlign w:val="center"/>
          </w:tcPr>
          <w:p w14:paraId="487BC8C3" w14:textId="77777777" w:rsidR="000E4AB2" w:rsidRDefault="00000000">
            <w:r>
              <w:rPr>
                <w:sz w:val="17"/>
              </w:rPr>
              <w:t xml:space="preserve"> </w:t>
            </w:r>
          </w:p>
        </w:tc>
      </w:tr>
      <w:tr w:rsidR="000E4AB2" w14:paraId="14910FAE" w14:textId="77777777">
        <w:trPr>
          <w:jc w:val="center"/>
        </w:trPr>
        <w:tc>
          <w:tcPr>
            <w:tcW w:w="1704" w:type="dxa"/>
            <w:vAlign w:val="center"/>
          </w:tcPr>
          <w:p w14:paraId="3B5DFD9C" w14:textId="77777777" w:rsidR="000E4AB2" w:rsidRDefault="00000000">
            <w:r>
              <w:rPr>
                <w:b/>
                <w:sz w:val="17"/>
              </w:rPr>
              <w:t>Monitoring / performance</w:t>
            </w:r>
          </w:p>
        </w:tc>
        <w:tc>
          <w:tcPr>
            <w:tcW w:w="1704" w:type="dxa"/>
            <w:vAlign w:val="center"/>
          </w:tcPr>
          <w:p w14:paraId="1FD7132E" w14:textId="77777777" w:rsidR="000E4AB2" w:rsidRDefault="00000000">
            <w:r>
              <w:rPr>
                <w:sz w:val="17"/>
              </w:rPr>
              <w:t xml:space="preserve"> </w:t>
            </w:r>
          </w:p>
        </w:tc>
        <w:tc>
          <w:tcPr>
            <w:tcW w:w="1704" w:type="dxa"/>
            <w:vAlign w:val="center"/>
          </w:tcPr>
          <w:p w14:paraId="19078675" w14:textId="77777777" w:rsidR="000E4AB2" w:rsidRDefault="00000000">
            <w:r>
              <w:rPr>
                <w:sz w:val="17"/>
              </w:rPr>
              <w:t xml:space="preserve"> </w:t>
            </w:r>
          </w:p>
        </w:tc>
        <w:tc>
          <w:tcPr>
            <w:tcW w:w="1704" w:type="dxa"/>
            <w:vAlign w:val="center"/>
          </w:tcPr>
          <w:p w14:paraId="50BDF990" w14:textId="77777777" w:rsidR="000E4AB2" w:rsidRDefault="00000000">
            <w:r>
              <w:rPr>
                <w:sz w:val="17"/>
              </w:rPr>
              <w:t xml:space="preserve"> </w:t>
            </w:r>
          </w:p>
        </w:tc>
        <w:tc>
          <w:tcPr>
            <w:tcW w:w="1704" w:type="dxa"/>
            <w:vAlign w:val="center"/>
          </w:tcPr>
          <w:p w14:paraId="231BF8F5" w14:textId="77777777" w:rsidR="000E4AB2" w:rsidRDefault="00000000">
            <w:r>
              <w:rPr>
                <w:sz w:val="17"/>
              </w:rPr>
              <w:t xml:space="preserve"> </w:t>
            </w:r>
          </w:p>
        </w:tc>
        <w:tc>
          <w:tcPr>
            <w:tcW w:w="1704" w:type="dxa"/>
            <w:vAlign w:val="center"/>
          </w:tcPr>
          <w:p w14:paraId="032A9B36" w14:textId="77777777" w:rsidR="000E4AB2" w:rsidRDefault="00000000">
            <w:r>
              <w:rPr>
                <w:sz w:val="17"/>
              </w:rPr>
              <w:t xml:space="preserve"> </w:t>
            </w:r>
          </w:p>
        </w:tc>
      </w:tr>
      <w:tr w:rsidR="000E4AB2" w14:paraId="344A899E" w14:textId="77777777">
        <w:trPr>
          <w:jc w:val="center"/>
        </w:trPr>
        <w:tc>
          <w:tcPr>
            <w:tcW w:w="1704" w:type="dxa"/>
            <w:vAlign w:val="center"/>
          </w:tcPr>
          <w:p w14:paraId="1C134E5F" w14:textId="77777777" w:rsidR="000E4AB2" w:rsidRDefault="00000000">
            <w:r>
              <w:rPr>
                <w:b/>
                <w:sz w:val="17"/>
              </w:rPr>
              <w:t>Continuous improvement</w:t>
            </w:r>
          </w:p>
        </w:tc>
        <w:tc>
          <w:tcPr>
            <w:tcW w:w="1704" w:type="dxa"/>
            <w:vAlign w:val="center"/>
          </w:tcPr>
          <w:p w14:paraId="2BB259EC" w14:textId="77777777" w:rsidR="000E4AB2" w:rsidRDefault="00000000">
            <w:r>
              <w:rPr>
                <w:sz w:val="17"/>
              </w:rPr>
              <w:t xml:space="preserve"> </w:t>
            </w:r>
          </w:p>
        </w:tc>
        <w:tc>
          <w:tcPr>
            <w:tcW w:w="1704" w:type="dxa"/>
            <w:vAlign w:val="center"/>
          </w:tcPr>
          <w:p w14:paraId="74306A2E" w14:textId="77777777" w:rsidR="000E4AB2" w:rsidRDefault="00000000">
            <w:r>
              <w:rPr>
                <w:sz w:val="17"/>
              </w:rPr>
              <w:t xml:space="preserve"> </w:t>
            </w:r>
          </w:p>
        </w:tc>
        <w:tc>
          <w:tcPr>
            <w:tcW w:w="1704" w:type="dxa"/>
            <w:vAlign w:val="center"/>
          </w:tcPr>
          <w:p w14:paraId="00665070" w14:textId="77777777" w:rsidR="000E4AB2" w:rsidRDefault="00000000">
            <w:r>
              <w:rPr>
                <w:sz w:val="17"/>
              </w:rPr>
              <w:t xml:space="preserve"> </w:t>
            </w:r>
          </w:p>
        </w:tc>
        <w:tc>
          <w:tcPr>
            <w:tcW w:w="1704" w:type="dxa"/>
            <w:vAlign w:val="center"/>
          </w:tcPr>
          <w:p w14:paraId="7028978D" w14:textId="77777777" w:rsidR="000E4AB2" w:rsidRDefault="00000000">
            <w:r>
              <w:rPr>
                <w:sz w:val="17"/>
              </w:rPr>
              <w:t xml:space="preserve"> </w:t>
            </w:r>
          </w:p>
        </w:tc>
        <w:tc>
          <w:tcPr>
            <w:tcW w:w="1704" w:type="dxa"/>
            <w:vAlign w:val="center"/>
          </w:tcPr>
          <w:p w14:paraId="604AE546" w14:textId="77777777" w:rsidR="000E4AB2" w:rsidRDefault="00000000">
            <w:r>
              <w:rPr>
                <w:sz w:val="17"/>
              </w:rPr>
              <w:t xml:space="preserve"> </w:t>
            </w:r>
          </w:p>
        </w:tc>
      </w:tr>
    </w:tbl>
    <w:p w14:paraId="2A8E4E69" w14:textId="77777777" w:rsidR="000E4AB2" w:rsidRDefault="00000000">
      <w:r>
        <w:rPr>
          <w:b/>
        </w:rPr>
        <w:t xml:space="preserve">Auditor: </w:t>
      </w:r>
      <w:r>
        <w:t>________________________________________________________________________________</w:t>
      </w:r>
    </w:p>
    <w:p w14:paraId="3062EE15" w14:textId="77777777" w:rsidR="000E4AB2" w:rsidRDefault="00000000">
      <w:r>
        <w:rPr>
          <w:b/>
        </w:rPr>
        <w:t xml:space="preserve">Audit date: </w:t>
      </w:r>
      <w:r>
        <w:t>________________________________________________________________________________</w:t>
      </w:r>
    </w:p>
    <w:p w14:paraId="5E547099" w14:textId="77777777" w:rsidR="000E4AB2" w:rsidRDefault="00000000">
      <w:r>
        <w:rPr>
          <w:b/>
        </w:rPr>
        <w:t xml:space="preserve">Scope: </w:t>
      </w:r>
      <w:r>
        <w:t>________________________________________________________________________________</w:t>
      </w:r>
    </w:p>
    <w:p w14:paraId="687076AB" w14:textId="77777777" w:rsidR="000E4AB2" w:rsidRDefault="00000000">
      <w:r>
        <w:rPr>
          <w:b/>
        </w:rPr>
        <w:t xml:space="preserve">Overall conclusion: </w:t>
      </w:r>
      <w:r>
        <w:t>________________________________________________________________________________</w:t>
      </w:r>
    </w:p>
    <w:p w14:paraId="3D857D33" w14:textId="77777777" w:rsidR="000E4AB2" w:rsidRDefault="00000000">
      <w:r>
        <w:br w:type="page"/>
      </w:r>
    </w:p>
    <w:p w14:paraId="4520E9C4" w14:textId="77777777" w:rsidR="000E4AB2" w:rsidRDefault="00000000">
      <w:pPr>
        <w:pStyle w:val="Heading1"/>
      </w:pPr>
      <w:bookmarkStart w:id="91" w:name="_Toc240137362"/>
      <w:r>
        <w:lastRenderedPageBreak/>
        <w:t>Template 30: Hazardous Chemical Register</w:t>
      </w:r>
      <w:bookmarkEnd w:id="91"/>
    </w:p>
    <w:p w14:paraId="1AB4CEAF" w14:textId="77777777" w:rsidR="000E4AB2" w:rsidRDefault="00000000">
      <w:r>
        <w:rPr>
          <w:b/>
        </w:rPr>
        <w:t xml:space="preserve">Purpose: </w:t>
      </w:r>
      <w:r>
        <w:t>Record hazardous chemicals used or stored in the practice where this is materially relevant.</w:t>
      </w:r>
    </w:p>
    <w:p w14:paraId="2569D82F" w14:textId="77777777" w:rsidR="000E4AB2" w:rsidRDefault="00000000">
      <w:r>
        <w:rPr>
          <w:b/>
        </w:rPr>
        <w:t xml:space="preserve">Assessment use: </w:t>
      </w:r>
      <w:r>
        <w:t>Optional/context-dependent resource.</w:t>
      </w:r>
    </w:p>
    <w:p w14:paraId="689736EC"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tbl>
      <w:tblPr>
        <w:tblStyle w:val="TableGrid"/>
        <w:tblW w:w="0" w:type="auto"/>
        <w:jc w:val="center"/>
        <w:tblLook w:val="04A0" w:firstRow="1" w:lastRow="0" w:firstColumn="1" w:lastColumn="0" w:noHBand="0" w:noVBand="1"/>
      </w:tblPr>
      <w:tblGrid>
        <w:gridCol w:w="1278"/>
        <w:gridCol w:w="1278"/>
        <w:gridCol w:w="1278"/>
        <w:gridCol w:w="1278"/>
        <w:gridCol w:w="1278"/>
        <w:gridCol w:w="1278"/>
        <w:gridCol w:w="1278"/>
        <w:gridCol w:w="1278"/>
      </w:tblGrid>
      <w:tr w:rsidR="000E4AB2" w14:paraId="6271ADE6" w14:textId="77777777">
        <w:trPr>
          <w:jc w:val="center"/>
        </w:trPr>
        <w:tc>
          <w:tcPr>
            <w:tcW w:w="1278" w:type="dxa"/>
            <w:shd w:val="clear" w:color="auto" w:fill="D9EAF7"/>
            <w:vAlign w:val="center"/>
          </w:tcPr>
          <w:p w14:paraId="0C22F040" w14:textId="77777777" w:rsidR="000E4AB2" w:rsidRDefault="00000000">
            <w:r>
              <w:rPr>
                <w:b/>
                <w:sz w:val="16"/>
              </w:rPr>
              <w:t>Product / chemical</w:t>
            </w:r>
          </w:p>
        </w:tc>
        <w:tc>
          <w:tcPr>
            <w:tcW w:w="1278" w:type="dxa"/>
            <w:shd w:val="clear" w:color="auto" w:fill="D9EAF7"/>
            <w:vAlign w:val="center"/>
          </w:tcPr>
          <w:p w14:paraId="33678C09" w14:textId="77777777" w:rsidR="000E4AB2" w:rsidRDefault="00000000">
            <w:r>
              <w:rPr>
                <w:b/>
                <w:sz w:val="16"/>
              </w:rPr>
              <w:t>Use / location</w:t>
            </w:r>
          </w:p>
        </w:tc>
        <w:tc>
          <w:tcPr>
            <w:tcW w:w="1278" w:type="dxa"/>
            <w:shd w:val="clear" w:color="auto" w:fill="D9EAF7"/>
            <w:vAlign w:val="center"/>
          </w:tcPr>
          <w:p w14:paraId="2674055F" w14:textId="77777777" w:rsidR="000E4AB2" w:rsidRDefault="00000000">
            <w:r>
              <w:rPr>
                <w:b/>
                <w:sz w:val="16"/>
              </w:rPr>
              <w:t>Hazard classification</w:t>
            </w:r>
          </w:p>
        </w:tc>
        <w:tc>
          <w:tcPr>
            <w:tcW w:w="1278" w:type="dxa"/>
            <w:shd w:val="clear" w:color="auto" w:fill="D9EAF7"/>
            <w:vAlign w:val="center"/>
          </w:tcPr>
          <w:p w14:paraId="4BFEC7A8" w14:textId="77777777" w:rsidR="000E4AB2" w:rsidRDefault="00000000">
            <w:r>
              <w:rPr>
                <w:b/>
                <w:sz w:val="16"/>
              </w:rPr>
              <w:t>SDS current / date</w:t>
            </w:r>
          </w:p>
        </w:tc>
        <w:tc>
          <w:tcPr>
            <w:tcW w:w="1278" w:type="dxa"/>
            <w:shd w:val="clear" w:color="auto" w:fill="D9EAF7"/>
            <w:vAlign w:val="center"/>
          </w:tcPr>
          <w:p w14:paraId="083E5013" w14:textId="77777777" w:rsidR="000E4AB2" w:rsidRDefault="00000000">
            <w:r>
              <w:rPr>
                <w:b/>
                <w:sz w:val="16"/>
              </w:rPr>
              <w:t>Storage</w:t>
            </w:r>
          </w:p>
        </w:tc>
        <w:tc>
          <w:tcPr>
            <w:tcW w:w="1278" w:type="dxa"/>
            <w:shd w:val="clear" w:color="auto" w:fill="D9EAF7"/>
            <w:vAlign w:val="center"/>
          </w:tcPr>
          <w:p w14:paraId="5992ACC9" w14:textId="77777777" w:rsidR="000E4AB2" w:rsidRDefault="00000000">
            <w:r>
              <w:rPr>
                <w:b/>
                <w:sz w:val="16"/>
              </w:rPr>
              <w:t>Required controls / PPE</w:t>
            </w:r>
          </w:p>
        </w:tc>
        <w:tc>
          <w:tcPr>
            <w:tcW w:w="1278" w:type="dxa"/>
            <w:shd w:val="clear" w:color="auto" w:fill="D9EAF7"/>
            <w:vAlign w:val="center"/>
          </w:tcPr>
          <w:p w14:paraId="6AFB8A96" w14:textId="77777777" w:rsidR="000E4AB2" w:rsidRDefault="00000000">
            <w:r>
              <w:rPr>
                <w:b/>
                <w:sz w:val="16"/>
              </w:rPr>
              <w:t>Responsible person</w:t>
            </w:r>
          </w:p>
        </w:tc>
        <w:tc>
          <w:tcPr>
            <w:tcW w:w="1278" w:type="dxa"/>
            <w:shd w:val="clear" w:color="auto" w:fill="D9EAF7"/>
            <w:vAlign w:val="center"/>
          </w:tcPr>
          <w:p w14:paraId="4F008817" w14:textId="77777777" w:rsidR="000E4AB2" w:rsidRDefault="00000000">
            <w:r>
              <w:rPr>
                <w:b/>
                <w:sz w:val="16"/>
              </w:rPr>
              <w:t>Review</w:t>
            </w:r>
          </w:p>
        </w:tc>
      </w:tr>
      <w:tr w:rsidR="000E4AB2" w14:paraId="726E530B" w14:textId="77777777">
        <w:trPr>
          <w:jc w:val="center"/>
        </w:trPr>
        <w:tc>
          <w:tcPr>
            <w:tcW w:w="1278" w:type="dxa"/>
            <w:vAlign w:val="center"/>
          </w:tcPr>
          <w:p w14:paraId="3E293EB3" w14:textId="77777777" w:rsidR="000E4AB2" w:rsidRDefault="00000000">
            <w:r>
              <w:rPr>
                <w:sz w:val="16"/>
              </w:rPr>
              <w:t xml:space="preserve"> </w:t>
            </w:r>
          </w:p>
        </w:tc>
        <w:tc>
          <w:tcPr>
            <w:tcW w:w="1278" w:type="dxa"/>
            <w:vAlign w:val="center"/>
          </w:tcPr>
          <w:p w14:paraId="4F573351" w14:textId="77777777" w:rsidR="000E4AB2" w:rsidRDefault="00000000">
            <w:r>
              <w:rPr>
                <w:sz w:val="16"/>
              </w:rPr>
              <w:t xml:space="preserve"> </w:t>
            </w:r>
          </w:p>
        </w:tc>
        <w:tc>
          <w:tcPr>
            <w:tcW w:w="1278" w:type="dxa"/>
            <w:vAlign w:val="center"/>
          </w:tcPr>
          <w:p w14:paraId="5F587F8B" w14:textId="77777777" w:rsidR="000E4AB2" w:rsidRDefault="00000000">
            <w:r>
              <w:rPr>
                <w:sz w:val="16"/>
              </w:rPr>
              <w:t xml:space="preserve"> </w:t>
            </w:r>
          </w:p>
        </w:tc>
        <w:tc>
          <w:tcPr>
            <w:tcW w:w="1278" w:type="dxa"/>
            <w:vAlign w:val="center"/>
          </w:tcPr>
          <w:p w14:paraId="6121DE85" w14:textId="77777777" w:rsidR="000E4AB2" w:rsidRDefault="00000000">
            <w:r>
              <w:rPr>
                <w:sz w:val="16"/>
              </w:rPr>
              <w:t xml:space="preserve"> </w:t>
            </w:r>
          </w:p>
        </w:tc>
        <w:tc>
          <w:tcPr>
            <w:tcW w:w="1278" w:type="dxa"/>
            <w:vAlign w:val="center"/>
          </w:tcPr>
          <w:p w14:paraId="6B628B26" w14:textId="77777777" w:rsidR="000E4AB2" w:rsidRDefault="00000000">
            <w:r>
              <w:rPr>
                <w:sz w:val="16"/>
              </w:rPr>
              <w:t xml:space="preserve"> </w:t>
            </w:r>
          </w:p>
        </w:tc>
        <w:tc>
          <w:tcPr>
            <w:tcW w:w="1278" w:type="dxa"/>
            <w:vAlign w:val="center"/>
          </w:tcPr>
          <w:p w14:paraId="3E813428" w14:textId="77777777" w:rsidR="000E4AB2" w:rsidRDefault="00000000">
            <w:r>
              <w:rPr>
                <w:sz w:val="16"/>
              </w:rPr>
              <w:t xml:space="preserve"> </w:t>
            </w:r>
          </w:p>
        </w:tc>
        <w:tc>
          <w:tcPr>
            <w:tcW w:w="1278" w:type="dxa"/>
            <w:vAlign w:val="center"/>
          </w:tcPr>
          <w:p w14:paraId="7DBAA60A" w14:textId="77777777" w:rsidR="000E4AB2" w:rsidRDefault="00000000">
            <w:r>
              <w:rPr>
                <w:sz w:val="16"/>
              </w:rPr>
              <w:t xml:space="preserve"> </w:t>
            </w:r>
          </w:p>
        </w:tc>
        <w:tc>
          <w:tcPr>
            <w:tcW w:w="1278" w:type="dxa"/>
            <w:vAlign w:val="center"/>
          </w:tcPr>
          <w:p w14:paraId="7C80C0B8" w14:textId="77777777" w:rsidR="000E4AB2" w:rsidRDefault="00000000">
            <w:r>
              <w:rPr>
                <w:sz w:val="16"/>
              </w:rPr>
              <w:t xml:space="preserve"> </w:t>
            </w:r>
          </w:p>
        </w:tc>
      </w:tr>
      <w:tr w:rsidR="000E4AB2" w14:paraId="793CA2B7" w14:textId="77777777">
        <w:trPr>
          <w:jc w:val="center"/>
        </w:trPr>
        <w:tc>
          <w:tcPr>
            <w:tcW w:w="1278" w:type="dxa"/>
            <w:vAlign w:val="center"/>
          </w:tcPr>
          <w:p w14:paraId="0D74C51C" w14:textId="77777777" w:rsidR="000E4AB2" w:rsidRDefault="00000000">
            <w:r>
              <w:rPr>
                <w:sz w:val="16"/>
              </w:rPr>
              <w:t xml:space="preserve"> </w:t>
            </w:r>
          </w:p>
        </w:tc>
        <w:tc>
          <w:tcPr>
            <w:tcW w:w="1278" w:type="dxa"/>
            <w:vAlign w:val="center"/>
          </w:tcPr>
          <w:p w14:paraId="53BA7D3E" w14:textId="77777777" w:rsidR="000E4AB2" w:rsidRDefault="00000000">
            <w:r>
              <w:rPr>
                <w:sz w:val="16"/>
              </w:rPr>
              <w:t xml:space="preserve"> </w:t>
            </w:r>
          </w:p>
        </w:tc>
        <w:tc>
          <w:tcPr>
            <w:tcW w:w="1278" w:type="dxa"/>
            <w:vAlign w:val="center"/>
          </w:tcPr>
          <w:p w14:paraId="34638499" w14:textId="77777777" w:rsidR="000E4AB2" w:rsidRDefault="00000000">
            <w:r>
              <w:rPr>
                <w:sz w:val="16"/>
              </w:rPr>
              <w:t xml:space="preserve"> </w:t>
            </w:r>
          </w:p>
        </w:tc>
        <w:tc>
          <w:tcPr>
            <w:tcW w:w="1278" w:type="dxa"/>
            <w:vAlign w:val="center"/>
          </w:tcPr>
          <w:p w14:paraId="68E2A996" w14:textId="77777777" w:rsidR="000E4AB2" w:rsidRDefault="00000000">
            <w:r>
              <w:rPr>
                <w:sz w:val="16"/>
              </w:rPr>
              <w:t xml:space="preserve"> </w:t>
            </w:r>
          </w:p>
        </w:tc>
        <w:tc>
          <w:tcPr>
            <w:tcW w:w="1278" w:type="dxa"/>
            <w:vAlign w:val="center"/>
          </w:tcPr>
          <w:p w14:paraId="5A90CEAF" w14:textId="77777777" w:rsidR="000E4AB2" w:rsidRDefault="00000000">
            <w:r>
              <w:rPr>
                <w:sz w:val="16"/>
              </w:rPr>
              <w:t xml:space="preserve"> </w:t>
            </w:r>
          </w:p>
        </w:tc>
        <w:tc>
          <w:tcPr>
            <w:tcW w:w="1278" w:type="dxa"/>
            <w:vAlign w:val="center"/>
          </w:tcPr>
          <w:p w14:paraId="0055FEB2" w14:textId="77777777" w:rsidR="000E4AB2" w:rsidRDefault="00000000">
            <w:r>
              <w:rPr>
                <w:sz w:val="16"/>
              </w:rPr>
              <w:t xml:space="preserve"> </w:t>
            </w:r>
          </w:p>
        </w:tc>
        <w:tc>
          <w:tcPr>
            <w:tcW w:w="1278" w:type="dxa"/>
            <w:vAlign w:val="center"/>
          </w:tcPr>
          <w:p w14:paraId="7E18B473" w14:textId="77777777" w:rsidR="000E4AB2" w:rsidRDefault="00000000">
            <w:r>
              <w:rPr>
                <w:sz w:val="16"/>
              </w:rPr>
              <w:t xml:space="preserve"> </w:t>
            </w:r>
          </w:p>
        </w:tc>
        <w:tc>
          <w:tcPr>
            <w:tcW w:w="1278" w:type="dxa"/>
            <w:vAlign w:val="center"/>
          </w:tcPr>
          <w:p w14:paraId="14CF8C0E" w14:textId="77777777" w:rsidR="000E4AB2" w:rsidRDefault="00000000">
            <w:r>
              <w:rPr>
                <w:sz w:val="16"/>
              </w:rPr>
              <w:t xml:space="preserve"> </w:t>
            </w:r>
          </w:p>
        </w:tc>
      </w:tr>
      <w:tr w:rsidR="000E4AB2" w14:paraId="3209D5FB" w14:textId="77777777">
        <w:trPr>
          <w:jc w:val="center"/>
        </w:trPr>
        <w:tc>
          <w:tcPr>
            <w:tcW w:w="1278" w:type="dxa"/>
            <w:vAlign w:val="center"/>
          </w:tcPr>
          <w:p w14:paraId="263B3813" w14:textId="77777777" w:rsidR="000E4AB2" w:rsidRDefault="00000000">
            <w:r>
              <w:rPr>
                <w:sz w:val="16"/>
              </w:rPr>
              <w:t xml:space="preserve"> </w:t>
            </w:r>
          </w:p>
        </w:tc>
        <w:tc>
          <w:tcPr>
            <w:tcW w:w="1278" w:type="dxa"/>
            <w:vAlign w:val="center"/>
          </w:tcPr>
          <w:p w14:paraId="48E2F277" w14:textId="77777777" w:rsidR="000E4AB2" w:rsidRDefault="00000000">
            <w:r>
              <w:rPr>
                <w:sz w:val="16"/>
              </w:rPr>
              <w:t xml:space="preserve"> </w:t>
            </w:r>
          </w:p>
        </w:tc>
        <w:tc>
          <w:tcPr>
            <w:tcW w:w="1278" w:type="dxa"/>
            <w:vAlign w:val="center"/>
          </w:tcPr>
          <w:p w14:paraId="457C9699" w14:textId="77777777" w:rsidR="000E4AB2" w:rsidRDefault="00000000">
            <w:r>
              <w:rPr>
                <w:sz w:val="16"/>
              </w:rPr>
              <w:t xml:space="preserve"> </w:t>
            </w:r>
          </w:p>
        </w:tc>
        <w:tc>
          <w:tcPr>
            <w:tcW w:w="1278" w:type="dxa"/>
            <w:vAlign w:val="center"/>
          </w:tcPr>
          <w:p w14:paraId="57AA3D7A" w14:textId="77777777" w:rsidR="000E4AB2" w:rsidRDefault="00000000">
            <w:r>
              <w:rPr>
                <w:sz w:val="16"/>
              </w:rPr>
              <w:t xml:space="preserve"> </w:t>
            </w:r>
          </w:p>
        </w:tc>
        <w:tc>
          <w:tcPr>
            <w:tcW w:w="1278" w:type="dxa"/>
            <w:vAlign w:val="center"/>
          </w:tcPr>
          <w:p w14:paraId="39055F9E" w14:textId="77777777" w:rsidR="000E4AB2" w:rsidRDefault="00000000">
            <w:r>
              <w:rPr>
                <w:sz w:val="16"/>
              </w:rPr>
              <w:t xml:space="preserve"> </w:t>
            </w:r>
          </w:p>
        </w:tc>
        <w:tc>
          <w:tcPr>
            <w:tcW w:w="1278" w:type="dxa"/>
            <w:vAlign w:val="center"/>
          </w:tcPr>
          <w:p w14:paraId="1E31F243" w14:textId="77777777" w:rsidR="000E4AB2" w:rsidRDefault="00000000">
            <w:r>
              <w:rPr>
                <w:sz w:val="16"/>
              </w:rPr>
              <w:t xml:space="preserve"> </w:t>
            </w:r>
          </w:p>
        </w:tc>
        <w:tc>
          <w:tcPr>
            <w:tcW w:w="1278" w:type="dxa"/>
            <w:vAlign w:val="center"/>
          </w:tcPr>
          <w:p w14:paraId="7D27C136" w14:textId="77777777" w:rsidR="000E4AB2" w:rsidRDefault="00000000">
            <w:r>
              <w:rPr>
                <w:sz w:val="16"/>
              </w:rPr>
              <w:t xml:space="preserve"> </w:t>
            </w:r>
          </w:p>
        </w:tc>
        <w:tc>
          <w:tcPr>
            <w:tcW w:w="1278" w:type="dxa"/>
            <w:vAlign w:val="center"/>
          </w:tcPr>
          <w:p w14:paraId="792C42C1" w14:textId="77777777" w:rsidR="000E4AB2" w:rsidRDefault="00000000">
            <w:r>
              <w:rPr>
                <w:sz w:val="16"/>
              </w:rPr>
              <w:t xml:space="preserve"> </w:t>
            </w:r>
          </w:p>
        </w:tc>
      </w:tr>
      <w:tr w:rsidR="000E4AB2" w14:paraId="6ECC552E" w14:textId="77777777">
        <w:trPr>
          <w:jc w:val="center"/>
        </w:trPr>
        <w:tc>
          <w:tcPr>
            <w:tcW w:w="1278" w:type="dxa"/>
            <w:vAlign w:val="center"/>
          </w:tcPr>
          <w:p w14:paraId="3E62DF5E" w14:textId="77777777" w:rsidR="000E4AB2" w:rsidRDefault="00000000">
            <w:r>
              <w:rPr>
                <w:sz w:val="16"/>
              </w:rPr>
              <w:t xml:space="preserve"> </w:t>
            </w:r>
          </w:p>
        </w:tc>
        <w:tc>
          <w:tcPr>
            <w:tcW w:w="1278" w:type="dxa"/>
            <w:vAlign w:val="center"/>
          </w:tcPr>
          <w:p w14:paraId="721FE32D" w14:textId="77777777" w:rsidR="000E4AB2" w:rsidRDefault="00000000">
            <w:r>
              <w:rPr>
                <w:sz w:val="16"/>
              </w:rPr>
              <w:t xml:space="preserve"> </w:t>
            </w:r>
          </w:p>
        </w:tc>
        <w:tc>
          <w:tcPr>
            <w:tcW w:w="1278" w:type="dxa"/>
            <w:vAlign w:val="center"/>
          </w:tcPr>
          <w:p w14:paraId="4C5B20DF" w14:textId="77777777" w:rsidR="000E4AB2" w:rsidRDefault="00000000">
            <w:r>
              <w:rPr>
                <w:sz w:val="16"/>
              </w:rPr>
              <w:t xml:space="preserve"> </w:t>
            </w:r>
          </w:p>
        </w:tc>
        <w:tc>
          <w:tcPr>
            <w:tcW w:w="1278" w:type="dxa"/>
            <w:vAlign w:val="center"/>
          </w:tcPr>
          <w:p w14:paraId="5F08D7A9" w14:textId="77777777" w:rsidR="000E4AB2" w:rsidRDefault="00000000">
            <w:r>
              <w:rPr>
                <w:sz w:val="16"/>
              </w:rPr>
              <w:t xml:space="preserve"> </w:t>
            </w:r>
          </w:p>
        </w:tc>
        <w:tc>
          <w:tcPr>
            <w:tcW w:w="1278" w:type="dxa"/>
            <w:vAlign w:val="center"/>
          </w:tcPr>
          <w:p w14:paraId="714667A0" w14:textId="77777777" w:rsidR="000E4AB2" w:rsidRDefault="00000000">
            <w:r>
              <w:rPr>
                <w:sz w:val="16"/>
              </w:rPr>
              <w:t xml:space="preserve"> </w:t>
            </w:r>
          </w:p>
        </w:tc>
        <w:tc>
          <w:tcPr>
            <w:tcW w:w="1278" w:type="dxa"/>
            <w:vAlign w:val="center"/>
          </w:tcPr>
          <w:p w14:paraId="35026148" w14:textId="77777777" w:rsidR="000E4AB2" w:rsidRDefault="00000000">
            <w:r>
              <w:rPr>
                <w:sz w:val="16"/>
              </w:rPr>
              <w:t xml:space="preserve"> </w:t>
            </w:r>
          </w:p>
        </w:tc>
        <w:tc>
          <w:tcPr>
            <w:tcW w:w="1278" w:type="dxa"/>
            <w:vAlign w:val="center"/>
          </w:tcPr>
          <w:p w14:paraId="375AE03F" w14:textId="77777777" w:rsidR="000E4AB2" w:rsidRDefault="00000000">
            <w:r>
              <w:rPr>
                <w:sz w:val="16"/>
              </w:rPr>
              <w:t xml:space="preserve"> </w:t>
            </w:r>
          </w:p>
        </w:tc>
        <w:tc>
          <w:tcPr>
            <w:tcW w:w="1278" w:type="dxa"/>
            <w:vAlign w:val="center"/>
          </w:tcPr>
          <w:p w14:paraId="3459A99A" w14:textId="77777777" w:rsidR="000E4AB2" w:rsidRDefault="00000000">
            <w:r>
              <w:rPr>
                <w:sz w:val="16"/>
              </w:rPr>
              <w:t xml:space="preserve"> </w:t>
            </w:r>
          </w:p>
        </w:tc>
      </w:tr>
      <w:tr w:rsidR="000E4AB2" w14:paraId="110601E2" w14:textId="77777777">
        <w:trPr>
          <w:jc w:val="center"/>
        </w:trPr>
        <w:tc>
          <w:tcPr>
            <w:tcW w:w="1278" w:type="dxa"/>
            <w:vAlign w:val="center"/>
          </w:tcPr>
          <w:p w14:paraId="2FECB68E" w14:textId="77777777" w:rsidR="000E4AB2" w:rsidRDefault="00000000">
            <w:r>
              <w:rPr>
                <w:sz w:val="16"/>
              </w:rPr>
              <w:t xml:space="preserve"> </w:t>
            </w:r>
          </w:p>
        </w:tc>
        <w:tc>
          <w:tcPr>
            <w:tcW w:w="1278" w:type="dxa"/>
            <w:vAlign w:val="center"/>
          </w:tcPr>
          <w:p w14:paraId="27242E58" w14:textId="77777777" w:rsidR="000E4AB2" w:rsidRDefault="00000000">
            <w:r>
              <w:rPr>
                <w:sz w:val="16"/>
              </w:rPr>
              <w:t xml:space="preserve"> </w:t>
            </w:r>
          </w:p>
        </w:tc>
        <w:tc>
          <w:tcPr>
            <w:tcW w:w="1278" w:type="dxa"/>
            <w:vAlign w:val="center"/>
          </w:tcPr>
          <w:p w14:paraId="3212A7C2" w14:textId="77777777" w:rsidR="000E4AB2" w:rsidRDefault="00000000">
            <w:r>
              <w:rPr>
                <w:sz w:val="16"/>
              </w:rPr>
              <w:t xml:space="preserve"> </w:t>
            </w:r>
          </w:p>
        </w:tc>
        <w:tc>
          <w:tcPr>
            <w:tcW w:w="1278" w:type="dxa"/>
            <w:vAlign w:val="center"/>
          </w:tcPr>
          <w:p w14:paraId="10BA8363" w14:textId="77777777" w:rsidR="000E4AB2" w:rsidRDefault="00000000">
            <w:r>
              <w:rPr>
                <w:sz w:val="16"/>
              </w:rPr>
              <w:t xml:space="preserve"> </w:t>
            </w:r>
          </w:p>
        </w:tc>
        <w:tc>
          <w:tcPr>
            <w:tcW w:w="1278" w:type="dxa"/>
            <w:vAlign w:val="center"/>
          </w:tcPr>
          <w:p w14:paraId="5E4F327F" w14:textId="77777777" w:rsidR="000E4AB2" w:rsidRDefault="00000000">
            <w:r>
              <w:rPr>
                <w:sz w:val="16"/>
              </w:rPr>
              <w:t xml:space="preserve"> </w:t>
            </w:r>
          </w:p>
        </w:tc>
        <w:tc>
          <w:tcPr>
            <w:tcW w:w="1278" w:type="dxa"/>
            <w:vAlign w:val="center"/>
          </w:tcPr>
          <w:p w14:paraId="1F51218F" w14:textId="77777777" w:rsidR="000E4AB2" w:rsidRDefault="00000000">
            <w:r>
              <w:rPr>
                <w:sz w:val="16"/>
              </w:rPr>
              <w:t xml:space="preserve"> </w:t>
            </w:r>
          </w:p>
        </w:tc>
        <w:tc>
          <w:tcPr>
            <w:tcW w:w="1278" w:type="dxa"/>
            <w:vAlign w:val="center"/>
          </w:tcPr>
          <w:p w14:paraId="06812240" w14:textId="77777777" w:rsidR="000E4AB2" w:rsidRDefault="00000000">
            <w:r>
              <w:rPr>
                <w:sz w:val="16"/>
              </w:rPr>
              <w:t xml:space="preserve"> </w:t>
            </w:r>
          </w:p>
        </w:tc>
        <w:tc>
          <w:tcPr>
            <w:tcW w:w="1278" w:type="dxa"/>
            <w:vAlign w:val="center"/>
          </w:tcPr>
          <w:p w14:paraId="230BA6AD" w14:textId="77777777" w:rsidR="000E4AB2" w:rsidRDefault="00000000">
            <w:r>
              <w:rPr>
                <w:sz w:val="16"/>
              </w:rPr>
              <w:t xml:space="preserve"> </w:t>
            </w:r>
          </w:p>
        </w:tc>
      </w:tr>
      <w:tr w:rsidR="000E4AB2" w14:paraId="58748D90" w14:textId="77777777">
        <w:trPr>
          <w:jc w:val="center"/>
        </w:trPr>
        <w:tc>
          <w:tcPr>
            <w:tcW w:w="1278" w:type="dxa"/>
            <w:vAlign w:val="center"/>
          </w:tcPr>
          <w:p w14:paraId="2E82F612" w14:textId="77777777" w:rsidR="000E4AB2" w:rsidRDefault="00000000">
            <w:r>
              <w:rPr>
                <w:sz w:val="16"/>
              </w:rPr>
              <w:t xml:space="preserve"> </w:t>
            </w:r>
          </w:p>
        </w:tc>
        <w:tc>
          <w:tcPr>
            <w:tcW w:w="1278" w:type="dxa"/>
            <w:vAlign w:val="center"/>
          </w:tcPr>
          <w:p w14:paraId="7126E881" w14:textId="77777777" w:rsidR="000E4AB2" w:rsidRDefault="00000000">
            <w:r>
              <w:rPr>
                <w:sz w:val="16"/>
              </w:rPr>
              <w:t xml:space="preserve"> </w:t>
            </w:r>
          </w:p>
        </w:tc>
        <w:tc>
          <w:tcPr>
            <w:tcW w:w="1278" w:type="dxa"/>
            <w:vAlign w:val="center"/>
          </w:tcPr>
          <w:p w14:paraId="7CB28024" w14:textId="77777777" w:rsidR="000E4AB2" w:rsidRDefault="00000000">
            <w:r>
              <w:rPr>
                <w:sz w:val="16"/>
              </w:rPr>
              <w:t xml:space="preserve"> </w:t>
            </w:r>
          </w:p>
        </w:tc>
        <w:tc>
          <w:tcPr>
            <w:tcW w:w="1278" w:type="dxa"/>
            <w:vAlign w:val="center"/>
          </w:tcPr>
          <w:p w14:paraId="66EAD8D7" w14:textId="77777777" w:rsidR="000E4AB2" w:rsidRDefault="00000000">
            <w:r>
              <w:rPr>
                <w:sz w:val="16"/>
              </w:rPr>
              <w:t xml:space="preserve"> </w:t>
            </w:r>
          </w:p>
        </w:tc>
        <w:tc>
          <w:tcPr>
            <w:tcW w:w="1278" w:type="dxa"/>
            <w:vAlign w:val="center"/>
          </w:tcPr>
          <w:p w14:paraId="5A8DA25F" w14:textId="77777777" w:rsidR="000E4AB2" w:rsidRDefault="00000000">
            <w:r>
              <w:rPr>
                <w:sz w:val="16"/>
              </w:rPr>
              <w:t xml:space="preserve"> </w:t>
            </w:r>
          </w:p>
        </w:tc>
        <w:tc>
          <w:tcPr>
            <w:tcW w:w="1278" w:type="dxa"/>
            <w:vAlign w:val="center"/>
          </w:tcPr>
          <w:p w14:paraId="069AF06E" w14:textId="77777777" w:rsidR="000E4AB2" w:rsidRDefault="00000000">
            <w:r>
              <w:rPr>
                <w:sz w:val="16"/>
              </w:rPr>
              <w:t xml:space="preserve"> </w:t>
            </w:r>
          </w:p>
        </w:tc>
        <w:tc>
          <w:tcPr>
            <w:tcW w:w="1278" w:type="dxa"/>
            <w:vAlign w:val="center"/>
          </w:tcPr>
          <w:p w14:paraId="01065E3E" w14:textId="77777777" w:rsidR="000E4AB2" w:rsidRDefault="00000000">
            <w:r>
              <w:rPr>
                <w:sz w:val="16"/>
              </w:rPr>
              <w:t xml:space="preserve"> </w:t>
            </w:r>
          </w:p>
        </w:tc>
        <w:tc>
          <w:tcPr>
            <w:tcW w:w="1278" w:type="dxa"/>
            <w:vAlign w:val="center"/>
          </w:tcPr>
          <w:p w14:paraId="6C5A1F6D" w14:textId="77777777" w:rsidR="000E4AB2" w:rsidRDefault="00000000">
            <w:r>
              <w:rPr>
                <w:sz w:val="16"/>
              </w:rPr>
              <w:t xml:space="preserve"> </w:t>
            </w:r>
          </w:p>
        </w:tc>
      </w:tr>
      <w:tr w:rsidR="000E4AB2" w14:paraId="26CB0797" w14:textId="77777777">
        <w:trPr>
          <w:jc w:val="center"/>
        </w:trPr>
        <w:tc>
          <w:tcPr>
            <w:tcW w:w="1278" w:type="dxa"/>
            <w:vAlign w:val="center"/>
          </w:tcPr>
          <w:p w14:paraId="0A67A129" w14:textId="77777777" w:rsidR="000E4AB2" w:rsidRDefault="00000000">
            <w:r>
              <w:rPr>
                <w:sz w:val="16"/>
              </w:rPr>
              <w:t xml:space="preserve"> </w:t>
            </w:r>
          </w:p>
        </w:tc>
        <w:tc>
          <w:tcPr>
            <w:tcW w:w="1278" w:type="dxa"/>
            <w:vAlign w:val="center"/>
          </w:tcPr>
          <w:p w14:paraId="449E5F30" w14:textId="77777777" w:rsidR="000E4AB2" w:rsidRDefault="00000000">
            <w:r>
              <w:rPr>
                <w:sz w:val="16"/>
              </w:rPr>
              <w:t xml:space="preserve"> </w:t>
            </w:r>
          </w:p>
        </w:tc>
        <w:tc>
          <w:tcPr>
            <w:tcW w:w="1278" w:type="dxa"/>
            <w:vAlign w:val="center"/>
          </w:tcPr>
          <w:p w14:paraId="0AB67E3F" w14:textId="77777777" w:rsidR="000E4AB2" w:rsidRDefault="00000000">
            <w:r>
              <w:rPr>
                <w:sz w:val="16"/>
              </w:rPr>
              <w:t xml:space="preserve"> </w:t>
            </w:r>
          </w:p>
        </w:tc>
        <w:tc>
          <w:tcPr>
            <w:tcW w:w="1278" w:type="dxa"/>
            <w:vAlign w:val="center"/>
          </w:tcPr>
          <w:p w14:paraId="1615E725" w14:textId="77777777" w:rsidR="000E4AB2" w:rsidRDefault="00000000">
            <w:r>
              <w:rPr>
                <w:sz w:val="16"/>
              </w:rPr>
              <w:t xml:space="preserve"> </w:t>
            </w:r>
          </w:p>
        </w:tc>
        <w:tc>
          <w:tcPr>
            <w:tcW w:w="1278" w:type="dxa"/>
            <w:vAlign w:val="center"/>
          </w:tcPr>
          <w:p w14:paraId="61512904" w14:textId="77777777" w:rsidR="000E4AB2" w:rsidRDefault="00000000">
            <w:r>
              <w:rPr>
                <w:sz w:val="16"/>
              </w:rPr>
              <w:t xml:space="preserve"> </w:t>
            </w:r>
          </w:p>
        </w:tc>
        <w:tc>
          <w:tcPr>
            <w:tcW w:w="1278" w:type="dxa"/>
            <w:vAlign w:val="center"/>
          </w:tcPr>
          <w:p w14:paraId="019F6F99" w14:textId="77777777" w:rsidR="000E4AB2" w:rsidRDefault="00000000">
            <w:r>
              <w:rPr>
                <w:sz w:val="16"/>
              </w:rPr>
              <w:t xml:space="preserve"> </w:t>
            </w:r>
          </w:p>
        </w:tc>
        <w:tc>
          <w:tcPr>
            <w:tcW w:w="1278" w:type="dxa"/>
            <w:vAlign w:val="center"/>
          </w:tcPr>
          <w:p w14:paraId="5C88FEB2" w14:textId="77777777" w:rsidR="000E4AB2" w:rsidRDefault="00000000">
            <w:r>
              <w:rPr>
                <w:sz w:val="16"/>
              </w:rPr>
              <w:t xml:space="preserve"> </w:t>
            </w:r>
          </w:p>
        </w:tc>
        <w:tc>
          <w:tcPr>
            <w:tcW w:w="1278" w:type="dxa"/>
            <w:vAlign w:val="center"/>
          </w:tcPr>
          <w:p w14:paraId="0E9FE2C3" w14:textId="77777777" w:rsidR="000E4AB2" w:rsidRDefault="00000000">
            <w:r>
              <w:rPr>
                <w:sz w:val="16"/>
              </w:rPr>
              <w:t xml:space="preserve"> </w:t>
            </w:r>
          </w:p>
        </w:tc>
      </w:tr>
      <w:tr w:rsidR="000E4AB2" w14:paraId="1B262641" w14:textId="77777777">
        <w:trPr>
          <w:jc w:val="center"/>
        </w:trPr>
        <w:tc>
          <w:tcPr>
            <w:tcW w:w="1278" w:type="dxa"/>
            <w:vAlign w:val="center"/>
          </w:tcPr>
          <w:p w14:paraId="55EF00E6" w14:textId="77777777" w:rsidR="000E4AB2" w:rsidRDefault="00000000">
            <w:r>
              <w:rPr>
                <w:sz w:val="16"/>
              </w:rPr>
              <w:t xml:space="preserve"> </w:t>
            </w:r>
          </w:p>
        </w:tc>
        <w:tc>
          <w:tcPr>
            <w:tcW w:w="1278" w:type="dxa"/>
            <w:vAlign w:val="center"/>
          </w:tcPr>
          <w:p w14:paraId="4D02579D" w14:textId="77777777" w:rsidR="000E4AB2" w:rsidRDefault="00000000">
            <w:r>
              <w:rPr>
                <w:sz w:val="16"/>
              </w:rPr>
              <w:t xml:space="preserve"> </w:t>
            </w:r>
          </w:p>
        </w:tc>
        <w:tc>
          <w:tcPr>
            <w:tcW w:w="1278" w:type="dxa"/>
            <w:vAlign w:val="center"/>
          </w:tcPr>
          <w:p w14:paraId="6DE7F6A0" w14:textId="77777777" w:rsidR="000E4AB2" w:rsidRDefault="00000000">
            <w:r>
              <w:rPr>
                <w:sz w:val="16"/>
              </w:rPr>
              <w:t xml:space="preserve"> </w:t>
            </w:r>
          </w:p>
        </w:tc>
        <w:tc>
          <w:tcPr>
            <w:tcW w:w="1278" w:type="dxa"/>
            <w:vAlign w:val="center"/>
          </w:tcPr>
          <w:p w14:paraId="76ED5B19" w14:textId="77777777" w:rsidR="000E4AB2" w:rsidRDefault="00000000">
            <w:r>
              <w:rPr>
                <w:sz w:val="16"/>
              </w:rPr>
              <w:t xml:space="preserve"> </w:t>
            </w:r>
          </w:p>
        </w:tc>
        <w:tc>
          <w:tcPr>
            <w:tcW w:w="1278" w:type="dxa"/>
            <w:vAlign w:val="center"/>
          </w:tcPr>
          <w:p w14:paraId="0ACCBB68" w14:textId="77777777" w:rsidR="000E4AB2" w:rsidRDefault="00000000">
            <w:r>
              <w:rPr>
                <w:sz w:val="16"/>
              </w:rPr>
              <w:t xml:space="preserve"> </w:t>
            </w:r>
          </w:p>
        </w:tc>
        <w:tc>
          <w:tcPr>
            <w:tcW w:w="1278" w:type="dxa"/>
            <w:vAlign w:val="center"/>
          </w:tcPr>
          <w:p w14:paraId="6B3E38DB" w14:textId="77777777" w:rsidR="000E4AB2" w:rsidRDefault="00000000">
            <w:r>
              <w:rPr>
                <w:sz w:val="16"/>
              </w:rPr>
              <w:t xml:space="preserve"> </w:t>
            </w:r>
          </w:p>
        </w:tc>
        <w:tc>
          <w:tcPr>
            <w:tcW w:w="1278" w:type="dxa"/>
            <w:vAlign w:val="center"/>
          </w:tcPr>
          <w:p w14:paraId="4D180C9D" w14:textId="77777777" w:rsidR="000E4AB2" w:rsidRDefault="00000000">
            <w:r>
              <w:rPr>
                <w:sz w:val="16"/>
              </w:rPr>
              <w:t xml:space="preserve"> </w:t>
            </w:r>
          </w:p>
        </w:tc>
        <w:tc>
          <w:tcPr>
            <w:tcW w:w="1278" w:type="dxa"/>
            <w:vAlign w:val="center"/>
          </w:tcPr>
          <w:p w14:paraId="2EA8C1F8" w14:textId="77777777" w:rsidR="000E4AB2" w:rsidRDefault="00000000">
            <w:r>
              <w:rPr>
                <w:sz w:val="16"/>
              </w:rPr>
              <w:t xml:space="preserve"> </w:t>
            </w:r>
          </w:p>
        </w:tc>
      </w:tr>
    </w:tbl>
    <w:p w14:paraId="21965951" w14:textId="77777777" w:rsidR="000E4AB2" w:rsidRDefault="00000000">
      <w:pPr>
        <w:pStyle w:val="TemplateInstruction"/>
      </w:pPr>
      <w:r>
        <w:t>Do not create an artificial chemical-management problem where hazardous chemicals are not materially relevant. Ordinary products may still require appropriate safe use, but not every product necessarily belongs in a hazardous chemical register.</w:t>
      </w:r>
    </w:p>
    <w:p w14:paraId="1FED39C4" w14:textId="77777777" w:rsidR="000E4AB2" w:rsidRDefault="00000000">
      <w:r>
        <w:br w:type="page"/>
      </w:r>
    </w:p>
    <w:p w14:paraId="6ACDD6AA" w14:textId="77777777" w:rsidR="000E4AB2" w:rsidRDefault="00000000">
      <w:pPr>
        <w:pStyle w:val="Heading1"/>
      </w:pPr>
      <w:bookmarkStart w:id="92" w:name="_Toc240137363"/>
      <w:r>
        <w:lastRenderedPageBreak/>
        <w:t>Template 31: Safety Data Sheet (SDS) Register</w:t>
      </w:r>
      <w:bookmarkEnd w:id="92"/>
    </w:p>
    <w:p w14:paraId="75B11604" w14:textId="77777777" w:rsidR="000E4AB2" w:rsidRDefault="00000000">
      <w:r>
        <w:rPr>
          <w:b/>
        </w:rPr>
        <w:t xml:space="preserve">Purpose: </w:t>
      </w:r>
      <w:r>
        <w:t>Track access to current Safety Data Sheets for hazardous chemicals where required.</w:t>
      </w:r>
    </w:p>
    <w:p w14:paraId="25A684C7" w14:textId="77777777" w:rsidR="000E4AB2" w:rsidRDefault="00000000">
      <w:r>
        <w:rPr>
          <w:b/>
        </w:rPr>
        <w:t xml:space="preserve">Assessment use: </w:t>
      </w:r>
      <w:r>
        <w:t>Optional/context-dependent resource.</w:t>
      </w:r>
    </w:p>
    <w:p w14:paraId="00407A5F" w14:textId="77777777" w:rsidR="000E4AB2" w:rsidRDefault="00000000">
      <w:pPr>
        <w:pStyle w:val="TemplateInstruction"/>
      </w:pPr>
      <w:r>
        <w:t>Adapt this template to the candidate's current or intended AAOT practice. Delete sections that are genuinely not applicable, add practice-specific material where needed, and document the professional reasoning for significant adaptations.</w:t>
      </w:r>
    </w:p>
    <w:tbl>
      <w:tblPr>
        <w:tblStyle w:val="TableGrid"/>
        <w:tblW w:w="0" w:type="auto"/>
        <w:jc w:val="center"/>
        <w:tblLook w:val="04A0" w:firstRow="1" w:lastRow="0" w:firstColumn="1" w:lastColumn="0" w:noHBand="0" w:noVBand="1"/>
      </w:tblPr>
      <w:tblGrid>
        <w:gridCol w:w="1461"/>
        <w:gridCol w:w="1461"/>
        <w:gridCol w:w="1461"/>
        <w:gridCol w:w="1461"/>
        <w:gridCol w:w="1461"/>
        <w:gridCol w:w="1461"/>
        <w:gridCol w:w="1461"/>
      </w:tblGrid>
      <w:tr w:rsidR="000E4AB2" w14:paraId="3D6BEDBD" w14:textId="77777777">
        <w:trPr>
          <w:jc w:val="center"/>
        </w:trPr>
        <w:tc>
          <w:tcPr>
            <w:tcW w:w="1461" w:type="dxa"/>
            <w:shd w:val="clear" w:color="auto" w:fill="D9EAF7"/>
            <w:vAlign w:val="center"/>
          </w:tcPr>
          <w:p w14:paraId="44A34B34" w14:textId="77777777" w:rsidR="000E4AB2" w:rsidRDefault="00000000">
            <w:r>
              <w:rPr>
                <w:b/>
                <w:sz w:val="16"/>
              </w:rPr>
              <w:t>Product</w:t>
            </w:r>
          </w:p>
        </w:tc>
        <w:tc>
          <w:tcPr>
            <w:tcW w:w="1461" w:type="dxa"/>
            <w:shd w:val="clear" w:color="auto" w:fill="D9EAF7"/>
            <w:vAlign w:val="center"/>
          </w:tcPr>
          <w:p w14:paraId="4788E8AD" w14:textId="77777777" w:rsidR="000E4AB2" w:rsidRDefault="00000000">
            <w:r>
              <w:rPr>
                <w:b/>
                <w:sz w:val="16"/>
              </w:rPr>
              <w:t>Supplier / manufacturer</w:t>
            </w:r>
          </w:p>
        </w:tc>
        <w:tc>
          <w:tcPr>
            <w:tcW w:w="1461" w:type="dxa"/>
            <w:shd w:val="clear" w:color="auto" w:fill="D9EAF7"/>
            <w:vAlign w:val="center"/>
          </w:tcPr>
          <w:p w14:paraId="6A531474" w14:textId="77777777" w:rsidR="000E4AB2" w:rsidRDefault="00000000">
            <w:r>
              <w:rPr>
                <w:b/>
                <w:sz w:val="16"/>
              </w:rPr>
              <w:t>SDS issue date</w:t>
            </w:r>
          </w:p>
        </w:tc>
        <w:tc>
          <w:tcPr>
            <w:tcW w:w="1461" w:type="dxa"/>
            <w:shd w:val="clear" w:color="auto" w:fill="D9EAF7"/>
            <w:vAlign w:val="center"/>
          </w:tcPr>
          <w:p w14:paraId="10449DA8" w14:textId="77777777" w:rsidR="000E4AB2" w:rsidRDefault="00000000">
            <w:r>
              <w:rPr>
                <w:b/>
                <w:sz w:val="16"/>
              </w:rPr>
              <w:t>SDS location / access</w:t>
            </w:r>
          </w:p>
        </w:tc>
        <w:tc>
          <w:tcPr>
            <w:tcW w:w="1461" w:type="dxa"/>
            <w:shd w:val="clear" w:color="auto" w:fill="D9EAF7"/>
            <w:vAlign w:val="center"/>
          </w:tcPr>
          <w:p w14:paraId="3360DEA5" w14:textId="77777777" w:rsidR="000E4AB2" w:rsidRDefault="00000000">
            <w:r>
              <w:rPr>
                <w:b/>
                <w:sz w:val="16"/>
              </w:rPr>
              <w:t>Review / replacement due</w:t>
            </w:r>
          </w:p>
        </w:tc>
        <w:tc>
          <w:tcPr>
            <w:tcW w:w="1461" w:type="dxa"/>
            <w:shd w:val="clear" w:color="auto" w:fill="D9EAF7"/>
            <w:vAlign w:val="center"/>
          </w:tcPr>
          <w:p w14:paraId="264A24A7" w14:textId="77777777" w:rsidR="000E4AB2" w:rsidRDefault="00000000">
            <w:r>
              <w:rPr>
                <w:b/>
                <w:sz w:val="16"/>
              </w:rPr>
              <w:t>Emergency information checked</w:t>
            </w:r>
          </w:p>
        </w:tc>
        <w:tc>
          <w:tcPr>
            <w:tcW w:w="1461" w:type="dxa"/>
            <w:shd w:val="clear" w:color="auto" w:fill="D9EAF7"/>
            <w:vAlign w:val="center"/>
          </w:tcPr>
          <w:p w14:paraId="056CE3CD" w14:textId="77777777" w:rsidR="000E4AB2" w:rsidRDefault="00000000">
            <w:r>
              <w:rPr>
                <w:b/>
                <w:sz w:val="16"/>
              </w:rPr>
              <w:t>Responsible person</w:t>
            </w:r>
          </w:p>
        </w:tc>
      </w:tr>
      <w:tr w:rsidR="000E4AB2" w14:paraId="66840D0A" w14:textId="77777777">
        <w:trPr>
          <w:jc w:val="center"/>
        </w:trPr>
        <w:tc>
          <w:tcPr>
            <w:tcW w:w="1461" w:type="dxa"/>
            <w:vAlign w:val="center"/>
          </w:tcPr>
          <w:p w14:paraId="708C4353" w14:textId="77777777" w:rsidR="000E4AB2" w:rsidRDefault="00000000">
            <w:r>
              <w:rPr>
                <w:sz w:val="16"/>
              </w:rPr>
              <w:t xml:space="preserve"> </w:t>
            </w:r>
          </w:p>
        </w:tc>
        <w:tc>
          <w:tcPr>
            <w:tcW w:w="1461" w:type="dxa"/>
            <w:vAlign w:val="center"/>
          </w:tcPr>
          <w:p w14:paraId="4FFFB4EC" w14:textId="77777777" w:rsidR="000E4AB2" w:rsidRDefault="00000000">
            <w:r>
              <w:rPr>
                <w:sz w:val="16"/>
              </w:rPr>
              <w:t xml:space="preserve"> </w:t>
            </w:r>
          </w:p>
        </w:tc>
        <w:tc>
          <w:tcPr>
            <w:tcW w:w="1461" w:type="dxa"/>
            <w:vAlign w:val="center"/>
          </w:tcPr>
          <w:p w14:paraId="1FCC9F9F" w14:textId="77777777" w:rsidR="000E4AB2" w:rsidRDefault="00000000">
            <w:r>
              <w:rPr>
                <w:sz w:val="16"/>
              </w:rPr>
              <w:t xml:space="preserve"> </w:t>
            </w:r>
          </w:p>
        </w:tc>
        <w:tc>
          <w:tcPr>
            <w:tcW w:w="1461" w:type="dxa"/>
            <w:vAlign w:val="center"/>
          </w:tcPr>
          <w:p w14:paraId="08146118" w14:textId="77777777" w:rsidR="000E4AB2" w:rsidRDefault="00000000">
            <w:r>
              <w:rPr>
                <w:sz w:val="16"/>
              </w:rPr>
              <w:t xml:space="preserve"> </w:t>
            </w:r>
          </w:p>
        </w:tc>
        <w:tc>
          <w:tcPr>
            <w:tcW w:w="1461" w:type="dxa"/>
            <w:vAlign w:val="center"/>
          </w:tcPr>
          <w:p w14:paraId="10DD9064" w14:textId="77777777" w:rsidR="000E4AB2" w:rsidRDefault="00000000">
            <w:r>
              <w:rPr>
                <w:sz w:val="16"/>
              </w:rPr>
              <w:t xml:space="preserve"> </w:t>
            </w:r>
          </w:p>
        </w:tc>
        <w:tc>
          <w:tcPr>
            <w:tcW w:w="1461" w:type="dxa"/>
            <w:vAlign w:val="center"/>
          </w:tcPr>
          <w:p w14:paraId="1EF9086C" w14:textId="77777777" w:rsidR="000E4AB2" w:rsidRDefault="00000000">
            <w:r>
              <w:rPr>
                <w:sz w:val="16"/>
              </w:rPr>
              <w:t xml:space="preserve"> </w:t>
            </w:r>
          </w:p>
        </w:tc>
        <w:tc>
          <w:tcPr>
            <w:tcW w:w="1461" w:type="dxa"/>
            <w:vAlign w:val="center"/>
          </w:tcPr>
          <w:p w14:paraId="52C4E4A2" w14:textId="77777777" w:rsidR="000E4AB2" w:rsidRDefault="00000000">
            <w:r>
              <w:rPr>
                <w:sz w:val="16"/>
              </w:rPr>
              <w:t xml:space="preserve"> </w:t>
            </w:r>
          </w:p>
        </w:tc>
      </w:tr>
      <w:tr w:rsidR="000E4AB2" w14:paraId="3CC241D9" w14:textId="77777777">
        <w:trPr>
          <w:jc w:val="center"/>
        </w:trPr>
        <w:tc>
          <w:tcPr>
            <w:tcW w:w="1461" w:type="dxa"/>
            <w:vAlign w:val="center"/>
          </w:tcPr>
          <w:p w14:paraId="72F531F0" w14:textId="77777777" w:rsidR="000E4AB2" w:rsidRDefault="00000000">
            <w:r>
              <w:rPr>
                <w:sz w:val="16"/>
              </w:rPr>
              <w:t xml:space="preserve"> </w:t>
            </w:r>
          </w:p>
        </w:tc>
        <w:tc>
          <w:tcPr>
            <w:tcW w:w="1461" w:type="dxa"/>
            <w:vAlign w:val="center"/>
          </w:tcPr>
          <w:p w14:paraId="4389C750" w14:textId="77777777" w:rsidR="000E4AB2" w:rsidRDefault="00000000">
            <w:r>
              <w:rPr>
                <w:sz w:val="16"/>
              </w:rPr>
              <w:t xml:space="preserve"> </w:t>
            </w:r>
          </w:p>
        </w:tc>
        <w:tc>
          <w:tcPr>
            <w:tcW w:w="1461" w:type="dxa"/>
            <w:vAlign w:val="center"/>
          </w:tcPr>
          <w:p w14:paraId="17B01D1C" w14:textId="77777777" w:rsidR="000E4AB2" w:rsidRDefault="00000000">
            <w:r>
              <w:rPr>
                <w:sz w:val="16"/>
              </w:rPr>
              <w:t xml:space="preserve"> </w:t>
            </w:r>
          </w:p>
        </w:tc>
        <w:tc>
          <w:tcPr>
            <w:tcW w:w="1461" w:type="dxa"/>
            <w:vAlign w:val="center"/>
          </w:tcPr>
          <w:p w14:paraId="5A5974DE" w14:textId="77777777" w:rsidR="000E4AB2" w:rsidRDefault="00000000">
            <w:r>
              <w:rPr>
                <w:sz w:val="16"/>
              </w:rPr>
              <w:t xml:space="preserve"> </w:t>
            </w:r>
          </w:p>
        </w:tc>
        <w:tc>
          <w:tcPr>
            <w:tcW w:w="1461" w:type="dxa"/>
            <w:vAlign w:val="center"/>
          </w:tcPr>
          <w:p w14:paraId="34E53D3E" w14:textId="77777777" w:rsidR="000E4AB2" w:rsidRDefault="00000000">
            <w:r>
              <w:rPr>
                <w:sz w:val="16"/>
              </w:rPr>
              <w:t xml:space="preserve"> </w:t>
            </w:r>
          </w:p>
        </w:tc>
        <w:tc>
          <w:tcPr>
            <w:tcW w:w="1461" w:type="dxa"/>
            <w:vAlign w:val="center"/>
          </w:tcPr>
          <w:p w14:paraId="596B5022" w14:textId="77777777" w:rsidR="000E4AB2" w:rsidRDefault="00000000">
            <w:r>
              <w:rPr>
                <w:sz w:val="16"/>
              </w:rPr>
              <w:t xml:space="preserve"> </w:t>
            </w:r>
          </w:p>
        </w:tc>
        <w:tc>
          <w:tcPr>
            <w:tcW w:w="1461" w:type="dxa"/>
            <w:vAlign w:val="center"/>
          </w:tcPr>
          <w:p w14:paraId="04EE15AD" w14:textId="77777777" w:rsidR="000E4AB2" w:rsidRDefault="00000000">
            <w:r>
              <w:rPr>
                <w:sz w:val="16"/>
              </w:rPr>
              <w:t xml:space="preserve"> </w:t>
            </w:r>
          </w:p>
        </w:tc>
      </w:tr>
      <w:tr w:rsidR="000E4AB2" w14:paraId="78B92A35" w14:textId="77777777">
        <w:trPr>
          <w:jc w:val="center"/>
        </w:trPr>
        <w:tc>
          <w:tcPr>
            <w:tcW w:w="1461" w:type="dxa"/>
            <w:vAlign w:val="center"/>
          </w:tcPr>
          <w:p w14:paraId="0364FDEC" w14:textId="77777777" w:rsidR="000E4AB2" w:rsidRDefault="00000000">
            <w:r>
              <w:rPr>
                <w:sz w:val="16"/>
              </w:rPr>
              <w:t xml:space="preserve"> </w:t>
            </w:r>
          </w:p>
        </w:tc>
        <w:tc>
          <w:tcPr>
            <w:tcW w:w="1461" w:type="dxa"/>
            <w:vAlign w:val="center"/>
          </w:tcPr>
          <w:p w14:paraId="546E0347" w14:textId="77777777" w:rsidR="000E4AB2" w:rsidRDefault="00000000">
            <w:r>
              <w:rPr>
                <w:sz w:val="16"/>
              </w:rPr>
              <w:t xml:space="preserve"> </w:t>
            </w:r>
          </w:p>
        </w:tc>
        <w:tc>
          <w:tcPr>
            <w:tcW w:w="1461" w:type="dxa"/>
            <w:vAlign w:val="center"/>
          </w:tcPr>
          <w:p w14:paraId="1B808BA5" w14:textId="77777777" w:rsidR="000E4AB2" w:rsidRDefault="00000000">
            <w:r>
              <w:rPr>
                <w:sz w:val="16"/>
              </w:rPr>
              <w:t xml:space="preserve"> </w:t>
            </w:r>
          </w:p>
        </w:tc>
        <w:tc>
          <w:tcPr>
            <w:tcW w:w="1461" w:type="dxa"/>
            <w:vAlign w:val="center"/>
          </w:tcPr>
          <w:p w14:paraId="2D79EC0B" w14:textId="77777777" w:rsidR="000E4AB2" w:rsidRDefault="00000000">
            <w:r>
              <w:rPr>
                <w:sz w:val="16"/>
              </w:rPr>
              <w:t xml:space="preserve"> </w:t>
            </w:r>
          </w:p>
        </w:tc>
        <w:tc>
          <w:tcPr>
            <w:tcW w:w="1461" w:type="dxa"/>
            <w:vAlign w:val="center"/>
          </w:tcPr>
          <w:p w14:paraId="39613731" w14:textId="77777777" w:rsidR="000E4AB2" w:rsidRDefault="00000000">
            <w:r>
              <w:rPr>
                <w:sz w:val="16"/>
              </w:rPr>
              <w:t xml:space="preserve"> </w:t>
            </w:r>
          </w:p>
        </w:tc>
        <w:tc>
          <w:tcPr>
            <w:tcW w:w="1461" w:type="dxa"/>
            <w:vAlign w:val="center"/>
          </w:tcPr>
          <w:p w14:paraId="618F1A6E" w14:textId="77777777" w:rsidR="000E4AB2" w:rsidRDefault="00000000">
            <w:r>
              <w:rPr>
                <w:sz w:val="16"/>
              </w:rPr>
              <w:t xml:space="preserve"> </w:t>
            </w:r>
          </w:p>
        </w:tc>
        <w:tc>
          <w:tcPr>
            <w:tcW w:w="1461" w:type="dxa"/>
            <w:vAlign w:val="center"/>
          </w:tcPr>
          <w:p w14:paraId="49F5E0AD" w14:textId="77777777" w:rsidR="000E4AB2" w:rsidRDefault="00000000">
            <w:r>
              <w:rPr>
                <w:sz w:val="16"/>
              </w:rPr>
              <w:t xml:space="preserve"> </w:t>
            </w:r>
          </w:p>
        </w:tc>
      </w:tr>
      <w:tr w:rsidR="000E4AB2" w14:paraId="164C44F8" w14:textId="77777777">
        <w:trPr>
          <w:jc w:val="center"/>
        </w:trPr>
        <w:tc>
          <w:tcPr>
            <w:tcW w:w="1461" w:type="dxa"/>
            <w:vAlign w:val="center"/>
          </w:tcPr>
          <w:p w14:paraId="72951987" w14:textId="77777777" w:rsidR="000E4AB2" w:rsidRDefault="00000000">
            <w:r>
              <w:rPr>
                <w:sz w:val="16"/>
              </w:rPr>
              <w:t xml:space="preserve"> </w:t>
            </w:r>
          </w:p>
        </w:tc>
        <w:tc>
          <w:tcPr>
            <w:tcW w:w="1461" w:type="dxa"/>
            <w:vAlign w:val="center"/>
          </w:tcPr>
          <w:p w14:paraId="5D014DFF" w14:textId="77777777" w:rsidR="000E4AB2" w:rsidRDefault="00000000">
            <w:r>
              <w:rPr>
                <w:sz w:val="16"/>
              </w:rPr>
              <w:t xml:space="preserve"> </w:t>
            </w:r>
          </w:p>
        </w:tc>
        <w:tc>
          <w:tcPr>
            <w:tcW w:w="1461" w:type="dxa"/>
            <w:vAlign w:val="center"/>
          </w:tcPr>
          <w:p w14:paraId="161A1684" w14:textId="77777777" w:rsidR="000E4AB2" w:rsidRDefault="00000000">
            <w:r>
              <w:rPr>
                <w:sz w:val="16"/>
              </w:rPr>
              <w:t xml:space="preserve"> </w:t>
            </w:r>
          </w:p>
        </w:tc>
        <w:tc>
          <w:tcPr>
            <w:tcW w:w="1461" w:type="dxa"/>
            <w:vAlign w:val="center"/>
          </w:tcPr>
          <w:p w14:paraId="01DE887E" w14:textId="77777777" w:rsidR="000E4AB2" w:rsidRDefault="00000000">
            <w:r>
              <w:rPr>
                <w:sz w:val="16"/>
              </w:rPr>
              <w:t xml:space="preserve"> </w:t>
            </w:r>
          </w:p>
        </w:tc>
        <w:tc>
          <w:tcPr>
            <w:tcW w:w="1461" w:type="dxa"/>
            <w:vAlign w:val="center"/>
          </w:tcPr>
          <w:p w14:paraId="512708A3" w14:textId="77777777" w:rsidR="000E4AB2" w:rsidRDefault="00000000">
            <w:r>
              <w:rPr>
                <w:sz w:val="16"/>
              </w:rPr>
              <w:t xml:space="preserve"> </w:t>
            </w:r>
          </w:p>
        </w:tc>
        <w:tc>
          <w:tcPr>
            <w:tcW w:w="1461" w:type="dxa"/>
            <w:vAlign w:val="center"/>
          </w:tcPr>
          <w:p w14:paraId="61833E44" w14:textId="77777777" w:rsidR="000E4AB2" w:rsidRDefault="00000000">
            <w:r>
              <w:rPr>
                <w:sz w:val="16"/>
              </w:rPr>
              <w:t xml:space="preserve"> </w:t>
            </w:r>
          </w:p>
        </w:tc>
        <w:tc>
          <w:tcPr>
            <w:tcW w:w="1461" w:type="dxa"/>
            <w:vAlign w:val="center"/>
          </w:tcPr>
          <w:p w14:paraId="02F89A83" w14:textId="77777777" w:rsidR="000E4AB2" w:rsidRDefault="00000000">
            <w:r>
              <w:rPr>
                <w:sz w:val="16"/>
              </w:rPr>
              <w:t xml:space="preserve"> </w:t>
            </w:r>
          </w:p>
        </w:tc>
      </w:tr>
      <w:tr w:rsidR="000E4AB2" w14:paraId="0A3CF291" w14:textId="77777777">
        <w:trPr>
          <w:jc w:val="center"/>
        </w:trPr>
        <w:tc>
          <w:tcPr>
            <w:tcW w:w="1461" w:type="dxa"/>
            <w:vAlign w:val="center"/>
          </w:tcPr>
          <w:p w14:paraId="06FEAC7A" w14:textId="77777777" w:rsidR="000E4AB2" w:rsidRDefault="00000000">
            <w:r>
              <w:rPr>
                <w:sz w:val="16"/>
              </w:rPr>
              <w:t xml:space="preserve"> </w:t>
            </w:r>
          </w:p>
        </w:tc>
        <w:tc>
          <w:tcPr>
            <w:tcW w:w="1461" w:type="dxa"/>
            <w:vAlign w:val="center"/>
          </w:tcPr>
          <w:p w14:paraId="732B6848" w14:textId="77777777" w:rsidR="000E4AB2" w:rsidRDefault="00000000">
            <w:r>
              <w:rPr>
                <w:sz w:val="16"/>
              </w:rPr>
              <w:t xml:space="preserve"> </w:t>
            </w:r>
          </w:p>
        </w:tc>
        <w:tc>
          <w:tcPr>
            <w:tcW w:w="1461" w:type="dxa"/>
            <w:vAlign w:val="center"/>
          </w:tcPr>
          <w:p w14:paraId="634C998D" w14:textId="77777777" w:rsidR="000E4AB2" w:rsidRDefault="00000000">
            <w:r>
              <w:rPr>
                <w:sz w:val="16"/>
              </w:rPr>
              <w:t xml:space="preserve"> </w:t>
            </w:r>
          </w:p>
        </w:tc>
        <w:tc>
          <w:tcPr>
            <w:tcW w:w="1461" w:type="dxa"/>
            <w:vAlign w:val="center"/>
          </w:tcPr>
          <w:p w14:paraId="0CAB98C2" w14:textId="77777777" w:rsidR="000E4AB2" w:rsidRDefault="00000000">
            <w:r>
              <w:rPr>
                <w:sz w:val="16"/>
              </w:rPr>
              <w:t xml:space="preserve"> </w:t>
            </w:r>
          </w:p>
        </w:tc>
        <w:tc>
          <w:tcPr>
            <w:tcW w:w="1461" w:type="dxa"/>
            <w:vAlign w:val="center"/>
          </w:tcPr>
          <w:p w14:paraId="2E0FF87C" w14:textId="77777777" w:rsidR="000E4AB2" w:rsidRDefault="00000000">
            <w:r>
              <w:rPr>
                <w:sz w:val="16"/>
              </w:rPr>
              <w:t xml:space="preserve"> </w:t>
            </w:r>
          </w:p>
        </w:tc>
        <w:tc>
          <w:tcPr>
            <w:tcW w:w="1461" w:type="dxa"/>
            <w:vAlign w:val="center"/>
          </w:tcPr>
          <w:p w14:paraId="35BC74C1" w14:textId="77777777" w:rsidR="000E4AB2" w:rsidRDefault="00000000">
            <w:r>
              <w:rPr>
                <w:sz w:val="16"/>
              </w:rPr>
              <w:t xml:space="preserve"> </w:t>
            </w:r>
          </w:p>
        </w:tc>
        <w:tc>
          <w:tcPr>
            <w:tcW w:w="1461" w:type="dxa"/>
            <w:vAlign w:val="center"/>
          </w:tcPr>
          <w:p w14:paraId="19D7E370" w14:textId="77777777" w:rsidR="000E4AB2" w:rsidRDefault="00000000">
            <w:r>
              <w:rPr>
                <w:sz w:val="16"/>
              </w:rPr>
              <w:t xml:space="preserve"> </w:t>
            </w:r>
          </w:p>
        </w:tc>
      </w:tr>
      <w:tr w:rsidR="000E4AB2" w14:paraId="2B8A43A9" w14:textId="77777777">
        <w:trPr>
          <w:jc w:val="center"/>
        </w:trPr>
        <w:tc>
          <w:tcPr>
            <w:tcW w:w="1461" w:type="dxa"/>
            <w:vAlign w:val="center"/>
          </w:tcPr>
          <w:p w14:paraId="5F3264F6" w14:textId="77777777" w:rsidR="000E4AB2" w:rsidRDefault="00000000">
            <w:r>
              <w:rPr>
                <w:sz w:val="16"/>
              </w:rPr>
              <w:t xml:space="preserve"> </w:t>
            </w:r>
          </w:p>
        </w:tc>
        <w:tc>
          <w:tcPr>
            <w:tcW w:w="1461" w:type="dxa"/>
            <w:vAlign w:val="center"/>
          </w:tcPr>
          <w:p w14:paraId="2B582BBA" w14:textId="77777777" w:rsidR="000E4AB2" w:rsidRDefault="00000000">
            <w:r>
              <w:rPr>
                <w:sz w:val="16"/>
              </w:rPr>
              <w:t xml:space="preserve"> </w:t>
            </w:r>
          </w:p>
        </w:tc>
        <w:tc>
          <w:tcPr>
            <w:tcW w:w="1461" w:type="dxa"/>
            <w:vAlign w:val="center"/>
          </w:tcPr>
          <w:p w14:paraId="709249CC" w14:textId="77777777" w:rsidR="000E4AB2" w:rsidRDefault="00000000">
            <w:r>
              <w:rPr>
                <w:sz w:val="16"/>
              </w:rPr>
              <w:t xml:space="preserve"> </w:t>
            </w:r>
          </w:p>
        </w:tc>
        <w:tc>
          <w:tcPr>
            <w:tcW w:w="1461" w:type="dxa"/>
            <w:vAlign w:val="center"/>
          </w:tcPr>
          <w:p w14:paraId="3725FF09" w14:textId="77777777" w:rsidR="000E4AB2" w:rsidRDefault="00000000">
            <w:r>
              <w:rPr>
                <w:sz w:val="16"/>
              </w:rPr>
              <w:t xml:space="preserve"> </w:t>
            </w:r>
          </w:p>
        </w:tc>
        <w:tc>
          <w:tcPr>
            <w:tcW w:w="1461" w:type="dxa"/>
            <w:vAlign w:val="center"/>
          </w:tcPr>
          <w:p w14:paraId="47B5D3B6" w14:textId="77777777" w:rsidR="000E4AB2" w:rsidRDefault="00000000">
            <w:r>
              <w:rPr>
                <w:sz w:val="16"/>
              </w:rPr>
              <w:t xml:space="preserve"> </w:t>
            </w:r>
          </w:p>
        </w:tc>
        <w:tc>
          <w:tcPr>
            <w:tcW w:w="1461" w:type="dxa"/>
            <w:vAlign w:val="center"/>
          </w:tcPr>
          <w:p w14:paraId="2587C5FC" w14:textId="77777777" w:rsidR="000E4AB2" w:rsidRDefault="00000000">
            <w:r>
              <w:rPr>
                <w:sz w:val="16"/>
              </w:rPr>
              <w:t xml:space="preserve"> </w:t>
            </w:r>
          </w:p>
        </w:tc>
        <w:tc>
          <w:tcPr>
            <w:tcW w:w="1461" w:type="dxa"/>
            <w:vAlign w:val="center"/>
          </w:tcPr>
          <w:p w14:paraId="64C3185B" w14:textId="77777777" w:rsidR="000E4AB2" w:rsidRDefault="00000000">
            <w:r>
              <w:rPr>
                <w:sz w:val="16"/>
              </w:rPr>
              <w:t xml:space="preserve"> </w:t>
            </w:r>
          </w:p>
        </w:tc>
      </w:tr>
      <w:tr w:rsidR="000E4AB2" w14:paraId="7C90B13E" w14:textId="77777777">
        <w:trPr>
          <w:jc w:val="center"/>
        </w:trPr>
        <w:tc>
          <w:tcPr>
            <w:tcW w:w="1461" w:type="dxa"/>
            <w:vAlign w:val="center"/>
          </w:tcPr>
          <w:p w14:paraId="725273BF" w14:textId="77777777" w:rsidR="000E4AB2" w:rsidRDefault="00000000">
            <w:r>
              <w:rPr>
                <w:sz w:val="16"/>
              </w:rPr>
              <w:t xml:space="preserve"> </w:t>
            </w:r>
          </w:p>
        </w:tc>
        <w:tc>
          <w:tcPr>
            <w:tcW w:w="1461" w:type="dxa"/>
            <w:vAlign w:val="center"/>
          </w:tcPr>
          <w:p w14:paraId="602F5FEB" w14:textId="77777777" w:rsidR="000E4AB2" w:rsidRDefault="00000000">
            <w:r>
              <w:rPr>
                <w:sz w:val="16"/>
              </w:rPr>
              <w:t xml:space="preserve"> </w:t>
            </w:r>
          </w:p>
        </w:tc>
        <w:tc>
          <w:tcPr>
            <w:tcW w:w="1461" w:type="dxa"/>
            <w:vAlign w:val="center"/>
          </w:tcPr>
          <w:p w14:paraId="147FAC31" w14:textId="77777777" w:rsidR="000E4AB2" w:rsidRDefault="00000000">
            <w:r>
              <w:rPr>
                <w:sz w:val="16"/>
              </w:rPr>
              <w:t xml:space="preserve"> </w:t>
            </w:r>
          </w:p>
        </w:tc>
        <w:tc>
          <w:tcPr>
            <w:tcW w:w="1461" w:type="dxa"/>
            <w:vAlign w:val="center"/>
          </w:tcPr>
          <w:p w14:paraId="00FD83E9" w14:textId="77777777" w:rsidR="000E4AB2" w:rsidRDefault="00000000">
            <w:r>
              <w:rPr>
                <w:sz w:val="16"/>
              </w:rPr>
              <w:t xml:space="preserve"> </w:t>
            </w:r>
          </w:p>
        </w:tc>
        <w:tc>
          <w:tcPr>
            <w:tcW w:w="1461" w:type="dxa"/>
            <w:vAlign w:val="center"/>
          </w:tcPr>
          <w:p w14:paraId="18BA264A" w14:textId="77777777" w:rsidR="000E4AB2" w:rsidRDefault="00000000">
            <w:r>
              <w:rPr>
                <w:sz w:val="16"/>
              </w:rPr>
              <w:t xml:space="preserve"> </w:t>
            </w:r>
          </w:p>
        </w:tc>
        <w:tc>
          <w:tcPr>
            <w:tcW w:w="1461" w:type="dxa"/>
            <w:vAlign w:val="center"/>
          </w:tcPr>
          <w:p w14:paraId="385B918B" w14:textId="77777777" w:rsidR="000E4AB2" w:rsidRDefault="00000000">
            <w:r>
              <w:rPr>
                <w:sz w:val="16"/>
              </w:rPr>
              <w:t xml:space="preserve"> </w:t>
            </w:r>
          </w:p>
        </w:tc>
        <w:tc>
          <w:tcPr>
            <w:tcW w:w="1461" w:type="dxa"/>
            <w:vAlign w:val="center"/>
          </w:tcPr>
          <w:p w14:paraId="2BEB4A5E" w14:textId="77777777" w:rsidR="000E4AB2" w:rsidRDefault="00000000">
            <w:r>
              <w:rPr>
                <w:sz w:val="16"/>
              </w:rPr>
              <w:t xml:space="preserve"> </w:t>
            </w:r>
          </w:p>
        </w:tc>
      </w:tr>
      <w:tr w:rsidR="000E4AB2" w14:paraId="7EC4A6E8" w14:textId="77777777">
        <w:trPr>
          <w:jc w:val="center"/>
        </w:trPr>
        <w:tc>
          <w:tcPr>
            <w:tcW w:w="1461" w:type="dxa"/>
            <w:vAlign w:val="center"/>
          </w:tcPr>
          <w:p w14:paraId="55EC8119" w14:textId="77777777" w:rsidR="000E4AB2" w:rsidRDefault="00000000">
            <w:r>
              <w:rPr>
                <w:sz w:val="16"/>
              </w:rPr>
              <w:t xml:space="preserve"> </w:t>
            </w:r>
          </w:p>
        </w:tc>
        <w:tc>
          <w:tcPr>
            <w:tcW w:w="1461" w:type="dxa"/>
            <w:vAlign w:val="center"/>
          </w:tcPr>
          <w:p w14:paraId="6D21735F" w14:textId="77777777" w:rsidR="000E4AB2" w:rsidRDefault="00000000">
            <w:r>
              <w:rPr>
                <w:sz w:val="16"/>
              </w:rPr>
              <w:t xml:space="preserve"> </w:t>
            </w:r>
          </w:p>
        </w:tc>
        <w:tc>
          <w:tcPr>
            <w:tcW w:w="1461" w:type="dxa"/>
            <w:vAlign w:val="center"/>
          </w:tcPr>
          <w:p w14:paraId="3753F4CE" w14:textId="77777777" w:rsidR="000E4AB2" w:rsidRDefault="00000000">
            <w:r>
              <w:rPr>
                <w:sz w:val="16"/>
              </w:rPr>
              <w:t xml:space="preserve"> </w:t>
            </w:r>
          </w:p>
        </w:tc>
        <w:tc>
          <w:tcPr>
            <w:tcW w:w="1461" w:type="dxa"/>
            <w:vAlign w:val="center"/>
          </w:tcPr>
          <w:p w14:paraId="2AE34EE4" w14:textId="77777777" w:rsidR="000E4AB2" w:rsidRDefault="00000000">
            <w:r>
              <w:rPr>
                <w:sz w:val="16"/>
              </w:rPr>
              <w:t xml:space="preserve"> </w:t>
            </w:r>
          </w:p>
        </w:tc>
        <w:tc>
          <w:tcPr>
            <w:tcW w:w="1461" w:type="dxa"/>
            <w:vAlign w:val="center"/>
          </w:tcPr>
          <w:p w14:paraId="6D564250" w14:textId="77777777" w:rsidR="000E4AB2" w:rsidRDefault="00000000">
            <w:r>
              <w:rPr>
                <w:sz w:val="16"/>
              </w:rPr>
              <w:t xml:space="preserve"> </w:t>
            </w:r>
          </w:p>
        </w:tc>
        <w:tc>
          <w:tcPr>
            <w:tcW w:w="1461" w:type="dxa"/>
            <w:vAlign w:val="center"/>
          </w:tcPr>
          <w:p w14:paraId="213AEDD3" w14:textId="77777777" w:rsidR="000E4AB2" w:rsidRDefault="00000000">
            <w:r>
              <w:rPr>
                <w:sz w:val="16"/>
              </w:rPr>
              <w:t xml:space="preserve"> </w:t>
            </w:r>
          </w:p>
        </w:tc>
        <w:tc>
          <w:tcPr>
            <w:tcW w:w="1461" w:type="dxa"/>
            <w:vAlign w:val="center"/>
          </w:tcPr>
          <w:p w14:paraId="6CC28DBE" w14:textId="77777777" w:rsidR="000E4AB2" w:rsidRDefault="00000000">
            <w:r>
              <w:rPr>
                <w:sz w:val="16"/>
              </w:rPr>
              <w:t xml:space="preserve"> </w:t>
            </w:r>
          </w:p>
        </w:tc>
      </w:tr>
    </w:tbl>
    <w:p w14:paraId="59442045" w14:textId="77777777" w:rsidR="00402029" w:rsidRDefault="00402029"/>
    <w:sectPr w:rsidR="00402029">
      <w:footerReference w:type="default" r:id="rId9"/>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D32E5" w14:textId="77777777" w:rsidR="00402029" w:rsidRDefault="00402029">
      <w:pPr>
        <w:spacing w:after="0" w:line="240" w:lineRule="auto"/>
      </w:pPr>
      <w:r>
        <w:separator/>
      </w:r>
    </w:p>
  </w:endnote>
  <w:endnote w:type="continuationSeparator" w:id="0">
    <w:p w14:paraId="6C6FD3FD" w14:textId="77777777" w:rsidR="00402029" w:rsidRDefault="00402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0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785"/>
      <w:gridCol w:w="6075"/>
      <w:gridCol w:w="1245"/>
    </w:tblGrid>
    <w:tr w:rsidR="004E4851" w14:paraId="77B91326" w14:textId="77777777" w:rsidTr="000E0EC8">
      <w:trPr>
        <w:trHeight w:val="300"/>
      </w:trPr>
      <w:tc>
        <w:tcPr>
          <w:tcW w:w="1785" w:type="dxa"/>
          <w:tcBorders>
            <w:top w:val="nil"/>
            <w:left w:val="nil"/>
            <w:bottom w:val="nil"/>
            <w:right w:val="nil"/>
          </w:tcBorders>
          <w:tcMar>
            <w:left w:w="90" w:type="dxa"/>
            <w:right w:w="90" w:type="dxa"/>
          </w:tcMar>
          <w:vAlign w:val="bottom"/>
        </w:tcPr>
        <w:p w14:paraId="65CD3A1B" w14:textId="77777777" w:rsidR="004E4851" w:rsidRDefault="004E4851" w:rsidP="004E4851">
          <w:pPr>
            <w:spacing w:after="0" w:line="240" w:lineRule="auto"/>
            <w:rPr>
              <w:rFonts w:eastAsia="Aptos" w:cs="Aptos"/>
              <w:color w:val="000000" w:themeColor="text1"/>
              <w:sz w:val="20"/>
              <w:szCs w:val="20"/>
            </w:rPr>
          </w:pPr>
          <w:r w:rsidRPr="6A680560">
            <w:rPr>
              <w:rFonts w:eastAsia="Aptos" w:cs="Aptos"/>
              <w:color w:val="000000" w:themeColor="text1"/>
              <w:sz w:val="20"/>
              <w:szCs w:val="20"/>
            </w:rPr>
            <w:t>Document Name:</w:t>
          </w:r>
        </w:p>
      </w:tc>
      <w:tc>
        <w:tcPr>
          <w:tcW w:w="6075" w:type="dxa"/>
          <w:tcBorders>
            <w:top w:val="nil"/>
            <w:left w:val="nil"/>
            <w:bottom w:val="nil"/>
            <w:right w:val="nil"/>
          </w:tcBorders>
          <w:tcMar>
            <w:left w:w="90" w:type="dxa"/>
            <w:right w:w="90" w:type="dxa"/>
          </w:tcMar>
          <w:vAlign w:val="bottom"/>
        </w:tcPr>
        <w:p w14:paraId="0D3B0357" w14:textId="4856C46A" w:rsidR="004E4851" w:rsidRPr="00A56537" w:rsidRDefault="004E4851" w:rsidP="004E4851">
          <w:pPr>
            <w:tabs>
              <w:tab w:val="center" w:pos="4680"/>
              <w:tab w:val="right" w:pos="9360"/>
            </w:tabs>
            <w:spacing w:after="0" w:line="240" w:lineRule="auto"/>
            <w:rPr>
              <w:rFonts w:eastAsia="Aptos" w:cs="Aptos"/>
              <w:color w:val="000000" w:themeColor="text1"/>
              <w:sz w:val="20"/>
              <w:szCs w:val="20"/>
            </w:rPr>
          </w:pPr>
          <w:proofErr w:type="gramStart"/>
          <w:r>
            <w:rPr>
              <w:rFonts w:eastAsiaTheme="majorEastAsia" w:cstheme="majorBidi"/>
              <w:sz w:val="20"/>
              <w:szCs w:val="20"/>
            </w:rPr>
            <w:t>AAOT Work</w:t>
          </w:r>
          <w:proofErr w:type="gramEnd"/>
          <w:r>
            <w:rPr>
              <w:rFonts w:eastAsiaTheme="majorEastAsia" w:cstheme="majorBidi"/>
              <w:sz w:val="20"/>
              <w:szCs w:val="20"/>
            </w:rPr>
            <w:t xml:space="preserve"> Health &amp; Safety Template Library </w:t>
          </w:r>
        </w:p>
      </w:tc>
      <w:tc>
        <w:tcPr>
          <w:tcW w:w="1245" w:type="dxa"/>
          <w:tcBorders>
            <w:top w:val="nil"/>
            <w:left w:val="nil"/>
            <w:bottom w:val="nil"/>
            <w:right w:val="nil"/>
          </w:tcBorders>
          <w:tcMar>
            <w:left w:w="90" w:type="dxa"/>
            <w:right w:w="90" w:type="dxa"/>
          </w:tcMar>
          <w:vAlign w:val="bottom"/>
        </w:tcPr>
        <w:p w14:paraId="2BFBD8CE" w14:textId="77777777" w:rsidR="004E4851" w:rsidRDefault="004E4851" w:rsidP="004E4851">
          <w:pPr>
            <w:pStyle w:val="Header"/>
            <w:jc w:val="right"/>
            <w:rPr>
              <w:rFonts w:eastAsia="Aptos" w:cs="Aptos"/>
              <w:color w:val="000000" w:themeColor="text1"/>
            </w:rPr>
          </w:pPr>
          <w:r w:rsidRPr="6A680560">
            <w:rPr>
              <w:rFonts w:eastAsia="Aptos" w:cs="Aptos"/>
              <w:color w:val="000000" w:themeColor="text1"/>
            </w:rPr>
            <w:t>v1.</w:t>
          </w:r>
          <w:r>
            <w:rPr>
              <w:rFonts w:eastAsia="Aptos" w:cs="Aptos"/>
              <w:color w:val="000000" w:themeColor="text1"/>
            </w:rPr>
            <w:t>0</w:t>
          </w:r>
        </w:p>
      </w:tc>
    </w:tr>
    <w:tr w:rsidR="004E4851" w14:paraId="01F5E718" w14:textId="77777777" w:rsidTr="000E0EC8">
      <w:trPr>
        <w:trHeight w:val="300"/>
      </w:trPr>
      <w:tc>
        <w:tcPr>
          <w:tcW w:w="7860" w:type="dxa"/>
          <w:gridSpan w:val="2"/>
          <w:tcBorders>
            <w:top w:val="nil"/>
            <w:left w:val="nil"/>
            <w:bottom w:val="nil"/>
            <w:right w:val="nil"/>
          </w:tcBorders>
          <w:tcMar>
            <w:left w:w="90" w:type="dxa"/>
            <w:right w:w="90" w:type="dxa"/>
          </w:tcMar>
        </w:tcPr>
        <w:p w14:paraId="1220A17A" w14:textId="77777777" w:rsidR="004E4851" w:rsidRDefault="004E4851" w:rsidP="004E4851">
          <w:pPr>
            <w:tabs>
              <w:tab w:val="left" w:pos="5220"/>
            </w:tabs>
            <w:rPr>
              <w:rFonts w:eastAsia="Aptos" w:cs="Aptos"/>
              <w:color w:val="000000" w:themeColor="text1"/>
              <w:sz w:val="20"/>
              <w:szCs w:val="20"/>
            </w:rPr>
          </w:pPr>
          <w:r w:rsidRPr="6A680560">
            <w:rPr>
              <w:rFonts w:eastAsia="Aptos" w:cs="Aptos"/>
              <w:color w:val="000000" w:themeColor="text1"/>
              <w:sz w:val="20"/>
              <w:szCs w:val="20"/>
            </w:rPr>
            <w:t xml:space="preserve">Working Animals Federation of Australia      </w:t>
          </w:r>
          <w:r>
            <w:rPr>
              <w:rFonts w:eastAsia="Aptos" w:cs="Aptos"/>
              <w:color w:val="000000" w:themeColor="text1"/>
              <w:sz w:val="20"/>
              <w:szCs w:val="20"/>
            </w:rPr>
            <w:tab/>
          </w:r>
        </w:p>
      </w:tc>
      <w:tc>
        <w:tcPr>
          <w:tcW w:w="1245" w:type="dxa"/>
          <w:tcBorders>
            <w:top w:val="nil"/>
            <w:left w:val="nil"/>
            <w:bottom w:val="nil"/>
            <w:right w:val="nil"/>
          </w:tcBorders>
          <w:tcMar>
            <w:left w:w="90" w:type="dxa"/>
            <w:right w:w="90" w:type="dxa"/>
          </w:tcMar>
        </w:tcPr>
        <w:p w14:paraId="08DF84CA" w14:textId="77777777" w:rsidR="004E4851" w:rsidRDefault="004E4851" w:rsidP="004E4851">
          <w:pPr>
            <w:pStyle w:val="Header"/>
            <w:jc w:val="right"/>
          </w:pPr>
          <w:r w:rsidRPr="6A680560">
            <w:rPr>
              <w:rFonts w:eastAsia="Aptos" w:cs="Aptos"/>
              <w:color w:val="000000" w:themeColor="text1"/>
              <w:sz w:val="20"/>
              <w:szCs w:val="20"/>
            </w:rPr>
            <w:t xml:space="preserve">Page </w:t>
          </w:r>
          <w:r>
            <w:fldChar w:fldCharType="begin"/>
          </w:r>
          <w:r>
            <w:instrText>PAGE</w:instrText>
          </w:r>
          <w:r>
            <w:fldChar w:fldCharType="separate"/>
          </w:r>
          <w:r>
            <w:t>1</w:t>
          </w:r>
          <w:r>
            <w:fldChar w:fldCharType="end"/>
          </w:r>
        </w:p>
      </w:tc>
    </w:tr>
  </w:tbl>
  <w:p w14:paraId="057E594E" w14:textId="56F6F8A9" w:rsidR="000E4AB2" w:rsidRDefault="000E4AB2" w:rsidP="004E4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D6F30" w14:textId="77777777" w:rsidR="00402029" w:rsidRDefault="00402029">
      <w:pPr>
        <w:spacing w:after="0" w:line="240" w:lineRule="auto"/>
      </w:pPr>
      <w:r>
        <w:separator/>
      </w:r>
    </w:p>
  </w:footnote>
  <w:footnote w:type="continuationSeparator" w:id="0">
    <w:p w14:paraId="428EE1C4" w14:textId="77777777" w:rsidR="00402029" w:rsidRDefault="004020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46837941">
    <w:abstractNumId w:val="8"/>
  </w:num>
  <w:num w:numId="2" w16cid:durableId="649872384">
    <w:abstractNumId w:val="6"/>
  </w:num>
  <w:num w:numId="3" w16cid:durableId="1305625470">
    <w:abstractNumId w:val="5"/>
  </w:num>
  <w:num w:numId="4" w16cid:durableId="1274286106">
    <w:abstractNumId w:val="4"/>
  </w:num>
  <w:num w:numId="5" w16cid:durableId="1460027571">
    <w:abstractNumId w:val="7"/>
  </w:num>
  <w:num w:numId="6" w16cid:durableId="1233004297">
    <w:abstractNumId w:val="3"/>
  </w:num>
  <w:num w:numId="7" w16cid:durableId="1337683695">
    <w:abstractNumId w:val="2"/>
  </w:num>
  <w:num w:numId="8" w16cid:durableId="1279331394">
    <w:abstractNumId w:val="1"/>
  </w:num>
  <w:num w:numId="9" w16cid:durableId="1030952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4AB2"/>
    <w:rsid w:val="0015074B"/>
    <w:rsid w:val="0029639D"/>
    <w:rsid w:val="00326F90"/>
    <w:rsid w:val="00402029"/>
    <w:rsid w:val="004E4851"/>
    <w:rsid w:val="00AA1D8D"/>
    <w:rsid w:val="00B47730"/>
    <w:rsid w:val="00CB0664"/>
    <w:rsid w:val="00D9557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71F004"/>
  <w14:defaultImageDpi w14:val="300"/>
  <w15:docId w15:val="{20DA1BFD-A1E8-4171-AE9E-92BBC58C3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mplateInstruction">
    <w:name w:val="Template Instruction"/>
    <w:rPr>
      <w:rFonts w:ascii="Aptos" w:hAnsi="Aptos"/>
      <w:i/>
      <w:sz w:val="17"/>
    </w:rPr>
  </w:style>
  <w:style w:type="paragraph" w:styleId="TOC1">
    <w:name w:val="toc 1"/>
    <w:basedOn w:val="Normal"/>
    <w:next w:val="Normal"/>
    <w:autoRedefine/>
    <w:uiPriority w:val="39"/>
    <w:unhideWhenUsed/>
    <w:rsid w:val="004E4851"/>
    <w:pPr>
      <w:spacing w:after="100"/>
    </w:pPr>
  </w:style>
  <w:style w:type="paragraph" w:styleId="TOC2">
    <w:name w:val="toc 2"/>
    <w:basedOn w:val="Normal"/>
    <w:next w:val="Normal"/>
    <w:autoRedefine/>
    <w:uiPriority w:val="39"/>
    <w:unhideWhenUsed/>
    <w:rsid w:val="004E4851"/>
    <w:pPr>
      <w:spacing w:after="100"/>
      <w:ind w:left="190"/>
    </w:pPr>
  </w:style>
  <w:style w:type="paragraph" w:styleId="TOC3">
    <w:name w:val="toc 3"/>
    <w:basedOn w:val="Normal"/>
    <w:next w:val="Normal"/>
    <w:autoRedefine/>
    <w:uiPriority w:val="39"/>
    <w:unhideWhenUsed/>
    <w:rsid w:val="004E4851"/>
    <w:pPr>
      <w:spacing w:after="100" w:line="278" w:lineRule="auto"/>
      <w:ind w:left="480"/>
    </w:pPr>
    <w:rPr>
      <w:rFonts w:asciiTheme="minorHAnsi" w:hAnsiTheme="minorHAnsi"/>
      <w:kern w:val="2"/>
      <w:sz w:val="24"/>
      <w:szCs w:val="24"/>
      <w:lang w:val="en-AU" w:eastAsia="en-AU"/>
      <w14:ligatures w14:val="standardContextual"/>
    </w:rPr>
  </w:style>
  <w:style w:type="paragraph" w:styleId="TOC4">
    <w:name w:val="toc 4"/>
    <w:basedOn w:val="Normal"/>
    <w:next w:val="Normal"/>
    <w:autoRedefine/>
    <w:uiPriority w:val="39"/>
    <w:unhideWhenUsed/>
    <w:rsid w:val="004E4851"/>
    <w:pPr>
      <w:spacing w:after="100" w:line="278" w:lineRule="auto"/>
      <w:ind w:left="720"/>
    </w:pPr>
    <w:rPr>
      <w:rFonts w:asciiTheme="minorHAnsi" w:hAnsiTheme="minorHAnsi"/>
      <w:kern w:val="2"/>
      <w:sz w:val="24"/>
      <w:szCs w:val="24"/>
      <w:lang w:val="en-AU" w:eastAsia="en-AU"/>
      <w14:ligatures w14:val="standardContextual"/>
    </w:rPr>
  </w:style>
  <w:style w:type="paragraph" w:styleId="TOC5">
    <w:name w:val="toc 5"/>
    <w:basedOn w:val="Normal"/>
    <w:next w:val="Normal"/>
    <w:autoRedefine/>
    <w:uiPriority w:val="39"/>
    <w:unhideWhenUsed/>
    <w:rsid w:val="004E4851"/>
    <w:pPr>
      <w:spacing w:after="100" w:line="278" w:lineRule="auto"/>
      <w:ind w:left="960"/>
    </w:pPr>
    <w:rPr>
      <w:rFonts w:asciiTheme="minorHAnsi" w:hAnsiTheme="minorHAnsi"/>
      <w:kern w:val="2"/>
      <w:sz w:val="24"/>
      <w:szCs w:val="24"/>
      <w:lang w:val="en-AU" w:eastAsia="en-AU"/>
      <w14:ligatures w14:val="standardContextual"/>
    </w:rPr>
  </w:style>
  <w:style w:type="paragraph" w:styleId="TOC6">
    <w:name w:val="toc 6"/>
    <w:basedOn w:val="Normal"/>
    <w:next w:val="Normal"/>
    <w:autoRedefine/>
    <w:uiPriority w:val="39"/>
    <w:unhideWhenUsed/>
    <w:rsid w:val="004E4851"/>
    <w:pPr>
      <w:spacing w:after="100" w:line="278" w:lineRule="auto"/>
      <w:ind w:left="1200"/>
    </w:pPr>
    <w:rPr>
      <w:rFonts w:asciiTheme="minorHAnsi" w:hAnsiTheme="minorHAnsi"/>
      <w:kern w:val="2"/>
      <w:sz w:val="24"/>
      <w:szCs w:val="24"/>
      <w:lang w:val="en-AU" w:eastAsia="en-AU"/>
      <w14:ligatures w14:val="standardContextual"/>
    </w:rPr>
  </w:style>
  <w:style w:type="paragraph" w:styleId="TOC7">
    <w:name w:val="toc 7"/>
    <w:basedOn w:val="Normal"/>
    <w:next w:val="Normal"/>
    <w:autoRedefine/>
    <w:uiPriority w:val="39"/>
    <w:unhideWhenUsed/>
    <w:rsid w:val="004E4851"/>
    <w:pPr>
      <w:spacing w:after="100" w:line="278" w:lineRule="auto"/>
      <w:ind w:left="1440"/>
    </w:pPr>
    <w:rPr>
      <w:rFonts w:asciiTheme="minorHAnsi" w:hAnsiTheme="minorHAnsi"/>
      <w:kern w:val="2"/>
      <w:sz w:val="24"/>
      <w:szCs w:val="24"/>
      <w:lang w:val="en-AU" w:eastAsia="en-AU"/>
      <w14:ligatures w14:val="standardContextual"/>
    </w:rPr>
  </w:style>
  <w:style w:type="paragraph" w:styleId="TOC8">
    <w:name w:val="toc 8"/>
    <w:basedOn w:val="Normal"/>
    <w:next w:val="Normal"/>
    <w:autoRedefine/>
    <w:uiPriority w:val="39"/>
    <w:unhideWhenUsed/>
    <w:rsid w:val="004E4851"/>
    <w:pPr>
      <w:spacing w:after="100" w:line="278" w:lineRule="auto"/>
      <w:ind w:left="1680"/>
    </w:pPr>
    <w:rPr>
      <w:rFonts w:asciiTheme="minorHAnsi" w:hAnsiTheme="minorHAnsi"/>
      <w:kern w:val="2"/>
      <w:sz w:val="24"/>
      <w:szCs w:val="24"/>
      <w:lang w:val="en-AU" w:eastAsia="en-AU"/>
      <w14:ligatures w14:val="standardContextual"/>
    </w:rPr>
  </w:style>
  <w:style w:type="paragraph" w:styleId="TOC9">
    <w:name w:val="toc 9"/>
    <w:basedOn w:val="Normal"/>
    <w:next w:val="Normal"/>
    <w:autoRedefine/>
    <w:uiPriority w:val="39"/>
    <w:unhideWhenUsed/>
    <w:rsid w:val="004E4851"/>
    <w:pPr>
      <w:spacing w:after="100" w:line="278" w:lineRule="auto"/>
      <w:ind w:left="1920"/>
    </w:pPr>
    <w:rPr>
      <w:rFonts w:asciiTheme="minorHAnsi" w:hAnsiTheme="minorHAnsi"/>
      <w:kern w:val="2"/>
      <w:sz w:val="24"/>
      <w:szCs w:val="24"/>
      <w:lang w:val="en-AU" w:eastAsia="en-AU"/>
      <w14:ligatures w14:val="standardContextual"/>
    </w:rPr>
  </w:style>
  <w:style w:type="character" w:styleId="Hyperlink">
    <w:name w:val="Hyperlink"/>
    <w:basedOn w:val="DefaultParagraphFont"/>
    <w:uiPriority w:val="99"/>
    <w:unhideWhenUsed/>
    <w:rsid w:val="004E4851"/>
    <w:rPr>
      <w:color w:val="0000FF" w:themeColor="hyperlink"/>
      <w:u w:val="single"/>
    </w:rPr>
  </w:style>
  <w:style w:type="character" w:styleId="UnresolvedMention">
    <w:name w:val="Unresolved Mention"/>
    <w:basedOn w:val="DefaultParagraphFont"/>
    <w:uiPriority w:val="99"/>
    <w:semiHidden/>
    <w:unhideWhenUsed/>
    <w:rsid w:val="004E4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6124</Words>
  <Characters>48200</Characters>
  <Application>Microsoft Office Word</Application>
  <DocSecurity>0</DocSecurity>
  <Lines>3213</Lines>
  <Paragraphs>1086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53238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Derwyn Williams</cp:lastModifiedBy>
  <cp:revision>2</cp:revision>
  <dcterms:created xsi:type="dcterms:W3CDTF">2013-12-23T23:15:00Z</dcterms:created>
  <dcterms:modified xsi:type="dcterms:W3CDTF">2026-09-12T10:26:00Z</dcterms:modified>
  <cp:category/>
</cp:coreProperties>
</file>